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FF4CF" w14:textId="77777777" w:rsidR="00E10285" w:rsidRPr="007A0413" w:rsidRDefault="003B7C42">
      <w:pPr>
        <w:spacing w:before="160" w:after="300"/>
        <w:jc w:val="center"/>
        <w:rPr>
          <w:rFonts w:cs="Times New Roman"/>
          <w:sz w:val="24"/>
          <w:szCs w:val="24"/>
        </w:rPr>
      </w:pPr>
      <w:r w:rsidRPr="007A0413">
        <w:rPr>
          <w:rFonts w:cs="Times New Roman"/>
          <w:b/>
          <w:sz w:val="24"/>
          <w:szCs w:val="24"/>
        </w:rPr>
        <w:t>SECȚIUNEA I</w:t>
      </w:r>
      <w:r w:rsidRPr="007A0413">
        <w:rPr>
          <w:rFonts w:cs="Times New Roman"/>
          <w:b/>
          <w:sz w:val="24"/>
          <w:szCs w:val="24"/>
        </w:rPr>
        <w:br/>
        <w:t>FIȘA DE DATE A ACHIZIȚIEI</w:t>
      </w:r>
    </w:p>
    <w:p w14:paraId="03FF6944" w14:textId="77777777" w:rsidR="00E10285" w:rsidRPr="007A0413" w:rsidRDefault="003B7C42">
      <w:pPr>
        <w:pStyle w:val="Titlu1"/>
        <w:rPr>
          <w:rFonts w:ascii="Times New Roman" w:hAnsi="Times New Roman" w:cs="Times New Roman"/>
          <w:sz w:val="24"/>
          <w:szCs w:val="24"/>
        </w:rPr>
      </w:pPr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Autoritatea</w:t>
      </w:r>
      <w:proofErr w:type="spellEnd"/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contractantă</w:t>
      </w:r>
      <w:proofErr w:type="spellEnd"/>
    </w:p>
    <w:p w14:paraId="787614CA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r w:rsidRPr="007A0413">
        <w:rPr>
          <w:rFonts w:cs="Times New Roman"/>
          <w:sz w:val="24"/>
          <w:szCs w:val="24"/>
        </w:rPr>
        <w:t>SECTORUL 2 AL MUNICIPIULUI BUCUREȘTI</w:t>
      </w:r>
    </w:p>
    <w:p w14:paraId="65088756" w14:textId="77777777" w:rsidR="00E10285" w:rsidRPr="007A0413" w:rsidRDefault="003B7C42">
      <w:pPr>
        <w:pStyle w:val="Titlu1"/>
        <w:rPr>
          <w:rFonts w:ascii="Times New Roman" w:hAnsi="Times New Roman" w:cs="Times New Roman"/>
          <w:sz w:val="24"/>
          <w:szCs w:val="24"/>
        </w:rPr>
      </w:pPr>
      <w:r w:rsidRPr="007A0413">
        <w:rPr>
          <w:rFonts w:ascii="Times New Roman" w:eastAsia="Times New Roman" w:hAnsi="Times New Roman" w:cs="Times New Roman"/>
          <w:sz w:val="24"/>
          <w:szCs w:val="24"/>
        </w:rPr>
        <w:t>2. Date de contact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803"/>
      </w:tblGrid>
      <w:tr w:rsidR="00E10285" w:rsidRPr="007A0413" w14:paraId="74CC1F56" w14:textId="77777777" w:rsidTr="00AD65D9">
        <w:trPr>
          <w:cantSplit/>
          <w:jc w:val="center"/>
        </w:trPr>
        <w:tc>
          <w:tcPr>
            <w:tcW w:w="2835" w:type="dxa"/>
            <w:shd w:val="clear" w:color="auto" w:fill="D9E6F2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33CD51F" w14:textId="77777777" w:rsidR="00E10285" w:rsidRPr="007A0413" w:rsidRDefault="003B7C4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A0413">
              <w:rPr>
                <w:rFonts w:cs="Times New Roman"/>
                <w:b/>
                <w:sz w:val="24"/>
                <w:szCs w:val="24"/>
              </w:rPr>
              <w:t>Adresă</w:t>
            </w:r>
            <w:proofErr w:type="spellEnd"/>
          </w:p>
        </w:tc>
        <w:tc>
          <w:tcPr>
            <w:tcW w:w="680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FC8C8CD" w14:textId="77777777" w:rsidR="00E10285" w:rsidRPr="007A0413" w:rsidRDefault="003B7C42">
            <w:pPr>
              <w:rPr>
                <w:rFonts w:cs="Times New Roman"/>
                <w:sz w:val="24"/>
                <w:szCs w:val="24"/>
              </w:rPr>
            </w:pPr>
            <w:r w:rsidRPr="007A0413">
              <w:rPr>
                <w:rFonts w:cs="Times New Roman"/>
                <w:sz w:val="24"/>
                <w:szCs w:val="24"/>
              </w:rPr>
              <w:t xml:space="preserve">Str.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Chiristigiilor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nr. 11-13, Sector 2,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București</w:t>
            </w:r>
            <w:proofErr w:type="spellEnd"/>
          </w:p>
        </w:tc>
      </w:tr>
      <w:tr w:rsidR="00E10285" w:rsidRPr="007A0413" w14:paraId="585DD5E8" w14:textId="77777777" w:rsidTr="00AD65D9">
        <w:trPr>
          <w:cantSplit/>
          <w:jc w:val="center"/>
        </w:trPr>
        <w:tc>
          <w:tcPr>
            <w:tcW w:w="2835" w:type="dxa"/>
            <w:shd w:val="clear" w:color="auto" w:fill="D9E6F2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5DB0F4A" w14:textId="77777777" w:rsidR="00E10285" w:rsidRPr="007A0413" w:rsidRDefault="003B7C4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A0413">
              <w:rPr>
                <w:rFonts w:cs="Times New Roman"/>
                <w:b/>
                <w:sz w:val="24"/>
                <w:szCs w:val="24"/>
              </w:rPr>
              <w:t>Telefon</w:t>
            </w:r>
            <w:proofErr w:type="spellEnd"/>
          </w:p>
        </w:tc>
        <w:tc>
          <w:tcPr>
            <w:tcW w:w="680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FE67D32" w14:textId="77777777" w:rsidR="00E10285" w:rsidRPr="007A0413" w:rsidRDefault="003B7C42">
            <w:pPr>
              <w:rPr>
                <w:rFonts w:cs="Times New Roman"/>
                <w:sz w:val="24"/>
                <w:szCs w:val="24"/>
              </w:rPr>
            </w:pPr>
            <w:r w:rsidRPr="007A0413">
              <w:rPr>
                <w:rFonts w:cs="Times New Roman"/>
                <w:sz w:val="24"/>
                <w:szCs w:val="24"/>
              </w:rPr>
              <w:t>021.209.60.00</w:t>
            </w:r>
          </w:p>
        </w:tc>
      </w:tr>
      <w:tr w:rsidR="00E10285" w:rsidRPr="007A0413" w14:paraId="06C93132" w14:textId="77777777" w:rsidTr="00AD65D9">
        <w:trPr>
          <w:cantSplit/>
          <w:jc w:val="center"/>
        </w:trPr>
        <w:tc>
          <w:tcPr>
            <w:tcW w:w="2835" w:type="dxa"/>
            <w:shd w:val="clear" w:color="auto" w:fill="D9E6F2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2E410F5" w14:textId="77777777" w:rsidR="00E10285" w:rsidRPr="007A0413" w:rsidRDefault="003B7C42">
            <w:pPr>
              <w:rPr>
                <w:rFonts w:cs="Times New Roman"/>
                <w:sz w:val="24"/>
                <w:szCs w:val="24"/>
              </w:rPr>
            </w:pPr>
            <w:r w:rsidRPr="007A0413">
              <w:rPr>
                <w:rFonts w:cs="Times New Roman"/>
                <w:b/>
                <w:sz w:val="24"/>
                <w:szCs w:val="24"/>
              </w:rPr>
              <w:t>Website</w:t>
            </w:r>
          </w:p>
        </w:tc>
        <w:tc>
          <w:tcPr>
            <w:tcW w:w="680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26B3B28" w14:textId="77777777" w:rsidR="00E10285" w:rsidRPr="007A0413" w:rsidRDefault="003B7C42">
            <w:pPr>
              <w:rPr>
                <w:rFonts w:cs="Times New Roman"/>
                <w:sz w:val="24"/>
                <w:szCs w:val="24"/>
              </w:rPr>
            </w:pPr>
            <w:r w:rsidRPr="007A0413">
              <w:rPr>
                <w:rFonts w:cs="Times New Roman"/>
                <w:sz w:val="24"/>
                <w:szCs w:val="24"/>
              </w:rPr>
              <w:t>www.ps2.ro</w:t>
            </w:r>
          </w:p>
        </w:tc>
      </w:tr>
      <w:tr w:rsidR="00E10285" w:rsidRPr="007A0413" w14:paraId="2EEE1C83" w14:textId="77777777" w:rsidTr="00AD65D9">
        <w:trPr>
          <w:cantSplit/>
          <w:jc w:val="center"/>
        </w:trPr>
        <w:tc>
          <w:tcPr>
            <w:tcW w:w="2835" w:type="dxa"/>
            <w:shd w:val="clear" w:color="auto" w:fill="D9E6F2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F70FF76" w14:textId="77777777" w:rsidR="00E10285" w:rsidRPr="007A0413" w:rsidRDefault="003B7C42">
            <w:pPr>
              <w:rPr>
                <w:rFonts w:cs="Times New Roman"/>
                <w:sz w:val="24"/>
                <w:szCs w:val="24"/>
              </w:rPr>
            </w:pPr>
            <w:r w:rsidRPr="007A0413">
              <w:rPr>
                <w:rFonts w:cs="Times New Roman"/>
                <w:b/>
                <w:sz w:val="24"/>
                <w:szCs w:val="24"/>
              </w:rPr>
              <w:t xml:space="preserve">E-mail </w:t>
            </w:r>
            <w:proofErr w:type="spellStart"/>
            <w:r w:rsidRPr="007A0413">
              <w:rPr>
                <w:rFonts w:cs="Times New Roman"/>
                <w:b/>
                <w:sz w:val="24"/>
                <w:szCs w:val="24"/>
              </w:rPr>
              <w:t>achiziții</w:t>
            </w:r>
            <w:proofErr w:type="spellEnd"/>
          </w:p>
        </w:tc>
        <w:tc>
          <w:tcPr>
            <w:tcW w:w="680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D0549D3" w14:textId="77777777" w:rsidR="00E10285" w:rsidRPr="007A0413" w:rsidRDefault="003B7C42">
            <w:pPr>
              <w:rPr>
                <w:rFonts w:cs="Times New Roman"/>
                <w:sz w:val="24"/>
                <w:szCs w:val="24"/>
              </w:rPr>
            </w:pPr>
            <w:r w:rsidRPr="007A0413">
              <w:rPr>
                <w:rFonts w:cs="Times New Roman"/>
                <w:sz w:val="24"/>
                <w:szCs w:val="24"/>
              </w:rPr>
              <w:t>achizitii@ps2.ro</w:t>
            </w:r>
          </w:p>
        </w:tc>
      </w:tr>
    </w:tbl>
    <w:p w14:paraId="7FC8A6E7" w14:textId="77777777" w:rsidR="00E10285" w:rsidRPr="007A0413" w:rsidRDefault="003B7C42">
      <w:pPr>
        <w:pStyle w:val="Titlu1"/>
        <w:rPr>
          <w:rFonts w:ascii="Times New Roman" w:hAnsi="Times New Roman" w:cs="Times New Roman"/>
          <w:sz w:val="24"/>
          <w:szCs w:val="24"/>
        </w:rPr>
      </w:pPr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Obiectul</w:t>
      </w:r>
      <w:proofErr w:type="spellEnd"/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contractului</w:t>
      </w:r>
      <w:proofErr w:type="spellEnd"/>
    </w:p>
    <w:p w14:paraId="4FB7D98A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Servicii</w:t>
      </w:r>
      <w:proofErr w:type="spellEnd"/>
      <w:r w:rsidRPr="007A0413">
        <w:rPr>
          <w:rFonts w:cs="Times New Roman"/>
          <w:sz w:val="24"/>
          <w:szCs w:val="24"/>
        </w:rPr>
        <w:t xml:space="preserve"> integrate </w:t>
      </w:r>
      <w:proofErr w:type="spellStart"/>
      <w:r w:rsidRPr="007A0413">
        <w:rPr>
          <w:rFonts w:cs="Times New Roman"/>
          <w:sz w:val="24"/>
          <w:szCs w:val="24"/>
        </w:rPr>
        <w:t>pentru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planificarea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organizarea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producția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coordonarea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promovarea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implementarea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închiderea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evenimentului</w:t>
      </w:r>
      <w:proofErr w:type="spellEnd"/>
      <w:r w:rsidRPr="007A0413">
        <w:rPr>
          <w:rFonts w:cs="Times New Roman"/>
          <w:sz w:val="24"/>
          <w:szCs w:val="24"/>
        </w:rPr>
        <w:t xml:space="preserve"> „</w:t>
      </w:r>
      <w:proofErr w:type="spellStart"/>
      <w:r w:rsidRPr="007A0413">
        <w:rPr>
          <w:rFonts w:cs="Times New Roman"/>
          <w:sz w:val="24"/>
          <w:szCs w:val="24"/>
        </w:rPr>
        <w:t>Prietenii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Pufoși</w:t>
      </w:r>
      <w:proofErr w:type="spellEnd"/>
      <w:r w:rsidRPr="007A0413">
        <w:rPr>
          <w:rFonts w:cs="Times New Roman"/>
          <w:sz w:val="24"/>
          <w:szCs w:val="24"/>
        </w:rPr>
        <w:t xml:space="preserve"> – </w:t>
      </w:r>
      <w:proofErr w:type="spellStart"/>
      <w:r w:rsidRPr="007A0413">
        <w:rPr>
          <w:rFonts w:cs="Times New Roman"/>
          <w:sz w:val="24"/>
          <w:szCs w:val="24"/>
        </w:rPr>
        <w:t>Ediția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gramStart"/>
      <w:r w:rsidRPr="007A0413">
        <w:rPr>
          <w:rFonts w:cs="Times New Roman"/>
          <w:sz w:val="24"/>
          <w:szCs w:val="24"/>
        </w:rPr>
        <w:t>a</w:t>
      </w:r>
      <w:proofErr w:type="gramEnd"/>
      <w:r w:rsidRPr="007A0413">
        <w:rPr>
          <w:rFonts w:cs="Times New Roman"/>
          <w:sz w:val="24"/>
          <w:szCs w:val="24"/>
        </w:rPr>
        <w:t xml:space="preserve"> II-a”,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sistem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integrat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la </w:t>
      </w:r>
      <w:proofErr w:type="spellStart"/>
      <w:r w:rsidRPr="007A0413">
        <w:rPr>
          <w:rFonts w:cs="Times New Roman"/>
          <w:sz w:val="24"/>
          <w:szCs w:val="24"/>
        </w:rPr>
        <w:t>cheie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5B215314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Prestatorul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va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asigura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toate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resursele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umane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tehnice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logistice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artistice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necesare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inclusiv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coordonarea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participanților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subcontractanților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autorizările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revin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montajul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testarea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desfășurarea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demontarea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ecologizarea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raportarea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finală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conformitate</w:t>
      </w:r>
      <w:proofErr w:type="spellEnd"/>
      <w:r w:rsidRPr="007A0413">
        <w:rPr>
          <w:rFonts w:cs="Times New Roman"/>
          <w:sz w:val="24"/>
          <w:szCs w:val="24"/>
        </w:rPr>
        <w:t xml:space="preserve"> cu </w:t>
      </w:r>
      <w:proofErr w:type="spellStart"/>
      <w:r w:rsidRPr="007A0413">
        <w:rPr>
          <w:rFonts w:cs="Times New Roman"/>
          <w:sz w:val="24"/>
          <w:szCs w:val="24"/>
        </w:rPr>
        <w:t>Caietul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sarcini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287D1F34" w14:textId="77777777" w:rsidR="00E10285" w:rsidRPr="007A0413" w:rsidRDefault="003B7C42">
      <w:pPr>
        <w:pStyle w:val="Titlu1"/>
        <w:rPr>
          <w:rFonts w:ascii="Times New Roman" w:hAnsi="Times New Roman" w:cs="Times New Roman"/>
          <w:sz w:val="24"/>
          <w:szCs w:val="24"/>
        </w:rPr>
      </w:pPr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4. Cod CPV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încadrarea</w:t>
      </w:r>
      <w:proofErr w:type="spellEnd"/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serviciilor</w:t>
      </w:r>
      <w:proofErr w:type="spellEnd"/>
    </w:p>
    <w:p w14:paraId="6322C7CF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r w:rsidRPr="007A0413">
        <w:rPr>
          <w:rFonts w:cs="Times New Roman"/>
          <w:sz w:val="24"/>
          <w:szCs w:val="24"/>
        </w:rPr>
        <w:t xml:space="preserve">CPV principal: 79952000-2 – </w:t>
      </w:r>
      <w:proofErr w:type="spellStart"/>
      <w:r w:rsidRPr="007A0413">
        <w:rPr>
          <w:rFonts w:cs="Times New Roman"/>
          <w:sz w:val="24"/>
          <w:szCs w:val="24"/>
        </w:rPr>
        <w:t>Servicii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pentru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evenimente</w:t>
      </w:r>
      <w:proofErr w:type="spellEnd"/>
      <w:r w:rsidRPr="007A0413">
        <w:rPr>
          <w:rFonts w:cs="Times New Roman"/>
          <w:sz w:val="24"/>
          <w:szCs w:val="24"/>
        </w:rPr>
        <w:t xml:space="preserve">. </w:t>
      </w:r>
      <w:proofErr w:type="spellStart"/>
      <w:r w:rsidRPr="007A0413">
        <w:rPr>
          <w:rFonts w:cs="Times New Roman"/>
          <w:sz w:val="24"/>
          <w:szCs w:val="24"/>
        </w:rPr>
        <w:t>Serviciile</w:t>
      </w:r>
      <w:proofErr w:type="spellEnd"/>
      <w:r w:rsidRPr="007A0413">
        <w:rPr>
          <w:rFonts w:cs="Times New Roman"/>
          <w:sz w:val="24"/>
          <w:szCs w:val="24"/>
        </w:rPr>
        <w:t xml:space="preserve"> sunt </w:t>
      </w:r>
      <w:proofErr w:type="spellStart"/>
      <w:r w:rsidRPr="007A0413">
        <w:rPr>
          <w:rFonts w:cs="Times New Roman"/>
          <w:sz w:val="24"/>
          <w:szCs w:val="24"/>
        </w:rPr>
        <w:t>încadrate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Anexa</w:t>
      </w:r>
      <w:proofErr w:type="spellEnd"/>
      <w:r w:rsidRPr="007A0413">
        <w:rPr>
          <w:rFonts w:cs="Times New Roman"/>
          <w:sz w:val="24"/>
          <w:szCs w:val="24"/>
        </w:rPr>
        <w:t xml:space="preserve"> nr. 2 la </w:t>
      </w:r>
      <w:proofErr w:type="spellStart"/>
      <w:r w:rsidRPr="007A0413">
        <w:rPr>
          <w:rFonts w:cs="Times New Roman"/>
          <w:sz w:val="24"/>
          <w:szCs w:val="24"/>
        </w:rPr>
        <w:t>Legea</w:t>
      </w:r>
      <w:proofErr w:type="spellEnd"/>
      <w:r w:rsidRPr="007A0413">
        <w:rPr>
          <w:rFonts w:cs="Times New Roman"/>
          <w:sz w:val="24"/>
          <w:szCs w:val="24"/>
        </w:rPr>
        <w:t xml:space="preserve"> nr. 98/2016,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categoria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serviciilor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comunitare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sociale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personale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specifice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485839B3" w14:textId="77777777" w:rsidR="00E10285" w:rsidRPr="007A0413" w:rsidRDefault="003B7C42">
      <w:pPr>
        <w:pStyle w:val="Titlu1"/>
        <w:rPr>
          <w:rFonts w:ascii="Times New Roman" w:hAnsi="Times New Roman" w:cs="Times New Roman"/>
          <w:sz w:val="24"/>
          <w:szCs w:val="24"/>
        </w:rPr>
      </w:pPr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5. Sursa de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finanțare</w:t>
      </w:r>
      <w:proofErr w:type="spellEnd"/>
    </w:p>
    <w:p w14:paraId="7BAA5846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Bugetul</w:t>
      </w:r>
      <w:proofErr w:type="spellEnd"/>
      <w:r w:rsidRPr="007A0413">
        <w:rPr>
          <w:rFonts w:cs="Times New Roman"/>
          <w:sz w:val="24"/>
          <w:szCs w:val="24"/>
        </w:rPr>
        <w:t xml:space="preserve"> local al </w:t>
      </w:r>
      <w:proofErr w:type="spellStart"/>
      <w:r w:rsidRPr="007A0413">
        <w:rPr>
          <w:rFonts w:cs="Times New Roman"/>
          <w:sz w:val="24"/>
          <w:szCs w:val="24"/>
        </w:rPr>
        <w:t>Sectorului</w:t>
      </w:r>
      <w:proofErr w:type="spellEnd"/>
      <w:r w:rsidRPr="007A0413">
        <w:rPr>
          <w:rFonts w:cs="Times New Roman"/>
          <w:sz w:val="24"/>
          <w:szCs w:val="24"/>
        </w:rPr>
        <w:t xml:space="preserve"> 2,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limita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creditelor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bugetare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aprobate</w:t>
      </w:r>
      <w:proofErr w:type="spellEnd"/>
      <w:r w:rsidRPr="007A0413">
        <w:rPr>
          <w:rFonts w:cs="Times New Roman"/>
          <w:sz w:val="24"/>
          <w:szCs w:val="24"/>
        </w:rPr>
        <w:t xml:space="preserve">, precum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după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caz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sponsorizări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donații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parteneriate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ori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alte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surse</w:t>
      </w:r>
      <w:proofErr w:type="spellEnd"/>
      <w:r w:rsidRPr="007A0413">
        <w:rPr>
          <w:rFonts w:cs="Times New Roman"/>
          <w:sz w:val="24"/>
          <w:szCs w:val="24"/>
        </w:rPr>
        <w:t xml:space="preserve"> legal </w:t>
      </w:r>
      <w:proofErr w:type="spellStart"/>
      <w:r w:rsidRPr="007A0413">
        <w:rPr>
          <w:rFonts w:cs="Times New Roman"/>
          <w:sz w:val="24"/>
          <w:szCs w:val="24"/>
        </w:rPr>
        <w:t>constituite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condițiile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stabilite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autoritatea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contractantă</w:t>
      </w:r>
      <w:proofErr w:type="spellEnd"/>
      <w:r w:rsidRPr="007A0413">
        <w:rPr>
          <w:rFonts w:cs="Times New Roman"/>
          <w:sz w:val="24"/>
          <w:szCs w:val="24"/>
        </w:rPr>
        <w:t xml:space="preserve">. Se </w:t>
      </w:r>
      <w:proofErr w:type="spellStart"/>
      <w:r w:rsidRPr="007A0413">
        <w:rPr>
          <w:rFonts w:cs="Times New Roman"/>
          <w:sz w:val="24"/>
          <w:szCs w:val="24"/>
        </w:rPr>
        <w:t>aplică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clauza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suspensivă</w:t>
      </w:r>
      <w:proofErr w:type="spellEnd"/>
      <w:r w:rsidRPr="007A0413">
        <w:rPr>
          <w:rFonts w:cs="Times New Roman"/>
          <w:sz w:val="24"/>
          <w:szCs w:val="24"/>
        </w:rPr>
        <w:t xml:space="preserve"> din </w:t>
      </w:r>
      <w:proofErr w:type="spellStart"/>
      <w:r w:rsidRPr="007A0413">
        <w:rPr>
          <w:rFonts w:cs="Times New Roman"/>
          <w:sz w:val="24"/>
          <w:szCs w:val="24"/>
        </w:rPr>
        <w:t>documentație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510963E0" w14:textId="77777777" w:rsidR="00E10285" w:rsidRPr="007A0413" w:rsidRDefault="003B7C42">
      <w:pPr>
        <w:pStyle w:val="Titlu1"/>
        <w:rPr>
          <w:rFonts w:ascii="Times New Roman" w:hAnsi="Times New Roman" w:cs="Times New Roman"/>
          <w:sz w:val="24"/>
          <w:szCs w:val="24"/>
        </w:rPr>
      </w:pPr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Locul</w:t>
      </w:r>
      <w:proofErr w:type="spellEnd"/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prestării</w:t>
      </w:r>
      <w:proofErr w:type="spellEnd"/>
    </w:p>
    <w:p w14:paraId="70495852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r w:rsidRPr="007A0413">
        <w:rPr>
          <w:rFonts w:cs="Times New Roman"/>
          <w:sz w:val="24"/>
          <w:szCs w:val="24"/>
        </w:rPr>
        <w:t xml:space="preserve">Loc: </w:t>
      </w:r>
      <w:proofErr w:type="spellStart"/>
      <w:r w:rsidRPr="007A0413">
        <w:rPr>
          <w:rFonts w:cs="Times New Roman"/>
          <w:sz w:val="24"/>
          <w:szCs w:val="24"/>
        </w:rPr>
        <w:t>Parcul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Plumbuita</w:t>
      </w:r>
      <w:proofErr w:type="spellEnd"/>
      <w:r w:rsidRPr="007A0413">
        <w:rPr>
          <w:rFonts w:cs="Times New Roman"/>
          <w:sz w:val="24"/>
          <w:szCs w:val="24"/>
        </w:rPr>
        <w:t xml:space="preserve">, Sector 2, </w:t>
      </w:r>
      <w:proofErr w:type="spellStart"/>
      <w:r w:rsidRPr="007A0413">
        <w:rPr>
          <w:rFonts w:cs="Times New Roman"/>
          <w:sz w:val="24"/>
          <w:szCs w:val="24"/>
        </w:rPr>
        <w:t>Municipiul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București</w:t>
      </w:r>
      <w:proofErr w:type="spellEnd"/>
      <w:r w:rsidRPr="007A0413">
        <w:rPr>
          <w:rFonts w:cs="Times New Roman"/>
          <w:sz w:val="24"/>
          <w:szCs w:val="24"/>
        </w:rPr>
        <w:t xml:space="preserve">. </w:t>
      </w:r>
      <w:proofErr w:type="spellStart"/>
      <w:r w:rsidRPr="007A0413">
        <w:rPr>
          <w:rFonts w:cs="Times New Roman"/>
          <w:sz w:val="24"/>
          <w:szCs w:val="24"/>
        </w:rPr>
        <w:t>Perioada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evenimentului</w:t>
      </w:r>
      <w:proofErr w:type="spellEnd"/>
      <w:r w:rsidRPr="007A0413">
        <w:rPr>
          <w:rFonts w:cs="Times New Roman"/>
          <w:sz w:val="24"/>
          <w:szCs w:val="24"/>
        </w:rPr>
        <w:t xml:space="preserve">: 25–27 </w:t>
      </w:r>
      <w:proofErr w:type="spellStart"/>
      <w:r w:rsidRPr="007A0413">
        <w:rPr>
          <w:rFonts w:cs="Times New Roman"/>
          <w:sz w:val="24"/>
          <w:szCs w:val="24"/>
        </w:rPr>
        <w:t>septembrie</w:t>
      </w:r>
      <w:proofErr w:type="spellEnd"/>
      <w:r w:rsidRPr="007A0413">
        <w:rPr>
          <w:rFonts w:cs="Times New Roman"/>
          <w:sz w:val="24"/>
          <w:szCs w:val="24"/>
        </w:rPr>
        <w:t xml:space="preserve"> 2026. Program public </w:t>
      </w:r>
      <w:proofErr w:type="spellStart"/>
      <w:r w:rsidRPr="007A0413">
        <w:rPr>
          <w:rFonts w:cs="Times New Roman"/>
          <w:sz w:val="24"/>
          <w:szCs w:val="24"/>
        </w:rPr>
        <w:t>orientativ</w:t>
      </w:r>
      <w:proofErr w:type="spellEnd"/>
      <w:r w:rsidRPr="007A0413">
        <w:rPr>
          <w:rFonts w:cs="Times New Roman"/>
          <w:sz w:val="24"/>
          <w:szCs w:val="24"/>
        </w:rPr>
        <w:t xml:space="preserve">: 10:00–22:00; zona de </w:t>
      </w:r>
      <w:proofErr w:type="spellStart"/>
      <w:r w:rsidRPr="007A0413">
        <w:rPr>
          <w:rFonts w:cs="Times New Roman"/>
          <w:sz w:val="24"/>
          <w:szCs w:val="24"/>
        </w:rPr>
        <w:t>adopții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prezentări</w:t>
      </w:r>
      <w:proofErr w:type="spellEnd"/>
      <w:r w:rsidRPr="007A0413">
        <w:rPr>
          <w:rFonts w:cs="Times New Roman"/>
          <w:sz w:val="24"/>
          <w:szCs w:val="24"/>
        </w:rPr>
        <w:t xml:space="preserve"> cu </w:t>
      </w:r>
      <w:proofErr w:type="spellStart"/>
      <w:r w:rsidRPr="007A0413">
        <w:rPr>
          <w:rFonts w:cs="Times New Roman"/>
          <w:sz w:val="24"/>
          <w:szCs w:val="24"/>
        </w:rPr>
        <w:t>animale</w:t>
      </w:r>
      <w:proofErr w:type="spellEnd"/>
      <w:r w:rsidRPr="007A0413">
        <w:rPr>
          <w:rFonts w:cs="Times New Roman"/>
          <w:sz w:val="24"/>
          <w:szCs w:val="24"/>
        </w:rPr>
        <w:t xml:space="preserve">: 10:00–18:00; program de </w:t>
      </w:r>
      <w:proofErr w:type="spellStart"/>
      <w:r w:rsidRPr="007A0413">
        <w:rPr>
          <w:rFonts w:cs="Times New Roman"/>
          <w:sz w:val="24"/>
          <w:szCs w:val="24"/>
        </w:rPr>
        <w:t>scenă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concerte</w:t>
      </w:r>
      <w:proofErr w:type="spellEnd"/>
      <w:r w:rsidRPr="007A0413">
        <w:rPr>
          <w:rFonts w:cs="Times New Roman"/>
          <w:sz w:val="24"/>
          <w:szCs w:val="24"/>
        </w:rPr>
        <w:t xml:space="preserve">: 18:00–22:00,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zonă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distinctă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zonele</w:t>
      </w:r>
      <w:proofErr w:type="spellEnd"/>
      <w:r w:rsidRPr="007A0413">
        <w:rPr>
          <w:rFonts w:cs="Times New Roman"/>
          <w:sz w:val="24"/>
          <w:szCs w:val="24"/>
        </w:rPr>
        <w:t xml:space="preserve"> cu </w:t>
      </w:r>
      <w:proofErr w:type="spellStart"/>
      <w:r w:rsidRPr="007A0413">
        <w:rPr>
          <w:rFonts w:cs="Times New Roman"/>
          <w:sz w:val="24"/>
          <w:szCs w:val="24"/>
        </w:rPr>
        <w:t>animale</w:t>
      </w:r>
      <w:proofErr w:type="spellEnd"/>
      <w:r w:rsidRPr="007A0413">
        <w:rPr>
          <w:rFonts w:cs="Times New Roman"/>
          <w:sz w:val="24"/>
          <w:szCs w:val="24"/>
        </w:rPr>
        <w:t xml:space="preserve">. </w:t>
      </w:r>
      <w:proofErr w:type="spellStart"/>
      <w:r w:rsidRPr="007A0413">
        <w:rPr>
          <w:rFonts w:cs="Times New Roman"/>
          <w:sz w:val="24"/>
          <w:szCs w:val="24"/>
        </w:rPr>
        <w:t>Ceremonia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deschidere</w:t>
      </w:r>
      <w:proofErr w:type="spellEnd"/>
      <w:r w:rsidRPr="007A0413">
        <w:rPr>
          <w:rFonts w:cs="Times New Roman"/>
          <w:sz w:val="24"/>
          <w:szCs w:val="24"/>
        </w:rPr>
        <w:t>: 25.09.2026, ora 12:00.</w:t>
      </w:r>
    </w:p>
    <w:p w14:paraId="48CE3AB9" w14:textId="77777777" w:rsidR="00E10285" w:rsidRPr="007A0413" w:rsidRDefault="003B7C42">
      <w:pPr>
        <w:pStyle w:val="Titlu1"/>
        <w:rPr>
          <w:rFonts w:ascii="Times New Roman" w:hAnsi="Times New Roman" w:cs="Times New Roman"/>
          <w:sz w:val="24"/>
          <w:szCs w:val="24"/>
        </w:rPr>
      </w:pPr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Durata</w:t>
      </w:r>
      <w:proofErr w:type="spellEnd"/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contractului</w:t>
      </w:r>
      <w:proofErr w:type="spellEnd"/>
    </w:p>
    <w:p w14:paraId="2AAFABA4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r w:rsidRPr="007A0413">
        <w:rPr>
          <w:rFonts w:cs="Times New Roman"/>
          <w:sz w:val="24"/>
          <w:szCs w:val="24"/>
        </w:rPr>
        <w:t xml:space="preserve">De la data </w:t>
      </w:r>
      <w:proofErr w:type="spellStart"/>
      <w:r w:rsidRPr="007A0413">
        <w:rPr>
          <w:rFonts w:cs="Times New Roman"/>
          <w:sz w:val="24"/>
          <w:szCs w:val="24"/>
        </w:rPr>
        <w:t>intrării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vigoare</w:t>
      </w:r>
      <w:proofErr w:type="spellEnd"/>
      <w:r w:rsidRPr="007A0413">
        <w:rPr>
          <w:rFonts w:cs="Times New Roman"/>
          <w:sz w:val="24"/>
          <w:szCs w:val="24"/>
        </w:rPr>
        <w:t xml:space="preserve"> a </w:t>
      </w:r>
      <w:proofErr w:type="spellStart"/>
      <w:r w:rsidRPr="007A0413">
        <w:rPr>
          <w:rFonts w:cs="Times New Roman"/>
          <w:sz w:val="24"/>
          <w:szCs w:val="24"/>
        </w:rPr>
        <w:t>contractului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până</w:t>
      </w:r>
      <w:proofErr w:type="spellEnd"/>
      <w:r w:rsidRPr="007A0413">
        <w:rPr>
          <w:rFonts w:cs="Times New Roman"/>
          <w:sz w:val="24"/>
          <w:szCs w:val="24"/>
        </w:rPr>
        <w:t xml:space="preserve"> la </w:t>
      </w:r>
      <w:proofErr w:type="spellStart"/>
      <w:r w:rsidRPr="007A0413">
        <w:rPr>
          <w:rFonts w:cs="Times New Roman"/>
          <w:sz w:val="24"/>
          <w:szCs w:val="24"/>
        </w:rPr>
        <w:t>finalizarea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tuturor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obligațiilor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inclusiv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predarea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acceptarea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raportului</w:t>
      </w:r>
      <w:proofErr w:type="spellEnd"/>
      <w:r w:rsidRPr="007A0413">
        <w:rPr>
          <w:rFonts w:cs="Times New Roman"/>
          <w:sz w:val="24"/>
          <w:szCs w:val="24"/>
        </w:rPr>
        <w:t xml:space="preserve"> final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gramStart"/>
      <w:r w:rsidRPr="007A0413">
        <w:rPr>
          <w:rFonts w:cs="Times New Roman"/>
          <w:sz w:val="24"/>
          <w:szCs w:val="24"/>
        </w:rPr>
        <w:t>a</w:t>
      </w:r>
      <w:proofErr w:type="gram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arhivei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electronice</w:t>
      </w:r>
      <w:proofErr w:type="spellEnd"/>
      <w:r w:rsidRPr="007A0413">
        <w:rPr>
          <w:rFonts w:cs="Times New Roman"/>
          <w:sz w:val="24"/>
          <w:szCs w:val="24"/>
        </w:rPr>
        <w:t xml:space="preserve">. </w:t>
      </w:r>
      <w:proofErr w:type="spellStart"/>
      <w:r w:rsidRPr="007A0413">
        <w:rPr>
          <w:rFonts w:cs="Times New Roman"/>
          <w:sz w:val="24"/>
          <w:szCs w:val="24"/>
        </w:rPr>
        <w:t>Calendarul</w:t>
      </w:r>
      <w:proofErr w:type="spellEnd"/>
      <w:r w:rsidRPr="007A0413">
        <w:rPr>
          <w:rFonts w:cs="Times New Roman"/>
          <w:sz w:val="24"/>
          <w:szCs w:val="24"/>
        </w:rPr>
        <w:t xml:space="preserve"> minimal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termenele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intermediare</w:t>
      </w:r>
      <w:proofErr w:type="spellEnd"/>
      <w:r w:rsidRPr="007A0413">
        <w:rPr>
          <w:rFonts w:cs="Times New Roman"/>
          <w:sz w:val="24"/>
          <w:szCs w:val="24"/>
        </w:rPr>
        <w:t xml:space="preserve"> sunt </w:t>
      </w:r>
      <w:proofErr w:type="spellStart"/>
      <w:r w:rsidRPr="007A0413">
        <w:rPr>
          <w:rFonts w:cs="Times New Roman"/>
          <w:sz w:val="24"/>
          <w:szCs w:val="24"/>
        </w:rPr>
        <w:t>cele</w:t>
      </w:r>
      <w:proofErr w:type="spellEnd"/>
      <w:r w:rsidRPr="007A0413">
        <w:rPr>
          <w:rFonts w:cs="Times New Roman"/>
          <w:sz w:val="24"/>
          <w:szCs w:val="24"/>
        </w:rPr>
        <w:t xml:space="preserve"> din </w:t>
      </w:r>
      <w:proofErr w:type="spellStart"/>
      <w:r w:rsidRPr="007A0413">
        <w:rPr>
          <w:rFonts w:cs="Times New Roman"/>
          <w:sz w:val="24"/>
          <w:szCs w:val="24"/>
        </w:rPr>
        <w:t>Caietul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sarcini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305883A7" w14:textId="77777777" w:rsidR="00E10285" w:rsidRPr="007A0413" w:rsidRDefault="003B7C42">
      <w:pPr>
        <w:pStyle w:val="Titlu1"/>
        <w:rPr>
          <w:rFonts w:ascii="Times New Roman" w:hAnsi="Times New Roman" w:cs="Times New Roman"/>
          <w:sz w:val="24"/>
          <w:szCs w:val="24"/>
        </w:rPr>
      </w:pPr>
      <w:r w:rsidRPr="007A041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8.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Valoarea</w:t>
      </w:r>
      <w:proofErr w:type="spellEnd"/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estimată</w:t>
      </w:r>
      <w:proofErr w:type="spellEnd"/>
    </w:p>
    <w:p w14:paraId="4EBF65AC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r w:rsidRPr="007A0413">
        <w:rPr>
          <w:rFonts w:cs="Times New Roman"/>
          <w:sz w:val="24"/>
          <w:szCs w:val="24"/>
        </w:rPr>
        <w:t xml:space="preserve">1.000.000 lei </w:t>
      </w:r>
      <w:proofErr w:type="spellStart"/>
      <w:r w:rsidRPr="007A0413">
        <w:rPr>
          <w:rFonts w:cs="Times New Roman"/>
          <w:sz w:val="24"/>
          <w:szCs w:val="24"/>
        </w:rPr>
        <w:t>fără</w:t>
      </w:r>
      <w:proofErr w:type="spellEnd"/>
      <w:r w:rsidRPr="007A0413">
        <w:rPr>
          <w:rFonts w:cs="Times New Roman"/>
          <w:sz w:val="24"/>
          <w:szCs w:val="24"/>
        </w:rPr>
        <w:t xml:space="preserve"> TVA. </w:t>
      </w:r>
      <w:proofErr w:type="spellStart"/>
      <w:r w:rsidRPr="007A0413">
        <w:rPr>
          <w:rFonts w:cs="Times New Roman"/>
          <w:sz w:val="24"/>
          <w:szCs w:val="24"/>
        </w:rPr>
        <w:t>Valoarea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totală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ofertată</w:t>
      </w:r>
      <w:proofErr w:type="spellEnd"/>
      <w:r w:rsidRPr="007A0413">
        <w:rPr>
          <w:rFonts w:cs="Times New Roman"/>
          <w:sz w:val="24"/>
          <w:szCs w:val="24"/>
        </w:rPr>
        <w:t xml:space="preserve"> nu </w:t>
      </w:r>
      <w:proofErr w:type="spellStart"/>
      <w:r w:rsidRPr="007A0413">
        <w:rPr>
          <w:rFonts w:cs="Times New Roman"/>
          <w:sz w:val="24"/>
          <w:szCs w:val="24"/>
        </w:rPr>
        <w:t>poate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depăși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valoarea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estimată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comunicată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prin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documentația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atribuire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1FAC66AE" w14:textId="77777777" w:rsidR="00E10285" w:rsidRPr="007A0413" w:rsidRDefault="003B7C42">
      <w:pPr>
        <w:pStyle w:val="Titlu1"/>
        <w:rPr>
          <w:rFonts w:ascii="Times New Roman" w:hAnsi="Times New Roman" w:cs="Times New Roman"/>
          <w:sz w:val="24"/>
          <w:szCs w:val="24"/>
        </w:rPr>
      </w:pPr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Modalitatea</w:t>
      </w:r>
      <w:proofErr w:type="spellEnd"/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achiziție</w:t>
      </w:r>
      <w:proofErr w:type="spellEnd"/>
    </w:p>
    <w:p w14:paraId="33EBE9F8" w14:textId="77777777" w:rsidR="00306829" w:rsidRPr="007A0413" w:rsidRDefault="00306829">
      <w:pPr>
        <w:pStyle w:val="Titlu1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Procedură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proprie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pentru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servicii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prevăzute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în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Anexa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nr. 2 la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Legea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nr. 98/2016,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în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condițiile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art. 111 din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Legea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nr. 98/2016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ale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procedurii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interne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aplicabile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.</w:t>
      </w:r>
    </w:p>
    <w:p w14:paraId="7C7B90E1" w14:textId="77777777" w:rsidR="00E10285" w:rsidRPr="007A0413" w:rsidRDefault="003B7C42">
      <w:pPr>
        <w:pStyle w:val="Titlu1"/>
        <w:rPr>
          <w:rFonts w:ascii="Times New Roman" w:hAnsi="Times New Roman" w:cs="Times New Roman"/>
          <w:sz w:val="24"/>
          <w:szCs w:val="24"/>
        </w:rPr>
      </w:pPr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Loturi</w:t>
      </w:r>
      <w:proofErr w:type="spellEnd"/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oferte</w:t>
      </w:r>
      <w:proofErr w:type="spellEnd"/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 alternative</w:t>
      </w:r>
    </w:p>
    <w:p w14:paraId="2B71F403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Achiziția</w:t>
      </w:r>
      <w:proofErr w:type="spellEnd"/>
      <w:r w:rsidRPr="007A0413">
        <w:rPr>
          <w:rFonts w:cs="Times New Roman"/>
          <w:sz w:val="24"/>
          <w:szCs w:val="24"/>
        </w:rPr>
        <w:t xml:space="preserve"> nu se </w:t>
      </w:r>
      <w:proofErr w:type="spellStart"/>
      <w:r w:rsidRPr="007A0413">
        <w:rPr>
          <w:rFonts w:cs="Times New Roman"/>
          <w:sz w:val="24"/>
          <w:szCs w:val="24"/>
        </w:rPr>
        <w:t>împarte</w:t>
      </w:r>
      <w:proofErr w:type="spellEnd"/>
      <w:r w:rsidRPr="007A0413">
        <w:rPr>
          <w:rFonts w:cs="Times New Roman"/>
          <w:sz w:val="24"/>
          <w:szCs w:val="24"/>
        </w:rPr>
        <w:t xml:space="preserve"> pe </w:t>
      </w:r>
      <w:proofErr w:type="spellStart"/>
      <w:r w:rsidRPr="007A0413">
        <w:rPr>
          <w:rFonts w:cs="Times New Roman"/>
          <w:sz w:val="24"/>
          <w:szCs w:val="24"/>
        </w:rPr>
        <w:t>loturi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având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vedere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caracterul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integrat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interdependent al </w:t>
      </w:r>
      <w:proofErr w:type="spellStart"/>
      <w:r w:rsidRPr="007A0413">
        <w:rPr>
          <w:rFonts w:cs="Times New Roman"/>
          <w:sz w:val="24"/>
          <w:szCs w:val="24"/>
        </w:rPr>
        <w:t>prestațiilor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necesitatea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unei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coordonări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unice</w:t>
      </w:r>
      <w:proofErr w:type="spellEnd"/>
      <w:r w:rsidRPr="007A0413">
        <w:rPr>
          <w:rFonts w:cs="Times New Roman"/>
          <w:sz w:val="24"/>
          <w:szCs w:val="24"/>
        </w:rPr>
        <w:t xml:space="preserve">. Nu se </w:t>
      </w:r>
      <w:proofErr w:type="spellStart"/>
      <w:r w:rsidRPr="007A0413">
        <w:rPr>
          <w:rFonts w:cs="Times New Roman"/>
          <w:sz w:val="24"/>
          <w:szCs w:val="24"/>
        </w:rPr>
        <w:t>acceptă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oferte</w:t>
      </w:r>
      <w:proofErr w:type="spellEnd"/>
      <w:r w:rsidRPr="007A0413">
        <w:rPr>
          <w:rFonts w:cs="Times New Roman"/>
          <w:sz w:val="24"/>
          <w:szCs w:val="24"/>
        </w:rPr>
        <w:t xml:space="preserve"> alternative.</w:t>
      </w:r>
    </w:p>
    <w:p w14:paraId="4DAADCB3" w14:textId="77777777" w:rsidR="00E10285" w:rsidRPr="007A0413" w:rsidRDefault="003B7C42">
      <w:pPr>
        <w:pStyle w:val="Titlu1"/>
        <w:rPr>
          <w:rFonts w:ascii="Times New Roman" w:hAnsi="Times New Roman" w:cs="Times New Roman"/>
          <w:sz w:val="24"/>
          <w:szCs w:val="24"/>
        </w:rPr>
      </w:pPr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Mijloace</w:t>
      </w:r>
      <w:proofErr w:type="spellEnd"/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comunicare</w:t>
      </w:r>
      <w:proofErr w:type="spellEnd"/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depunerea</w:t>
      </w:r>
      <w:proofErr w:type="spellEnd"/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ofertelor</w:t>
      </w:r>
      <w:proofErr w:type="spellEnd"/>
    </w:p>
    <w:p w14:paraId="2EE18F0D" w14:textId="2E38968D" w:rsidR="00E10285" w:rsidRPr="007A0413" w:rsidRDefault="003B7C42">
      <w:pPr>
        <w:rPr>
          <w:rFonts w:cs="Times New Roman"/>
          <w:sz w:val="24"/>
          <w:szCs w:val="24"/>
        </w:rPr>
      </w:pPr>
      <w:r w:rsidRPr="007A0413">
        <w:t>Termen-</w:t>
      </w:r>
      <w:proofErr w:type="spellStart"/>
      <w:r w:rsidRPr="007A0413">
        <w:t>limită</w:t>
      </w:r>
      <w:proofErr w:type="spellEnd"/>
      <w:r w:rsidRPr="007A0413">
        <w:t xml:space="preserve"> de </w:t>
      </w:r>
      <w:proofErr w:type="spellStart"/>
      <w:r w:rsidRPr="007A0413">
        <w:t>depunere</w:t>
      </w:r>
      <w:proofErr w:type="spellEnd"/>
      <w:r w:rsidRPr="007A0413">
        <w:t xml:space="preserve">: </w:t>
      </w:r>
      <w:r w:rsidR="00AE28BA" w:rsidRPr="007A0413">
        <w:t>19.08.2026, ora 10,00</w:t>
      </w:r>
    </w:p>
    <w:p w14:paraId="1E39BF44" w14:textId="3D9799F6" w:rsidR="00E10285" w:rsidRPr="007A0413" w:rsidRDefault="003B7C42">
      <w:pPr>
        <w:rPr>
          <w:rFonts w:cs="Times New Roman"/>
          <w:sz w:val="24"/>
          <w:szCs w:val="24"/>
        </w:rPr>
      </w:pPr>
      <w:proofErr w:type="spellStart"/>
      <w:r w:rsidRPr="007A0413">
        <w:t>Lo</w:t>
      </w:r>
      <w:r w:rsidR="00AE28BA" w:rsidRPr="007A0413">
        <w:t>cul</w:t>
      </w:r>
      <w:proofErr w:type="spellEnd"/>
      <w:r w:rsidR="00AE28BA" w:rsidRPr="007A0413">
        <w:t>/</w:t>
      </w:r>
      <w:proofErr w:type="spellStart"/>
      <w:r w:rsidR="00AE28BA" w:rsidRPr="007A0413">
        <w:t>modalitatea</w:t>
      </w:r>
      <w:proofErr w:type="spellEnd"/>
      <w:r w:rsidR="00AE28BA" w:rsidRPr="007A0413">
        <w:t xml:space="preserve"> de </w:t>
      </w:r>
      <w:proofErr w:type="spellStart"/>
      <w:r w:rsidR="00AE28BA" w:rsidRPr="007A0413">
        <w:t>depunere</w:t>
      </w:r>
      <w:proofErr w:type="spellEnd"/>
      <w:r w:rsidR="00AE28BA" w:rsidRPr="007A0413">
        <w:t xml:space="preserve">: </w:t>
      </w:r>
      <w:proofErr w:type="spellStart"/>
      <w:r w:rsidR="00AE28BA" w:rsidRPr="007A0413">
        <w:t>registratura</w:t>
      </w:r>
      <w:proofErr w:type="spellEnd"/>
      <w:r w:rsidR="00AE28BA" w:rsidRPr="007A0413">
        <w:t xml:space="preserve"> </w:t>
      </w:r>
      <w:proofErr w:type="spellStart"/>
      <w:r w:rsidR="00AE28BA" w:rsidRPr="007A0413">
        <w:t>sediului</w:t>
      </w:r>
      <w:proofErr w:type="spellEnd"/>
      <w:r w:rsidR="00AE28BA" w:rsidRPr="007A0413">
        <w:t xml:space="preserve"> </w:t>
      </w:r>
      <w:proofErr w:type="spellStart"/>
      <w:r w:rsidR="00AE28BA" w:rsidRPr="007A0413">
        <w:t>administrativ</w:t>
      </w:r>
      <w:proofErr w:type="spellEnd"/>
      <w:r w:rsidR="00AE28BA" w:rsidRPr="007A0413">
        <w:t xml:space="preserve"> al </w:t>
      </w:r>
      <w:proofErr w:type="spellStart"/>
      <w:r w:rsidR="00AE28BA" w:rsidRPr="007A0413">
        <w:t>Primăriei</w:t>
      </w:r>
      <w:proofErr w:type="spellEnd"/>
      <w:r w:rsidR="00AE28BA" w:rsidRPr="007A0413">
        <w:t xml:space="preserve"> </w:t>
      </w:r>
      <w:proofErr w:type="spellStart"/>
      <w:r w:rsidR="00AE28BA" w:rsidRPr="007A0413">
        <w:t>Sectorului</w:t>
      </w:r>
      <w:proofErr w:type="spellEnd"/>
      <w:r w:rsidR="00AE28BA" w:rsidRPr="007A0413">
        <w:t xml:space="preserve"> 2 din str. </w:t>
      </w:r>
      <w:proofErr w:type="spellStart"/>
      <w:r w:rsidR="00AE28BA" w:rsidRPr="007A0413">
        <w:t>Chiristigiilor</w:t>
      </w:r>
      <w:proofErr w:type="spellEnd"/>
      <w:r w:rsidR="00AE28BA" w:rsidRPr="007A0413">
        <w:t xml:space="preserve"> nr. 11-13, Sector 2.</w:t>
      </w:r>
    </w:p>
    <w:p w14:paraId="286B4981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r w:rsidRPr="007A0413">
        <w:rPr>
          <w:rFonts w:cs="Times New Roman"/>
          <w:sz w:val="24"/>
          <w:szCs w:val="24"/>
        </w:rPr>
        <w:t xml:space="preserve">Pe </w:t>
      </w:r>
      <w:proofErr w:type="spellStart"/>
      <w:r w:rsidRPr="007A0413">
        <w:rPr>
          <w:rFonts w:cs="Times New Roman"/>
          <w:sz w:val="24"/>
          <w:szCs w:val="24"/>
        </w:rPr>
        <w:t>parcursul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evaluării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clarificările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răspunsurile</w:t>
      </w:r>
      <w:proofErr w:type="spellEnd"/>
      <w:r w:rsidRPr="007A0413">
        <w:rPr>
          <w:rFonts w:cs="Times New Roman"/>
          <w:sz w:val="24"/>
          <w:szCs w:val="24"/>
        </w:rPr>
        <w:t xml:space="preserve"> se </w:t>
      </w:r>
      <w:proofErr w:type="spellStart"/>
      <w:r w:rsidRPr="007A0413">
        <w:rPr>
          <w:rFonts w:cs="Times New Roman"/>
          <w:sz w:val="24"/>
          <w:szCs w:val="24"/>
        </w:rPr>
        <w:t>vor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transmite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prin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mijloacele</w:t>
      </w:r>
      <w:proofErr w:type="spellEnd"/>
      <w:r w:rsidRPr="007A0413">
        <w:rPr>
          <w:rFonts w:cs="Times New Roman"/>
          <w:sz w:val="24"/>
          <w:szCs w:val="24"/>
        </w:rPr>
        <w:t xml:space="preserve"> indicate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invitația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participare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prezenta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documentație</w:t>
      </w:r>
      <w:proofErr w:type="spellEnd"/>
      <w:r w:rsidRPr="007A0413">
        <w:rPr>
          <w:rFonts w:cs="Times New Roman"/>
          <w:sz w:val="24"/>
          <w:szCs w:val="24"/>
        </w:rPr>
        <w:t xml:space="preserve">. </w:t>
      </w:r>
      <w:proofErr w:type="spellStart"/>
      <w:r w:rsidRPr="007A0413">
        <w:rPr>
          <w:rFonts w:cs="Times New Roman"/>
          <w:sz w:val="24"/>
          <w:szCs w:val="24"/>
        </w:rPr>
        <w:t>Comunicările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trebuie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permită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identificarea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procedurii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gramStart"/>
      <w:r w:rsidRPr="007A0413">
        <w:rPr>
          <w:rFonts w:cs="Times New Roman"/>
          <w:sz w:val="24"/>
          <w:szCs w:val="24"/>
        </w:rPr>
        <w:t>a</w:t>
      </w:r>
      <w:proofErr w:type="gram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operatorului</w:t>
      </w:r>
      <w:proofErr w:type="spellEnd"/>
      <w:r w:rsidRPr="007A0413">
        <w:rPr>
          <w:rFonts w:cs="Times New Roman"/>
          <w:sz w:val="24"/>
          <w:szCs w:val="24"/>
        </w:rPr>
        <w:t xml:space="preserve"> economic.</w:t>
      </w:r>
    </w:p>
    <w:p w14:paraId="36EF9D60" w14:textId="77777777" w:rsidR="00E10285" w:rsidRPr="007A0413" w:rsidRDefault="003B7C42">
      <w:pPr>
        <w:pStyle w:val="Titlu1"/>
        <w:rPr>
          <w:rFonts w:ascii="Times New Roman" w:hAnsi="Times New Roman" w:cs="Times New Roman"/>
          <w:sz w:val="24"/>
          <w:szCs w:val="24"/>
        </w:rPr>
      </w:pPr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12.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Termene</w:t>
      </w:r>
      <w:proofErr w:type="spellEnd"/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clarificări</w:t>
      </w:r>
      <w:proofErr w:type="spellEnd"/>
    </w:p>
    <w:p w14:paraId="5D8D1EF5" w14:textId="77777777" w:rsidR="00AE28BA" w:rsidRPr="007A0413" w:rsidRDefault="00AE28BA" w:rsidP="00AE28BA">
      <w:pPr>
        <w:pStyle w:val="Listparagraf"/>
        <w:spacing w:line="120" w:lineRule="atLeast"/>
        <w:ind w:left="0"/>
        <w:jc w:val="both"/>
      </w:pPr>
      <w:proofErr w:type="spellStart"/>
      <w:r w:rsidRPr="007A0413">
        <w:t>Autoritatea</w:t>
      </w:r>
      <w:proofErr w:type="spellEnd"/>
      <w:r w:rsidRPr="007A0413">
        <w:t xml:space="preserve"> </w:t>
      </w:r>
      <w:proofErr w:type="spellStart"/>
      <w:r w:rsidRPr="007A0413">
        <w:t>contractantă</w:t>
      </w:r>
      <w:proofErr w:type="spellEnd"/>
      <w:r w:rsidRPr="007A0413">
        <w:t xml:space="preserve"> </w:t>
      </w:r>
      <w:proofErr w:type="spellStart"/>
      <w:r w:rsidRPr="007A0413">
        <w:t>va</w:t>
      </w:r>
      <w:proofErr w:type="spellEnd"/>
      <w:r w:rsidRPr="007A0413">
        <w:t xml:space="preserve"> </w:t>
      </w:r>
      <w:proofErr w:type="spellStart"/>
      <w:r w:rsidRPr="007A0413">
        <w:t>răspunde</w:t>
      </w:r>
      <w:proofErr w:type="spellEnd"/>
      <w:r w:rsidRPr="007A0413">
        <w:t xml:space="preserve"> la </w:t>
      </w:r>
      <w:proofErr w:type="spellStart"/>
      <w:r w:rsidRPr="007A0413">
        <w:t>solicitările</w:t>
      </w:r>
      <w:proofErr w:type="spellEnd"/>
      <w:r w:rsidRPr="007A0413">
        <w:t xml:space="preserve"> de </w:t>
      </w:r>
      <w:proofErr w:type="spellStart"/>
      <w:r w:rsidRPr="007A0413">
        <w:t>clarificări</w:t>
      </w:r>
      <w:proofErr w:type="spellEnd"/>
      <w:r w:rsidRPr="007A0413">
        <w:t xml:space="preserve"> </w:t>
      </w:r>
      <w:proofErr w:type="spellStart"/>
      <w:r w:rsidRPr="007A0413">
        <w:t>în</w:t>
      </w:r>
      <w:proofErr w:type="spellEnd"/>
      <w:r w:rsidRPr="007A0413">
        <w:t xml:space="preserve"> maxim 2 </w:t>
      </w:r>
      <w:proofErr w:type="spellStart"/>
      <w:r w:rsidRPr="007A0413">
        <w:t>zile</w:t>
      </w:r>
      <w:proofErr w:type="spellEnd"/>
      <w:r w:rsidRPr="007A0413">
        <w:t xml:space="preserve"> de la </w:t>
      </w:r>
      <w:proofErr w:type="spellStart"/>
      <w:r w:rsidRPr="007A0413">
        <w:t>primirea</w:t>
      </w:r>
      <w:proofErr w:type="spellEnd"/>
      <w:r w:rsidRPr="007A0413">
        <w:t xml:space="preserve"> </w:t>
      </w:r>
      <w:proofErr w:type="spellStart"/>
      <w:r w:rsidRPr="007A0413">
        <w:t>acestora</w:t>
      </w:r>
      <w:proofErr w:type="spellEnd"/>
      <w:r w:rsidRPr="007A0413">
        <w:t xml:space="preserve">, </w:t>
      </w:r>
      <w:proofErr w:type="spellStart"/>
      <w:r w:rsidRPr="007A0413">
        <w:t>dar</w:t>
      </w:r>
      <w:proofErr w:type="spellEnd"/>
      <w:r w:rsidRPr="007A0413">
        <w:t xml:space="preserve"> </w:t>
      </w:r>
      <w:proofErr w:type="spellStart"/>
      <w:r w:rsidRPr="007A0413">
        <w:t>numai</w:t>
      </w:r>
      <w:proofErr w:type="spellEnd"/>
      <w:r w:rsidRPr="007A0413">
        <w:t xml:space="preserve"> </w:t>
      </w:r>
      <w:proofErr w:type="spellStart"/>
      <w:r w:rsidRPr="007A0413">
        <w:t>în</w:t>
      </w:r>
      <w:proofErr w:type="spellEnd"/>
      <w:r w:rsidRPr="007A0413">
        <w:t xml:space="preserve"> </w:t>
      </w:r>
      <w:proofErr w:type="spellStart"/>
      <w:r w:rsidRPr="007A0413">
        <w:t>cazul</w:t>
      </w:r>
      <w:proofErr w:type="spellEnd"/>
      <w:r w:rsidRPr="007A0413">
        <w:t xml:space="preserve"> </w:t>
      </w:r>
      <w:proofErr w:type="spellStart"/>
      <w:r w:rsidRPr="007A0413">
        <w:t>solicitărilor</w:t>
      </w:r>
      <w:proofErr w:type="spellEnd"/>
      <w:r w:rsidRPr="007A0413">
        <w:t xml:space="preserve"> de </w:t>
      </w:r>
      <w:proofErr w:type="spellStart"/>
      <w:r w:rsidRPr="007A0413">
        <w:t>clarificări</w:t>
      </w:r>
      <w:proofErr w:type="spellEnd"/>
      <w:r w:rsidRPr="007A0413">
        <w:t xml:space="preserve"> care s-au </w:t>
      </w:r>
      <w:proofErr w:type="spellStart"/>
      <w:r w:rsidRPr="007A0413">
        <w:t>transmis</w:t>
      </w:r>
      <w:proofErr w:type="spellEnd"/>
      <w:r w:rsidRPr="007A0413">
        <w:t xml:space="preserve"> de </w:t>
      </w:r>
      <w:proofErr w:type="spellStart"/>
      <w:r w:rsidRPr="007A0413">
        <w:t>către</w:t>
      </w:r>
      <w:proofErr w:type="spellEnd"/>
      <w:r w:rsidRPr="007A0413">
        <w:t xml:space="preserve"> </w:t>
      </w:r>
      <w:proofErr w:type="spellStart"/>
      <w:r w:rsidRPr="007A0413">
        <w:t>ofertanți</w:t>
      </w:r>
      <w:proofErr w:type="spellEnd"/>
      <w:r w:rsidRPr="007A0413">
        <w:t xml:space="preserve"> cu cel </w:t>
      </w:r>
      <w:proofErr w:type="spellStart"/>
      <w:r w:rsidRPr="007A0413">
        <w:t>puțin</w:t>
      </w:r>
      <w:proofErr w:type="spellEnd"/>
      <w:r w:rsidRPr="007A0413">
        <w:t xml:space="preserve"> 3 </w:t>
      </w:r>
      <w:proofErr w:type="spellStart"/>
      <w:r w:rsidRPr="007A0413">
        <w:t>zile</w:t>
      </w:r>
      <w:proofErr w:type="spellEnd"/>
      <w:r w:rsidRPr="007A0413">
        <w:t xml:space="preserve"> </w:t>
      </w:r>
      <w:proofErr w:type="spellStart"/>
      <w:r w:rsidRPr="007A0413">
        <w:t>înainte</w:t>
      </w:r>
      <w:proofErr w:type="spellEnd"/>
      <w:r w:rsidRPr="007A0413">
        <w:t xml:space="preserve"> de data </w:t>
      </w:r>
      <w:proofErr w:type="spellStart"/>
      <w:r w:rsidRPr="007A0413">
        <w:t>limită</w:t>
      </w:r>
      <w:proofErr w:type="spellEnd"/>
      <w:r w:rsidRPr="007A0413">
        <w:t xml:space="preserve"> </w:t>
      </w:r>
      <w:proofErr w:type="spellStart"/>
      <w:r w:rsidRPr="007A0413">
        <w:t>pentru</w:t>
      </w:r>
      <w:proofErr w:type="spellEnd"/>
      <w:r w:rsidRPr="007A0413">
        <w:t xml:space="preserve"> </w:t>
      </w:r>
      <w:proofErr w:type="spellStart"/>
      <w:r w:rsidRPr="007A0413">
        <w:t>depunerea</w:t>
      </w:r>
      <w:proofErr w:type="spellEnd"/>
      <w:r w:rsidRPr="007A0413">
        <w:t xml:space="preserve"> </w:t>
      </w:r>
      <w:proofErr w:type="spellStart"/>
      <w:r w:rsidRPr="007A0413">
        <w:t>ofertelor</w:t>
      </w:r>
      <w:proofErr w:type="spellEnd"/>
      <w:r w:rsidRPr="007A0413">
        <w:t>.</w:t>
      </w:r>
    </w:p>
    <w:p w14:paraId="5EB474CB" w14:textId="090D733C" w:rsidR="00AE28BA" w:rsidRPr="007A0413" w:rsidRDefault="00AE28BA" w:rsidP="00AE28BA">
      <w:pPr>
        <w:jc w:val="both"/>
        <w:rPr>
          <w:i/>
        </w:rPr>
      </w:pPr>
      <w:r w:rsidRPr="007A0413">
        <w:rPr>
          <w:color w:val="000000"/>
        </w:rPr>
        <w:tab/>
        <w:t xml:space="preserve">Orice </w:t>
      </w:r>
      <w:proofErr w:type="spellStart"/>
      <w:r w:rsidRPr="007A0413">
        <w:rPr>
          <w:color w:val="000000"/>
        </w:rPr>
        <w:t>clarificare</w:t>
      </w:r>
      <w:proofErr w:type="spellEnd"/>
      <w:r w:rsidRPr="007A0413">
        <w:rPr>
          <w:color w:val="000000"/>
        </w:rPr>
        <w:t xml:space="preserve"> </w:t>
      </w:r>
      <w:proofErr w:type="spellStart"/>
      <w:r w:rsidRPr="007A0413">
        <w:rPr>
          <w:color w:val="000000"/>
        </w:rPr>
        <w:t>solicitată</w:t>
      </w:r>
      <w:proofErr w:type="spellEnd"/>
      <w:r w:rsidRPr="007A0413">
        <w:rPr>
          <w:color w:val="000000"/>
        </w:rPr>
        <w:t xml:space="preserve"> de </w:t>
      </w:r>
      <w:proofErr w:type="spellStart"/>
      <w:r w:rsidRPr="007A0413">
        <w:rPr>
          <w:color w:val="000000"/>
        </w:rPr>
        <w:t>ofertanți</w:t>
      </w:r>
      <w:proofErr w:type="spellEnd"/>
      <w:r w:rsidRPr="007A0413">
        <w:rPr>
          <w:color w:val="000000"/>
        </w:rPr>
        <w:t xml:space="preserve"> se </w:t>
      </w:r>
      <w:proofErr w:type="spellStart"/>
      <w:proofErr w:type="gramStart"/>
      <w:r w:rsidRPr="007A0413">
        <w:rPr>
          <w:color w:val="000000"/>
        </w:rPr>
        <w:t>va</w:t>
      </w:r>
      <w:proofErr w:type="spellEnd"/>
      <w:r w:rsidRPr="007A0413">
        <w:rPr>
          <w:color w:val="000000"/>
        </w:rPr>
        <w:t xml:space="preserve">  </w:t>
      </w:r>
      <w:proofErr w:type="spellStart"/>
      <w:r w:rsidRPr="007A0413">
        <w:rPr>
          <w:color w:val="000000"/>
        </w:rPr>
        <w:t>transmite</w:t>
      </w:r>
      <w:proofErr w:type="spellEnd"/>
      <w:proofErr w:type="gramEnd"/>
      <w:r w:rsidRPr="007A0413">
        <w:rPr>
          <w:color w:val="000000"/>
        </w:rPr>
        <w:t xml:space="preserve"> la </w:t>
      </w:r>
      <w:proofErr w:type="spellStart"/>
      <w:r w:rsidRPr="007A0413">
        <w:rPr>
          <w:color w:val="000000"/>
        </w:rPr>
        <w:t>adresa</w:t>
      </w:r>
      <w:proofErr w:type="spellEnd"/>
      <w:r w:rsidR="00AB6134" w:rsidRPr="007A0413">
        <w:t xml:space="preserve"> e-mail infopublice@ps2.ro</w:t>
      </w:r>
      <w:r w:rsidRPr="007A0413">
        <w:t xml:space="preserve"> cu </w:t>
      </w:r>
      <w:proofErr w:type="spellStart"/>
      <w:r w:rsidRPr="007A0413">
        <w:t>mențiunea</w:t>
      </w:r>
      <w:proofErr w:type="spellEnd"/>
      <w:r w:rsidRPr="007A0413">
        <w:t xml:space="preserve"> „</w:t>
      </w:r>
      <w:proofErr w:type="spellStart"/>
      <w:r w:rsidRPr="007A0413">
        <w:rPr>
          <w:i/>
        </w:rPr>
        <w:t>Servicii</w:t>
      </w:r>
      <w:proofErr w:type="spellEnd"/>
      <w:r w:rsidRPr="007A0413">
        <w:rPr>
          <w:i/>
        </w:rPr>
        <w:t xml:space="preserve"> integrate </w:t>
      </w:r>
      <w:proofErr w:type="spellStart"/>
      <w:r w:rsidRPr="007A0413">
        <w:rPr>
          <w:i/>
        </w:rPr>
        <w:t>pentru</w:t>
      </w:r>
      <w:proofErr w:type="spellEnd"/>
      <w:r w:rsidRPr="007A0413">
        <w:rPr>
          <w:i/>
        </w:rPr>
        <w:t xml:space="preserve"> </w:t>
      </w:r>
      <w:proofErr w:type="spellStart"/>
      <w:r w:rsidRPr="007A0413">
        <w:rPr>
          <w:i/>
        </w:rPr>
        <w:t>planificarea</w:t>
      </w:r>
      <w:proofErr w:type="spellEnd"/>
      <w:r w:rsidRPr="007A0413">
        <w:rPr>
          <w:i/>
        </w:rPr>
        <w:t xml:space="preserve">, </w:t>
      </w:r>
      <w:proofErr w:type="spellStart"/>
      <w:r w:rsidRPr="007A0413">
        <w:rPr>
          <w:i/>
        </w:rPr>
        <w:t>organizarea</w:t>
      </w:r>
      <w:proofErr w:type="spellEnd"/>
      <w:r w:rsidRPr="007A0413">
        <w:rPr>
          <w:i/>
        </w:rPr>
        <w:t xml:space="preserve">, </w:t>
      </w:r>
      <w:proofErr w:type="spellStart"/>
      <w:r w:rsidRPr="007A0413">
        <w:rPr>
          <w:i/>
        </w:rPr>
        <w:t>producția</w:t>
      </w:r>
      <w:proofErr w:type="spellEnd"/>
      <w:r w:rsidRPr="007A0413">
        <w:rPr>
          <w:i/>
        </w:rPr>
        <w:t xml:space="preserve">, </w:t>
      </w:r>
      <w:proofErr w:type="spellStart"/>
      <w:r w:rsidRPr="007A0413">
        <w:rPr>
          <w:i/>
        </w:rPr>
        <w:t>coordonarea</w:t>
      </w:r>
      <w:proofErr w:type="spellEnd"/>
      <w:r w:rsidRPr="007A0413">
        <w:rPr>
          <w:i/>
        </w:rPr>
        <w:t xml:space="preserve">, </w:t>
      </w:r>
      <w:proofErr w:type="spellStart"/>
      <w:r w:rsidRPr="007A0413">
        <w:rPr>
          <w:i/>
        </w:rPr>
        <w:t>promovarea</w:t>
      </w:r>
      <w:proofErr w:type="spellEnd"/>
      <w:r w:rsidRPr="007A0413">
        <w:rPr>
          <w:i/>
        </w:rPr>
        <w:t xml:space="preserve">, </w:t>
      </w:r>
      <w:proofErr w:type="spellStart"/>
      <w:r w:rsidRPr="007A0413">
        <w:rPr>
          <w:i/>
        </w:rPr>
        <w:t>implementarea</w:t>
      </w:r>
      <w:proofErr w:type="spellEnd"/>
      <w:r w:rsidRPr="007A0413">
        <w:rPr>
          <w:i/>
        </w:rPr>
        <w:t xml:space="preserve"> </w:t>
      </w:r>
      <w:proofErr w:type="spellStart"/>
      <w:r w:rsidRPr="007A0413">
        <w:rPr>
          <w:i/>
        </w:rPr>
        <w:t>și</w:t>
      </w:r>
      <w:proofErr w:type="spellEnd"/>
      <w:r w:rsidRPr="007A0413">
        <w:rPr>
          <w:i/>
        </w:rPr>
        <w:t xml:space="preserve"> </w:t>
      </w:r>
      <w:proofErr w:type="spellStart"/>
      <w:r w:rsidRPr="007A0413">
        <w:rPr>
          <w:i/>
        </w:rPr>
        <w:t>închiderea</w:t>
      </w:r>
      <w:proofErr w:type="spellEnd"/>
      <w:r w:rsidRPr="007A0413">
        <w:rPr>
          <w:i/>
        </w:rPr>
        <w:t xml:space="preserve"> </w:t>
      </w:r>
      <w:proofErr w:type="spellStart"/>
      <w:r w:rsidRPr="007A0413">
        <w:rPr>
          <w:i/>
        </w:rPr>
        <w:t>evenimentului</w:t>
      </w:r>
      <w:proofErr w:type="spellEnd"/>
      <w:r w:rsidRPr="007A0413">
        <w:rPr>
          <w:i/>
        </w:rPr>
        <w:t xml:space="preserve"> „</w:t>
      </w:r>
      <w:proofErr w:type="spellStart"/>
      <w:r w:rsidRPr="007A0413">
        <w:rPr>
          <w:i/>
        </w:rPr>
        <w:t>Prietenii</w:t>
      </w:r>
      <w:proofErr w:type="spellEnd"/>
      <w:r w:rsidRPr="007A0413">
        <w:rPr>
          <w:i/>
        </w:rPr>
        <w:t xml:space="preserve"> </w:t>
      </w:r>
      <w:proofErr w:type="spellStart"/>
      <w:r w:rsidRPr="007A0413">
        <w:rPr>
          <w:i/>
        </w:rPr>
        <w:t>Pufoși</w:t>
      </w:r>
      <w:proofErr w:type="spellEnd"/>
      <w:r w:rsidRPr="007A0413">
        <w:rPr>
          <w:i/>
        </w:rPr>
        <w:t xml:space="preserve"> – </w:t>
      </w:r>
      <w:proofErr w:type="spellStart"/>
      <w:r w:rsidRPr="007A0413">
        <w:rPr>
          <w:i/>
        </w:rPr>
        <w:t>Ediția</w:t>
      </w:r>
      <w:proofErr w:type="spellEnd"/>
      <w:r w:rsidRPr="007A0413">
        <w:rPr>
          <w:i/>
        </w:rPr>
        <w:t xml:space="preserve"> </w:t>
      </w:r>
      <w:proofErr w:type="gramStart"/>
      <w:r w:rsidRPr="007A0413">
        <w:rPr>
          <w:i/>
        </w:rPr>
        <w:t>a</w:t>
      </w:r>
      <w:proofErr w:type="gramEnd"/>
      <w:r w:rsidRPr="007A0413">
        <w:rPr>
          <w:i/>
        </w:rPr>
        <w:t xml:space="preserve"> II-a”</w:t>
      </w:r>
    </w:p>
    <w:p w14:paraId="070AB591" w14:textId="27817DFB" w:rsidR="00AE28BA" w:rsidRPr="007A0413" w:rsidRDefault="00AE28BA" w:rsidP="00AE28BA">
      <w:pPr>
        <w:ind w:firstLine="720"/>
        <w:jc w:val="both"/>
      </w:pPr>
      <w:proofErr w:type="spellStart"/>
      <w:r w:rsidRPr="007A0413">
        <w:t>iar</w:t>
      </w:r>
      <w:proofErr w:type="spellEnd"/>
      <w:r w:rsidRPr="007A0413">
        <w:t xml:space="preserve"> </w:t>
      </w:r>
      <w:proofErr w:type="spellStart"/>
      <w:r w:rsidRPr="007A0413">
        <w:t>răspunsul</w:t>
      </w:r>
      <w:proofErr w:type="spellEnd"/>
      <w:r w:rsidRPr="007A0413">
        <w:t xml:space="preserve"> </w:t>
      </w:r>
      <w:proofErr w:type="spellStart"/>
      <w:r w:rsidRPr="007A0413">
        <w:t>autorității</w:t>
      </w:r>
      <w:proofErr w:type="spellEnd"/>
      <w:r w:rsidRPr="007A0413">
        <w:t xml:space="preserve"> </w:t>
      </w:r>
      <w:proofErr w:type="spellStart"/>
      <w:r w:rsidRPr="007A0413">
        <w:t>contractante</w:t>
      </w:r>
      <w:proofErr w:type="spellEnd"/>
      <w:r w:rsidRPr="007A0413">
        <w:t xml:space="preserve"> </w:t>
      </w:r>
      <w:proofErr w:type="spellStart"/>
      <w:r w:rsidRPr="007A0413">
        <w:t>va</w:t>
      </w:r>
      <w:proofErr w:type="spellEnd"/>
      <w:r w:rsidRPr="007A0413">
        <w:t xml:space="preserve"> fi:</w:t>
      </w:r>
      <w:r w:rsidRPr="007A0413">
        <w:rPr>
          <w:b/>
          <w:bCs/>
          <w:i/>
          <w:lang w:val="it-IT"/>
        </w:rPr>
        <w:tab/>
      </w:r>
    </w:p>
    <w:p w14:paraId="40E4215D" w14:textId="77777777" w:rsidR="00AE28BA" w:rsidRPr="007A0413" w:rsidRDefault="00AE28BA" w:rsidP="00AE28BA">
      <w:pPr>
        <w:pStyle w:val="Listparagraf"/>
        <w:numPr>
          <w:ilvl w:val="0"/>
          <w:numId w:val="10"/>
        </w:numPr>
        <w:spacing w:after="0" w:line="120" w:lineRule="atLeast"/>
        <w:jc w:val="both"/>
      </w:pPr>
      <w:proofErr w:type="spellStart"/>
      <w:r w:rsidRPr="007A0413">
        <w:t>transmis</w:t>
      </w:r>
      <w:proofErr w:type="spellEnd"/>
      <w:r w:rsidRPr="007A0413">
        <w:t xml:space="preserve"> </w:t>
      </w:r>
      <w:proofErr w:type="spellStart"/>
      <w:r w:rsidRPr="007A0413">
        <w:t>ofertantului</w:t>
      </w:r>
      <w:proofErr w:type="spellEnd"/>
      <w:r w:rsidRPr="007A0413">
        <w:t xml:space="preserve"> </w:t>
      </w:r>
      <w:proofErr w:type="spellStart"/>
      <w:r w:rsidRPr="007A0413">
        <w:t>prin</w:t>
      </w:r>
      <w:proofErr w:type="spellEnd"/>
      <w:r w:rsidRPr="007A0413">
        <w:t xml:space="preserve"> e-mail la </w:t>
      </w:r>
      <w:proofErr w:type="spellStart"/>
      <w:r w:rsidRPr="007A0413">
        <w:t>adresa</w:t>
      </w:r>
      <w:proofErr w:type="spellEnd"/>
      <w:r w:rsidRPr="007A0413">
        <w:t xml:space="preserve"> </w:t>
      </w:r>
      <w:proofErr w:type="spellStart"/>
      <w:r w:rsidRPr="007A0413">
        <w:t>indicată</w:t>
      </w:r>
      <w:proofErr w:type="spellEnd"/>
      <w:r w:rsidRPr="007A0413">
        <w:t xml:space="preserve"> de </w:t>
      </w:r>
      <w:proofErr w:type="spellStart"/>
      <w:r w:rsidRPr="007A0413">
        <w:t>acesta</w:t>
      </w:r>
      <w:proofErr w:type="spellEnd"/>
      <w:r w:rsidRPr="007A0413">
        <w:t xml:space="preserve"> </w:t>
      </w:r>
      <w:proofErr w:type="spellStart"/>
      <w:r w:rsidRPr="007A0413">
        <w:t>în</w:t>
      </w:r>
      <w:proofErr w:type="spellEnd"/>
      <w:r w:rsidRPr="007A0413">
        <w:t xml:space="preserve"> </w:t>
      </w:r>
      <w:proofErr w:type="spellStart"/>
      <w:r w:rsidRPr="007A0413">
        <w:t>solicitarea</w:t>
      </w:r>
      <w:proofErr w:type="spellEnd"/>
      <w:r w:rsidRPr="007A0413">
        <w:t xml:space="preserve"> de </w:t>
      </w:r>
      <w:proofErr w:type="spellStart"/>
      <w:r w:rsidRPr="007A0413">
        <w:t>clarificări</w:t>
      </w:r>
      <w:proofErr w:type="spellEnd"/>
    </w:p>
    <w:p w14:paraId="0AE0D4A4" w14:textId="77777777" w:rsidR="00AE28BA" w:rsidRPr="007A0413" w:rsidRDefault="00AE28BA" w:rsidP="00AE28BA">
      <w:pPr>
        <w:pStyle w:val="Listparagraf"/>
        <w:spacing w:line="120" w:lineRule="atLeast"/>
        <w:jc w:val="both"/>
        <w:rPr>
          <w:sz w:val="8"/>
          <w:szCs w:val="8"/>
        </w:rPr>
      </w:pPr>
    </w:p>
    <w:p w14:paraId="6E4A419C" w14:textId="77777777" w:rsidR="00AE28BA" w:rsidRPr="007A0413" w:rsidRDefault="00AE28BA" w:rsidP="00AE28BA">
      <w:pPr>
        <w:pStyle w:val="Listparagraf"/>
        <w:spacing w:line="120" w:lineRule="atLeast"/>
        <w:jc w:val="both"/>
      </w:pPr>
      <w:proofErr w:type="spellStart"/>
      <w:r w:rsidRPr="007A0413">
        <w:t>și</w:t>
      </w:r>
      <w:proofErr w:type="spellEnd"/>
    </w:p>
    <w:p w14:paraId="31C3FA0E" w14:textId="77777777" w:rsidR="00AE28BA" w:rsidRPr="007A0413" w:rsidRDefault="00AE28BA" w:rsidP="00AE28BA">
      <w:pPr>
        <w:pStyle w:val="Listparagraf"/>
        <w:spacing w:line="120" w:lineRule="atLeast"/>
        <w:jc w:val="both"/>
        <w:rPr>
          <w:sz w:val="8"/>
          <w:szCs w:val="8"/>
        </w:rPr>
      </w:pPr>
    </w:p>
    <w:p w14:paraId="465CB2A4" w14:textId="77777777" w:rsidR="00AE28BA" w:rsidRPr="007A0413" w:rsidRDefault="00AE28BA" w:rsidP="00AE28BA">
      <w:pPr>
        <w:pStyle w:val="Listparagraf"/>
        <w:numPr>
          <w:ilvl w:val="0"/>
          <w:numId w:val="10"/>
        </w:numPr>
        <w:spacing w:after="0" w:line="120" w:lineRule="atLeast"/>
        <w:jc w:val="both"/>
      </w:pPr>
      <w:r w:rsidRPr="007A0413">
        <w:t xml:space="preserve">de </w:t>
      </w:r>
      <w:proofErr w:type="spellStart"/>
      <w:r w:rsidRPr="007A0413">
        <w:t>asemenea</w:t>
      </w:r>
      <w:proofErr w:type="spellEnd"/>
      <w:r w:rsidRPr="007A0413">
        <w:t xml:space="preserve"> </w:t>
      </w:r>
      <w:proofErr w:type="spellStart"/>
      <w:r w:rsidRPr="007A0413">
        <w:t>postat</w:t>
      </w:r>
      <w:proofErr w:type="spellEnd"/>
      <w:r w:rsidRPr="007A0413">
        <w:t xml:space="preserve"> pe site-ul </w:t>
      </w:r>
      <w:hyperlink r:id="rId7" w:history="1">
        <w:r w:rsidRPr="007A0413">
          <w:rPr>
            <w:rStyle w:val="Hyperlink"/>
            <w:color w:val="auto"/>
            <w:u w:val="none"/>
          </w:rPr>
          <w:t>www.ps2.ro</w:t>
        </w:r>
      </w:hyperlink>
      <w:r w:rsidRPr="007A0413">
        <w:t xml:space="preserve">, </w:t>
      </w:r>
      <w:proofErr w:type="spellStart"/>
      <w:r w:rsidRPr="007A0413">
        <w:t>secțiunea</w:t>
      </w:r>
      <w:proofErr w:type="spellEnd"/>
      <w:r w:rsidRPr="007A0413">
        <w:t xml:space="preserve"> „</w:t>
      </w:r>
      <w:proofErr w:type="spellStart"/>
      <w:r w:rsidRPr="007A0413">
        <w:t>Licitații</w:t>
      </w:r>
      <w:proofErr w:type="spellEnd"/>
      <w:r w:rsidRPr="007A0413">
        <w:t xml:space="preserve"> </w:t>
      </w:r>
      <w:proofErr w:type="spellStart"/>
      <w:r w:rsidRPr="007A0413">
        <w:t>și</w:t>
      </w:r>
      <w:proofErr w:type="spellEnd"/>
      <w:r w:rsidRPr="007A0413">
        <w:t xml:space="preserve"> </w:t>
      </w:r>
      <w:proofErr w:type="spellStart"/>
      <w:r w:rsidRPr="007A0413">
        <w:t>achiziții</w:t>
      </w:r>
      <w:proofErr w:type="spellEnd"/>
      <w:r w:rsidRPr="007A0413">
        <w:t xml:space="preserve"> </w:t>
      </w:r>
      <w:proofErr w:type="spellStart"/>
      <w:r w:rsidRPr="007A0413">
        <w:t>publice</w:t>
      </w:r>
      <w:proofErr w:type="spellEnd"/>
      <w:r w:rsidRPr="007A0413">
        <w:t xml:space="preserve">” / </w:t>
      </w:r>
      <w:proofErr w:type="spellStart"/>
      <w:r w:rsidRPr="007A0413">
        <w:t>anunțul</w:t>
      </w:r>
      <w:proofErr w:type="spellEnd"/>
      <w:r w:rsidRPr="007A0413">
        <w:t xml:space="preserve"> cu </w:t>
      </w:r>
      <w:proofErr w:type="spellStart"/>
      <w:r w:rsidRPr="007A0413">
        <w:t>titlul</w:t>
      </w:r>
      <w:proofErr w:type="spellEnd"/>
      <w:r w:rsidRPr="007A0413">
        <w:t xml:space="preserve">: </w:t>
      </w:r>
    </w:p>
    <w:p w14:paraId="3EC3186F" w14:textId="58DC108D" w:rsidR="00AE28BA" w:rsidRPr="007A0413" w:rsidRDefault="00AE28BA" w:rsidP="00AE28BA">
      <w:pPr>
        <w:jc w:val="both"/>
      </w:pPr>
      <w:r w:rsidRPr="007A0413">
        <w:t xml:space="preserve"> „</w:t>
      </w:r>
      <w:proofErr w:type="spellStart"/>
      <w:r w:rsidRPr="007A0413">
        <w:t>Servicii</w:t>
      </w:r>
      <w:proofErr w:type="spellEnd"/>
      <w:r w:rsidRPr="007A0413">
        <w:t xml:space="preserve"> integrate </w:t>
      </w:r>
      <w:proofErr w:type="spellStart"/>
      <w:r w:rsidRPr="007A0413">
        <w:t>pentru</w:t>
      </w:r>
      <w:proofErr w:type="spellEnd"/>
      <w:r w:rsidRPr="007A0413">
        <w:t xml:space="preserve"> </w:t>
      </w:r>
      <w:proofErr w:type="spellStart"/>
      <w:r w:rsidRPr="007A0413">
        <w:t>planificarea</w:t>
      </w:r>
      <w:proofErr w:type="spellEnd"/>
      <w:r w:rsidRPr="007A0413">
        <w:t xml:space="preserve">, </w:t>
      </w:r>
      <w:proofErr w:type="spellStart"/>
      <w:r w:rsidRPr="007A0413">
        <w:t>organizarea</w:t>
      </w:r>
      <w:proofErr w:type="spellEnd"/>
      <w:r w:rsidRPr="007A0413">
        <w:t xml:space="preserve">, </w:t>
      </w:r>
      <w:proofErr w:type="spellStart"/>
      <w:r w:rsidRPr="007A0413">
        <w:t>producția</w:t>
      </w:r>
      <w:proofErr w:type="spellEnd"/>
      <w:r w:rsidRPr="007A0413">
        <w:t xml:space="preserve">, </w:t>
      </w:r>
      <w:proofErr w:type="spellStart"/>
      <w:r w:rsidRPr="007A0413">
        <w:t>coordonarea</w:t>
      </w:r>
      <w:proofErr w:type="spellEnd"/>
      <w:r w:rsidRPr="007A0413">
        <w:t xml:space="preserve">, </w:t>
      </w:r>
      <w:proofErr w:type="spellStart"/>
      <w:r w:rsidRPr="007A0413">
        <w:t>promovarea</w:t>
      </w:r>
      <w:proofErr w:type="spellEnd"/>
      <w:r w:rsidRPr="007A0413">
        <w:t xml:space="preserve">, </w:t>
      </w:r>
      <w:proofErr w:type="spellStart"/>
      <w:r w:rsidRPr="007A0413">
        <w:t>implementarea</w:t>
      </w:r>
      <w:proofErr w:type="spellEnd"/>
      <w:r w:rsidRPr="007A0413">
        <w:t xml:space="preserve"> </w:t>
      </w:r>
      <w:proofErr w:type="spellStart"/>
      <w:r w:rsidRPr="007A0413">
        <w:t>și</w:t>
      </w:r>
      <w:proofErr w:type="spellEnd"/>
      <w:r w:rsidRPr="007A0413">
        <w:t xml:space="preserve"> </w:t>
      </w:r>
      <w:proofErr w:type="spellStart"/>
      <w:r w:rsidRPr="007A0413">
        <w:t>închiderea</w:t>
      </w:r>
      <w:proofErr w:type="spellEnd"/>
      <w:r w:rsidRPr="007A0413">
        <w:t xml:space="preserve"> </w:t>
      </w:r>
      <w:proofErr w:type="spellStart"/>
      <w:r w:rsidRPr="007A0413">
        <w:t>evenimentului</w:t>
      </w:r>
      <w:proofErr w:type="spellEnd"/>
      <w:r w:rsidRPr="007A0413">
        <w:t xml:space="preserve"> „</w:t>
      </w:r>
      <w:proofErr w:type="spellStart"/>
      <w:r w:rsidRPr="007A0413">
        <w:t>Prietenii</w:t>
      </w:r>
      <w:proofErr w:type="spellEnd"/>
      <w:r w:rsidRPr="007A0413">
        <w:t xml:space="preserve"> </w:t>
      </w:r>
      <w:proofErr w:type="spellStart"/>
      <w:r w:rsidRPr="007A0413">
        <w:t>Pufoși</w:t>
      </w:r>
      <w:proofErr w:type="spellEnd"/>
      <w:r w:rsidRPr="007A0413">
        <w:t xml:space="preserve"> – </w:t>
      </w:r>
      <w:proofErr w:type="spellStart"/>
      <w:r w:rsidRPr="007A0413">
        <w:t>Ediția</w:t>
      </w:r>
      <w:proofErr w:type="spellEnd"/>
      <w:r w:rsidRPr="007A0413">
        <w:t xml:space="preserve"> </w:t>
      </w:r>
      <w:proofErr w:type="gramStart"/>
      <w:r w:rsidRPr="007A0413">
        <w:t>a</w:t>
      </w:r>
      <w:proofErr w:type="gramEnd"/>
      <w:r w:rsidRPr="007A0413">
        <w:t xml:space="preserve"> II-a”</w:t>
      </w:r>
    </w:p>
    <w:p w14:paraId="0D73DE79" w14:textId="77777777" w:rsidR="00AE28BA" w:rsidRPr="007A0413" w:rsidRDefault="00AE28BA" w:rsidP="00AE28BA">
      <w:pPr>
        <w:jc w:val="both"/>
      </w:pPr>
    </w:p>
    <w:p w14:paraId="63C701B1" w14:textId="77777777" w:rsidR="00E10285" w:rsidRPr="007A0413" w:rsidRDefault="003B7C42">
      <w:pPr>
        <w:pStyle w:val="Titlu1"/>
        <w:rPr>
          <w:rFonts w:ascii="Times New Roman" w:hAnsi="Times New Roman" w:cs="Times New Roman"/>
          <w:sz w:val="24"/>
          <w:szCs w:val="24"/>
        </w:rPr>
      </w:pPr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13.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Cerințe</w:t>
      </w:r>
      <w:proofErr w:type="spellEnd"/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minime</w:t>
      </w:r>
      <w:proofErr w:type="spellEnd"/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calificare</w:t>
      </w:r>
      <w:proofErr w:type="spellEnd"/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selecție</w:t>
      </w:r>
      <w:proofErr w:type="spellEnd"/>
    </w:p>
    <w:p w14:paraId="6498BCB0" w14:textId="77777777" w:rsidR="00E10285" w:rsidRPr="007A0413" w:rsidRDefault="003B7C42">
      <w:pPr>
        <w:pStyle w:val="Titlu2"/>
        <w:rPr>
          <w:rFonts w:ascii="Times New Roman" w:hAnsi="Times New Roman" w:cs="Times New Roman"/>
          <w:szCs w:val="24"/>
        </w:rPr>
      </w:pPr>
      <w:r w:rsidRPr="007A0413">
        <w:rPr>
          <w:rFonts w:ascii="Times New Roman" w:eastAsia="Times New Roman" w:hAnsi="Times New Roman" w:cs="Times New Roman"/>
          <w:szCs w:val="24"/>
        </w:rPr>
        <w:t xml:space="preserve">13.1. Motive de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excludere</w:t>
      </w:r>
      <w:proofErr w:type="spellEnd"/>
    </w:p>
    <w:p w14:paraId="528BA086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Operatorul</w:t>
      </w:r>
      <w:proofErr w:type="spellEnd"/>
      <w:r w:rsidRPr="007A0413">
        <w:rPr>
          <w:rFonts w:cs="Times New Roman"/>
          <w:sz w:val="24"/>
          <w:szCs w:val="24"/>
        </w:rPr>
        <w:t xml:space="preserve"> economic (</w:t>
      </w:r>
      <w:proofErr w:type="spellStart"/>
      <w:r w:rsidRPr="007A0413">
        <w:rPr>
          <w:rFonts w:cs="Times New Roman"/>
          <w:sz w:val="24"/>
          <w:szCs w:val="24"/>
        </w:rPr>
        <w:t>lider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asociat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terț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susținător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subcontractant</w:t>
      </w:r>
      <w:proofErr w:type="spellEnd"/>
      <w:r w:rsidRPr="007A0413">
        <w:rPr>
          <w:rFonts w:cs="Times New Roman"/>
          <w:sz w:val="24"/>
          <w:szCs w:val="24"/>
        </w:rPr>
        <w:t xml:space="preserve"> – </w:t>
      </w:r>
      <w:proofErr w:type="spellStart"/>
      <w:r w:rsidRPr="007A0413">
        <w:rPr>
          <w:rFonts w:cs="Times New Roman"/>
          <w:sz w:val="24"/>
          <w:szCs w:val="24"/>
        </w:rPr>
        <w:t>după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caz</w:t>
      </w:r>
      <w:proofErr w:type="spellEnd"/>
      <w:r w:rsidRPr="007A0413">
        <w:rPr>
          <w:rFonts w:cs="Times New Roman"/>
          <w:sz w:val="24"/>
          <w:szCs w:val="24"/>
        </w:rPr>
        <w:t xml:space="preserve">) </w:t>
      </w:r>
      <w:proofErr w:type="spellStart"/>
      <w:r w:rsidRPr="007A0413">
        <w:rPr>
          <w:rFonts w:cs="Times New Roman"/>
          <w:sz w:val="24"/>
          <w:szCs w:val="24"/>
        </w:rPr>
        <w:t>va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prezenta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declarațiile</w:t>
      </w:r>
      <w:proofErr w:type="spellEnd"/>
      <w:r w:rsidRPr="007A0413">
        <w:rPr>
          <w:rFonts w:cs="Times New Roman"/>
          <w:sz w:val="24"/>
          <w:szCs w:val="24"/>
        </w:rPr>
        <w:t xml:space="preserve"> solicitate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nu </w:t>
      </w:r>
      <w:proofErr w:type="spellStart"/>
      <w:r w:rsidRPr="007A0413">
        <w:rPr>
          <w:rFonts w:cs="Times New Roman"/>
          <w:sz w:val="24"/>
          <w:szCs w:val="24"/>
        </w:rPr>
        <w:t>trebuie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să</w:t>
      </w:r>
      <w:proofErr w:type="spellEnd"/>
      <w:r w:rsidRPr="007A0413">
        <w:rPr>
          <w:rFonts w:cs="Times New Roman"/>
          <w:sz w:val="24"/>
          <w:szCs w:val="24"/>
        </w:rPr>
        <w:t xml:space="preserve"> se </w:t>
      </w:r>
      <w:proofErr w:type="spellStart"/>
      <w:r w:rsidRPr="007A0413">
        <w:rPr>
          <w:rFonts w:cs="Times New Roman"/>
          <w:sz w:val="24"/>
          <w:szCs w:val="24"/>
        </w:rPr>
        <w:t>regăsească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situațiile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excludere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prevăzute</w:t>
      </w:r>
      <w:proofErr w:type="spellEnd"/>
      <w:r w:rsidRPr="007A0413">
        <w:rPr>
          <w:rFonts w:cs="Times New Roman"/>
          <w:sz w:val="24"/>
          <w:szCs w:val="24"/>
        </w:rPr>
        <w:t xml:space="preserve"> la art. 164, 165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167 din </w:t>
      </w:r>
      <w:proofErr w:type="spellStart"/>
      <w:r w:rsidRPr="007A0413">
        <w:rPr>
          <w:rFonts w:cs="Times New Roman"/>
          <w:sz w:val="24"/>
          <w:szCs w:val="24"/>
        </w:rPr>
        <w:t>Legea</w:t>
      </w:r>
      <w:proofErr w:type="spellEnd"/>
      <w:r w:rsidRPr="007A0413">
        <w:rPr>
          <w:rFonts w:cs="Times New Roman"/>
          <w:sz w:val="24"/>
          <w:szCs w:val="24"/>
        </w:rPr>
        <w:t xml:space="preserve"> nr. 98/2016. Se </w:t>
      </w:r>
      <w:proofErr w:type="spellStart"/>
      <w:r w:rsidRPr="007A0413">
        <w:rPr>
          <w:rFonts w:cs="Times New Roman"/>
          <w:sz w:val="24"/>
          <w:szCs w:val="24"/>
        </w:rPr>
        <w:t>va</w:t>
      </w:r>
      <w:proofErr w:type="spellEnd"/>
      <w:r w:rsidRPr="007A0413">
        <w:rPr>
          <w:rFonts w:cs="Times New Roman"/>
          <w:sz w:val="24"/>
          <w:szCs w:val="24"/>
        </w:rPr>
        <w:t xml:space="preserve"> completa </w:t>
      </w:r>
      <w:proofErr w:type="spellStart"/>
      <w:r w:rsidRPr="007A0413">
        <w:rPr>
          <w:rFonts w:cs="Times New Roman"/>
          <w:sz w:val="24"/>
          <w:szCs w:val="24"/>
        </w:rPr>
        <w:t>Formularul</w:t>
      </w:r>
      <w:proofErr w:type="spellEnd"/>
      <w:r w:rsidRPr="007A0413">
        <w:rPr>
          <w:rFonts w:cs="Times New Roman"/>
          <w:sz w:val="24"/>
          <w:szCs w:val="24"/>
        </w:rPr>
        <w:t xml:space="preserve"> nr. 1, </w:t>
      </w:r>
      <w:proofErr w:type="spellStart"/>
      <w:r w:rsidRPr="007A0413">
        <w:rPr>
          <w:rFonts w:cs="Times New Roman"/>
          <w:sz w:val="24"/>
          <w:szCs w:val="24"/>
        </w:rPr>
        <w:t>Formularul</w:t>
      </w:r>
      <w:proofErr w:type="spellEnd"/>
      <w:r w:rsidRPr="007A0413">
        <w:rPr>
          <w:rFonts w:cs="Times New Roman"/>
          <w:sz w:val="24"/>
          <w:szCs w:val="24"/>
        </w:rPr>
        <w:t xml:space="preserve"> nr. 2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Formularul</w:t>
      </w:r>
      <w:proofErr w:type="spellEnd"/>
      <w:r w:rsidRPr="007A0413">
        <w:rPr>
          <w:rFonts w:cs="Times New Roman"/>
          <w:sz w:val="24"/>
          <w:szCs w:val="24"/>
        </w:rPr>
        <w:t xml:space="preserve"> nr. 3.</w:t>
      </w:r>
    </w:p>
    <w:p w14:paraId="519A26CB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r w:rsidRPr="007A0413">
        <w:rPr>
          <w:rFonts w:cs="Times New Roman"/>
          <w:sz w:val="24"/>
          <w:szCs w:val="24"/>
        </w:rPr>
        <w:t xml:space="preserve">Se </w:t>
      </w:r>
      <w:proofErr w:type="spellStart"/>
      <w:r w:rsidRPr="007A0413">
        <w:rPr>
          <w:rFonts w:cs="Times New Roman"/>
          <w:sz w:val="24"/>
          <w:szCs w:val="24"/>
        </w:rPr>
        <w:t>va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prezenta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declarația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privind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neîncadrarea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situațiile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prevăzute</w:t>
      </w:r>
      <w:proofErr w:type="spellEnd"/>
      <w:r w:rsidRPr="007A0413">
        <w:rPr>
          <w:rFonts w:cs="Times New Roman"/>
          <w:sz w:val="24"/>
          <w:szCs w:val="24"/>
        </w:rPr>
        <w:t xml:space="preserve"> la art. 59–60 din </w:t>
      </w:r>
      <w:proofErr w:type="spellStart"/>
      <w:r w:rsidRPr="007A0413">
        <w:rPr>
          <w:rFonts w:cs="Times New Roman"/>
          <w:sz w:val="24"/>
          <w:szCs w:val="24"/>
        </w:rPr>
        <w:t>Legea</w:t>
      </w:r>
      <w:proofErr w:type="spellEnd"/>
      <w:r w:rsidRPr="007A0413">
        <w:rPr>
          <w:rFonts w:cs="Times New Roman"/>
          <w:sz w:val="24"/>
          <w:szCs w:val="24"/>
        </w:rPr>
        <w:t xml:space="preserve"> nr. 98/2016 – </w:t>
      </w:r>
      <w:proofErr w:type="spellStart"/>
      <w:r w:rsidRPr="007A0413">
        <w:rPr>
          <w:rFonts w:cs="Times New Roman"/>
          <w:sz w:val="24"/>
          <w:szCs w:val="24"/>
        </w:rPr>
        <w:t>Formularul</w:t>
      </w:r>
      <w:proofErr w:type="spellEnd"/>
      <w:r w:rsidRPr="007A0413">
        <w:rPr>
          <w:rFonts w:cs="Times New Roman"/>
          <w:sz w:val="24"/>
          <w:szCs w:val="24"/>
        </w:rPr>
        <w:t xml:space="preserve"> nr. 4.</w:t>
      </w:r>
    </w:p>
    <w:p w14:paraId="21CF2C17" w14:textId="77777777" w:rsidR="00E10285" w:rsidRPr="007A0413" w:rsidRDefault="003B7C42">
      <w:pPr>
        <w:pStyle w:val="Titlu2"/>
        <w:rPr>
          <w:rFonts w:ascii="Times New Roman" w:hAnsi="Times New Roman" w:cs="Times New Roman"/>
          <w:szCs w:val="24"/>
        </w:rPr>
      </w:pPr>
      <w:r w:rsidRPr="007A0413">
        <w:rPr>
          <w:rFonts w:ascii="Times New Roman" w:eastAsia="Times New Roman" w:hAnsi="Times New Roman" w:cs="Times New Roman"/>
          <w:szCs w:val="24"/>
        </w:rPr>
        <w:lastRenderedPageBreak/>
        <w:t xml:space="preserve">13.2.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Persoane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cu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funcții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de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decizie</w:t>
      </w:r>
      <w:proofErr w:type="spellEnd"/>
    </w:p>
    <w:p w14:paraId="23DB28E0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Persoanele</w:t>
      </w:r>
      <w:proofErr w:type="spellEnd"/>
      <w:r w:rsidRPr="007A0413">
        <w:rPr>
          <w:rFonts w:cs="Times New Roman"/>
          <w:sz w:val="24"/>
          <w:szCs w:val="24"/>
        </w:rPr>
        <w:t xml:space="preserve"> cu </w:t>
      </w:r>
      <w:proofErr w:type="spellStart"/>
      <w:r w:rsidRPr="007A0413">
        <w:rPr>
          <w:rFonts w:cs="Times New Roman"/>
          <w:sz w:val="24"/>
          <w:szCs w:val="24"/>
        </w:rPr>
        <w:t>funcții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decizie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cadrul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autorității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contractante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legătură</w:t>
      </w:r>
      <w:proofErr w:type="spellEnd"/>
      <w:r w:rsidRPr="007A0413">
        <w:rPr>
          <w:rFonts w:cs="Times New Roman"/>
          <w:sz w:val="24"/>
          <w:szCs w:val="24"/>
        </w:rPr>
        <w:t xml:space="preserve"> cu </w:t>
      </w:r>
      <w:proofErr w:type="spellStart"/>
      <w:r w:rsidRPr="007A0413">
        <w:rPr>
          <w:rFonts w:cs="Times New Roman"/>
          <w:sz w:val="24"/>
          <w:szCs w:val="24"/>
        </w:rPr>
        <w:t>prezenta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procedură</w:t>
      </w:r>
      <w:proofErr w:type="spellEnd"/>
      <w:r w:rsidRPr="007A0413">
        <w:rPr>
          <w:rFonts w:cs="Times New Roman"/>
          <w:sz w:val="24"/>
          <w:szCs w:val="24"/>
        </w:rPr>
        <w:t>, sunt: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5613"/>
      </w:tblGrid>
      <w:tr w:rsidR="00E10285" w:rsidRPr="007A0413" w14:paraId="5077BFD2" w14:textId="77777777" w:rsidTr="001114DF">
        <w:trPr>
          <w:cantSplit/>
          <w:tblHeader/>
          <w:jc w:val="center"/>
        </w:trPr>
        <w:tc>
          <w:tcPr>
            <w:tcW w:w="3969" w:type="dxa"/>
            <w:shd w:val="clear" w:color="auto" w:fill="D9E6F2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9BBEDE5" w14:textId="77777777" w:rsidR="00E10285" w:rsidRPr="007A0413" w:rsidRDefault="003B7C42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7A0413">
              <w:rPr>
                <w:rFonts w:cs="Times New Roman"/>
                <w:b/>
                <w:sz w:val="24"/>
                <w:szCs w:val="24"/>
              </w:rPr>
              <w:t>Nume</w:t>
            </w:r>
            <w:proofErr w:type="spellEnd"/>
          </w:p>
        </w:tc>
        <w:tc>
          <w:tcPr>
            <w:tcW w:w="5613" w:type="dxa"/>
            <w:shd w:val="clear" w:color="auto" w:fill="D9E6F2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9A23FD6" w14:textId="77777777" w:rsidR="00E10285" w:rsidRPr="007A0413" w:rsidRDefault="003B7C42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7A0413">
              <w:rPr>
                <w:rFonts w:cs="Times New Roman"/>
                <w:b/>
                <w:sz w:val="24"/>
                <w:szCs w:val="24"/>
              </w:rPr>
              <w:t>Funcție</w:t>
            </w:r>
            <w:proofErr w:type="spellEnd"/>
          </w:p>
        </w:tc>
      </w:tr>
      <w:tr w:rsidR="00E10285" w:rsidRPr="007A0413" w14:paraId="38FDF491" w14:textId="77777777" w:rsidTr="001114DF">
        <w:trPr>
          <w:cantSplit/>
          <w:jc w:val="center"/>
        </w:trPr>
        <w:tc>
          <w:tcPr>
            <w:tcW w:w="396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D06B548" w14:textId="77777777" w:rsidR="00E10285" w:rsidRPr="007A0413" w:rsidRDefault="003B7C42">
            <w:pPr>
              <w:rPr>
                <w:rFonts w:cs="Times New Roman"/>
                <w:sz w:val="24"/>
                <w:szCs w:val="24"/>
              </w:rPr>
            </w:pPr>
            <w:r w:rsidRPr="007A0413">
              <w:rPr>
                <w:rFonts w:cs="Times New Roman"/>
                <w:sz w:val="24"/>
                <w:szCs w:val="24"/>
              </w:rPr>
              <w:t>RAREȘ HOPINCĂ</w:t>
            </w:r>
          </w:p>
        </w:tc>
        <w:tc>
          <w:tcPr>
            <w:tcW w:w="561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5654467" w14:textId="77777777" w:rsidR="00E10285" w:rsidRPr="007A0413" w:rsidRDefault="003B7C4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A0413">
              <w:rPr>
                <w:rFonts w:cs="Times New Roman"/>
                <w:sz w:val="24"/>
                <w:szCs w:val="24"/>
              </w:rPr>
              <w:t>Primarul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Sectorului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2 al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Municipiului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București</w:t>
            </w:r>
            <w:proofErr w:type="spellEnd"/>
          </w:p>
        </w:tc>
      </w:tr>
      <w:tr w:rsidR="00E10285" w:rsidRPr="007A0413" w14:paraId="37D0665F" w14:textId="77777777" w:rsidTr="001114DF">
        <w:trPr>
          <w:cantSplit/>
          <w:jc w:val="center"/>
        </w:trPr>
        <w:tc>
          <w:tcPr>
            <w:tcW w:w="396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19C2DA8" w14:textId="77777777" w:rsidR="00E10285" w:rsidRPr="007A0413" w:rsidRDefault="003B7C42">
            <w:pPr>
              <w:rPr>
                <w:rFonts w:cs="Times New Roman"/>
                <w:sz w:val="24"/>
                <w:szCs w:val="24"/>
              </w:rPr>
            </w:pPr>
            <w:r w:rsidRPr="007A0413">
              <w:rPr>
                <w:rFonts w:cs="Times New Roman"/>
                <w:sz w:val="24"/>
                <w:szCs w:val="24"/>
              </w:rPr>
              <w:t>MAIR AMZA</w:t>
            </w:r>
          </w:p>
        </w:tc>
        <w:tc>
          <w:tcPr>
            <w:tcW w:w="561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F902460" w14:textId="77777777" w:rsidR="00E10285" w:rsidRPr="007A0413" w:rsidRDefault="003B7C42">
            <w:pPr>
              <w:rPr>
                <w:rFonts w:cs="Times New Roman"/>
                <w:sz w:val="24"/>
                <w:szCs w:val="24"/>
              </w:rPr>
            </w:pPr>
            <w:r w:rsidRPr="007A0413">
              <w:rPr>
                <w:rFonts w:cs="Times New Roman"/>
                <w:sz w:val="24"/>
                <w:szCs w:val="24"/>
              </w:rPr>
              <w:t>Administrator Public</w:t>
            </w:r>
          </w:p>
        </w:tc>
      </w:tr>
      <w:tr w:rsidR="00E10285" w:rsidRPr="007A0413" w14:paraId="685E9B0B" w14:textId="77777777" w:rsidTr="001114DF">
        <w:trPr>
          <w:cantSplit/>
          <w:jc w:val="center"/>
        </w:trPr>
        <w:tc>
          <w:tcPr>
            <w:tcW w:w="396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0F4143E" w14:textId="77777777" w:rsidR="00E10285" w:rsidRPr="007A0413" w:rsidRDefault="003B7C42">
            <w:pPr>
              <w:rPr>
                <w:rFonts w:cs="Times New Roman"/>
                <w:sz w:val="24"/>
                <w:szCs w:val="24"/>
              </w:rPr>
            </w:pPr>
            <w:r w:rsidRPr="007A0413">
              <w:rPr>
                <w:rFonts w:cs="Times New Roman"/>
                <w:sz w:val="24"/>
                <w:szCs w:val="24"/>
              </w:rPr>
              <w:t>MĂDĂLINA VERONICA HAIDEMAK</w:t>
            </w:r>
          </w:p>
        </w:tc>
        <w:tc>
          <w:tcPr>
            <w:tcW w:w="561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EB95E2C" w14:textId="77777777" w:rsidR="00E10285" w:rsidRPr="007A0413" w:rsidRDefault="003B7C42">
            <w:pPr>
              <w:rPr>
                <w:rFonts w:cs="Times New Roman"/>
                <w:sz w:val="24"/>
                <w:szCs w:val="24"/>
              </w:rPr>
            </w:pPr>
            <w:r w:rsidRPr="007A0413">
              <w:rPr>
                <w:rFonts w:cs="Times New Roman"/>
                <w:sz w:val="24"/>
                <w:szCs w:val="24"/>
              </w:rPr>
              <w:t xml:space="preserve">Director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Executiv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–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Direcția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Achiziții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Publice</w:t>
            </w:r>
            <w:proofErr w:type="spellEnd"/>
          </w:p>
        </w:tc>
      </w:tr>
      <w:tr w:rsidR="00E10285" w:rsidRPr="007A0413" w14:paraId="5B5D8370" w14:textId="77777777" w:rsidTr="001114DF">
        <w:trPr>
          <w:cantSplit/>
          <w:jc w:val="center"/>
        </w:trPr>
        <w:tc>
          <w:tcPr>
            <w:tcW w:w="396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06EE5C4" w14:textId="77777777" w:rsidR="00E10285" w:rsidRPr="007A0413" w:rsidRDefault="003B7C42">
            <w:pPr>
              <w:rPr>
                <w:rFonts w:cs="Times New Roman"/>
                <w:sz w:val="24"/>
                <w:szCs w:val="24"/>
              </w:rPr>
            </w:pPr>
            <w:r w:rsidRPr="007A0413">
              <w:rPr>
                <w:rFonts w:cs="Times New Roman"/>
                <w:sz w:val="24"/>
                <w:szCs w:val="24"/>
              </w:rPr>
              <w:t>IULIAN DUMITRACHE</w:t>
            </w:r>
          </w:p>
        </w:tc>
        <w:tc>
          <w:tcPr>
            <w:tcW w:w="561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97151D8" w14:textId="77777777" w:rsidR="00E10285" w:rsidRPr="007A0413" w:rsidRDefault="003B7C4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A0413">
              <w:rPr>
                <w:rFonts w:cs="Times New Roman"/>
                <w:sz w:val="24"/>
                <w:szCs w:val="24"/>
              </w:rPr>
              <w:t>Șef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Serviciu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–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Serviciul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Achiziții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Publice</w:t>
            </w:r>
            <w:proofErr w:type="spellEnd"/>
          </w:p>
        </w:tc>
      </w:tr>
      <w:tr w:rsidR="00E10285" w:rsidRPr="007A0413" w14:paraId="6986927E" w14:textId="77777777" w:rsidTr="001114DF">
        <w:trPr>
          <w:cantSplit/>
          <w:jc w:val="center"/>
        </w:trPr>
        <w:tc>
          <w:tcPr>
            <w:tcW w:w="396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D8853D4" w14:textId="77777777" w:rsidR="00E10285" w:rsidRPr="007A0413" w:rsidRDefault="003B7C42">
            <w:pPr>
              <w:rPr>
                <w:rFonts w:cs="Times New Roman"/>
                <w:sz w:val="24"/>
                <w:szCs w:val="24"/>
              </w:rPr>
            </w:pPr>
            <w:r w:rsidRPr="007A0413">
              <w:rPr>
                <w:rFonts w:cs="Times New Roman"/>
                <w:sz w:val="24"/>
                <w:szCs w:val="24"/>
              </w:rPr>
              <w:t>FLORENTINA TEODORA PÎRVAN</w:t>
            </w:r>
          </w:p>
        </w:tc>
        <w:tc>
          <w:tcPr>
            <w:tcW w:w="561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204B452" w14:textId="77777777" w:rsidR="00E10285" w:rsidRPr="007A0413" w:rsidRDefault="003B7C42">
            <w:pPr>
              <w:rPr>
                <w:rFonts w:cs="Times New Roman"/>
                <w:sz w:val="24"/>
                <w:szCs w:val="24"/>
              </w:rPr>
            </w:pPr>
            <w:r w:rsidRPr="007A0413">
              <w:rPr>
                <w:rFonts w:cs="Times New Roman"/>
                <w:sz w:val="24"/>
                <w:szCs w:val="24"/>
              </w:rPr>
              <w:t xml:space="preserve">Director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Executiv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–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Direcția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Economică</w:t>
            </w:r>
            <w:proofErr w:type="spellEnd"/>
          </w:p>
        </w:tc>
      </w:tr>
      <w:tr w:rsidR="00E10285" w:rsidRPr="007A0413" w14:paraId="33B01726" w14:textId="77777777" w:rsidTr="001114DF">
        <w:trPr>
          <w:cantSplit/>
          <w:jc w:val="center"/>
        </w:trPr>
        <w:tc>
          <w:tcPr>
            <w:tcW w:w="396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AAECA68" w14:textId="77777777" w:rsidR="00E10285" w:rsidRPr="007A0413" w:rsidRDefault="003B7C42">
            <w:pPr>
              <w:rPr>
                <w:rFonts w:cs="Times New Roman"/>
                <w:sz w:val="24"/>
                <w:szCs w:val="24"/>
              </w:rPr>
            </w:pPr>
            <w:r w:rsidRPr="007A0413">
              <w:rPr>
                <w:rFonts w:cs="Times New Roman"/>
                <w:sz w:val="24"/>
                <w:szCs w:val="24"/>
              </w:rPr>
              <w:t>CLAUDIU GEORGE FOGORAȘ</w:t>
            </w:r>
          </w:p>
        </w:tc>
        <w:tc>
          <w:tcPr>
            <w:tcW w:w="561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E97E16E" w14:textId="77777777" w:rsidR="00E10285" w:rsidRPr="007A0413" w:rsidRDefault="003B7C4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A0413">
              <w:rPr>
                <w:rFonts w:cs="Times New Roman"/>
                <w:sz w:val="24"/>
                <w:szCs w:val="24"/>
              </w:rPr>
              <w:t>Șef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Serviciu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–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Serviciul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Asistență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Juridică</w:t>
            </w:r>
            <w:proofErr w:type="spellEnd"/>
          </w:p>
        </w:tc>
      </w:tr>
      <w:tr w:rsidR="00E10285" w:rsidRPr="007A0413" w14:paraId="418EED5D" w14:textId="77777777" w:rsidTr="001114DF">
        <w:trPr>
          <w:cantSplit/>
          <w:jc w:val="center"/>
        </w:trPr>
        <w:tc>
          <w:tcPr>
            <w:tcW w:w="396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574CCA6" w14:textId="77777777" w:rsidR="00E10285" w:rsidRPr="007A0413" w:rsidRDefault="003B7C42">
            <w:pPr>
              <w:rPr>
                <w:rFonts w:cs="Times New Roman"/>
                <w:sz w:val="24"/>
                <w:szCs w:val="24"/>
              </w:rPr>
            </w:pPr>
            <w:r w:rsidRPr="007A0413">
              <w:rPr>
                <w:rFonts w:cs="Times New Roman"/>
                <w:sz w:val="24"/>
                <w:szCs w:val="24"/>
              </w:rPr>
              <w:t>MAGDALENA MĂDĂLINA STANCU</w:t>
            </w:r>
          </w:p>
        </w:tc>
        <w:tc>
          <w:tcPr>
            <w:tcW w:w="561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CDBA67D" w14:textId="77777777" w:rsidR="00E10285" w:rsidRPr="007A0413" w:rsidRDefault="003B7C42">
            <w:pPr>
              <w:rPr>
                <w:rFonts w:cs="Times New Roman"/>
                <w:sz w:val="24"/>
                <w:szCs w:val="24"/>
              </w:rPr>
            </w:pPr>
            <w:r w:rsidRPr="007A0413">
              <w:rPr>
                <w:rFonts w:cs="Times New Roman"/>
                <w:sz w:val="24"/>
                <w:szCs w:val="24"/>
              </w:rPr>
              <w:t xml:space="preserve">Director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Executiv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–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Direcția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Utilități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Publice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Mediu</w:t>
            </w:r>
            <w:proofErr w:type="spellEnd"/>
          </w:p>
        </w:tc>
      </w:tr>
      <w:tr w:rsidR="00E10285" w:rsidRPr="007A0413" w14:paraId="270CCB02" w14:textId="77777777" w:rsidTr="001114DF">
        <w:trPr>
          <w:cantSplit/>
          <w:jc w:val="center"/>
        </w:trPr>
        <w:tc>
          <w:tcPr>
            <w:tcW w:w="396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334EE9D" w14:textId="2F046396" w:rsidR="00E10285" w:rsidRPr="007A0413" w:rsidRDefault="00AE28BA">
            <w:pPr>
              <w:rPr>
                <w:rFonts w:cs="Times New Roman"/>
                <w:sz w:val="24"/>
                <w:szCs w:val="24"/>
              </w:rPr>
            </w:pPr>
            <w:r w:rsidRPr="007A0413">
              <w:rPr>
                <w:rFonts w:cs="Times New Roman"/>
                <w:sz w:val="24"/>
                <w:szCs w:val="24"/>
              </w:rPr>
              <w:t xml:space="preserve">VICTOR CHRISTEA </w:t>
            </w:r>
          </w:p>
        </w:tc>
        <w:tc>
          <w:tcPr>
            <w:tcW w:w="561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0B2D11B" w14:textId="304EEA9F" w:rsidR="00E10285" w:rsidRPr="007A0413" w:rsidRDefault="00613150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A0413">
              <w:rPr>
                <w:rFonts w:cs="Times New Roman"/>
              </w:rPr>
              <w:t>Consilier</w:t>
            </w:r>
            <w:proofErr w:type="spellEnd"/>
            <w:r w:rsidRPr="007A0413">
              <w:rPr>
                <w:rFonts w:cs="Times New Roman"/>
              </w:rPr>
              <w:t xml:space="preserve"> Juridic </w:t>
            </w:r>
            <w:proofErr w:type="spellStart"/>
            <w:r w:rsidRPr="007A0413">
              <w:rPr>
                <w:rFonts w:cs="Times New Roman"/>
              </w:rPr>
              <w:t>în</w:t>
            </w:r>
            <w:proofErr w:type="spellEnd"/>
            <w:r w:rsidRPr="007A0413">
              <w:rPr>
                <w:rFonts w:cs="Times New Roman"/>
              </w:rPr>
              <w:t xml:space="preserve"> </w:t>
            </w:r>
            <w:proofErr w:type="spellStart"/>
            <w:r w:rsidRPr="007A0413">
              <w:rPr>
                <w:rFonts w:cs="Times New Roman"/>
              </w:rPr>
              <w:t>cadrul</w:t>
            </w:r>
            <w:proofErr w:type="spellEnd"/>
            <w:r w:rsidRPr="007A0413">
              <w:rPr>
                <w:rFonts w:cs="Times New Roman"/>
              </w:rPr>
              <w:t xml:space="preserve"> </w:t>
            </w:r>
            <w:proofErr w:type="spellStart"/>
            <w:r w:rsidRPr="007A0413">
              <w:rPr>
                <w:rFonts w:cs="Times New Roman"/>
              </w:rPr>
              <w:t>Serviciului</w:t>
            </w:r>
            <w:proofErr w:type="spellEnd"/>
            <w:r w:rsidRPr="007A0413">
              <w:rPr>
                <w:rFonts w:cs="Times New Roman"/>
              </w:rPr>
              <w:t xml:space="preserve"> </w:t>
            </w:r>
            <w:proofErr w:type="spellStart"/>
            <w:r w:rsidRPr="007A0413">
              <w:rPr>
                <w:rFonts w:cs="Times New Roman"/>
              </w:rPr>
              <w:t>Asistență</w:t>
            </w:r>
            <w:proofErr w:type="spellEnd"/>
            <w:r w:rsidRPr="007A0413">
              <w:rPr>
                <w:rFonts w:cs="Times New Roman"/>
              </w:rPr>
              <w:t xml:space="preserve"> </w:t>
            </w:r>
            <w:proofErr w:type="spellStart"/>
            <w:r w:rsidRPr="007A0413">
              <w:rPr>
                <w:rFonts w:cs="Times New Roman"/>
              </w:rPr>
              <w:t>Juridică</w:t>
            </w:r>
            <w:proofErr w:type="spellEnd"/>
          </w:p>
        </w:tc>
      </w:tr>
      <w:tr w:rsidR="00AE28BA" w:rsidRPr="007A0413" w14:paraId="7554D0FD" w14:textId="77777777" w:rsidTr="001114DF">
        <w:trPr>
          <w:cantSplit/>
          <w:jc w:val="center"/>
        </w:trPr>
        <w:tc>
          <w:tcPr>
            <w:tcW w:w="396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5BF7720" w14:textId="74D0262E" w:rsidR="00AE28BA" w:rsidRPr="007A0413" w:rsidRDefault="00AE28BA">
            <w:pPr>
              <w:rPr>
                <w:rFonts w:cs="Times New Roman"/>
                <w:sz w:val="24"/>
                <w:szCs w:val="24"/>
              </w:rPr>
            </w:pPr>
            <w:r w:rsidRPr="007A0413">
              <w:rPr>
                <w:rFonts w:cs="Times New Roman"/>
                <w:sz w:val="24"/>
                <w:szCs w:val="24"/>
              </w:rPr>
              <w:t>ELENA SIMONA MEȘTER</w:t>
            </w:r>
          </w:p>
        </w:tc>
        <w:tc>
          <w:tcPr>
            <w:tcW w:w="561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D49DA9E" w14:textId="02C03F5B" w:rsidR="00AE28BA" w:rsidRPr="007A0413" w:rsidRDefault="00613150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A0413">
              <w:rPr>
                <w:rFonts w:cs="Times New Roman"/>
              </w:rPr>
              <w:t>Consilier</w:t>
            </w:r>
            <w:proofErr w:type="spellEnd"/>
            <w:r w:rsidRPr="007A0413">
              <w:rPr>
                <w:rFonts w:cs="Times New Roman"/>
              </w:rPr>
              <w:t xml:space="preserve"> Juridic </w:t>
            </w:r>
            <w:proofErr w:type="spellStart"/>
            <w:r w:rsidRPr="007A0413">
              <w:rPr>
                <w:rFonts w:cs="Times New Roman"/>
              </w:rPr>
              <w:t>în</w:t>
            </w:r>
            <w:proofErr w:type="spellEnd"/>
            <w:r w:rsidRPr="007A0413">
              <w:rPr>
                <w:rFonts w:cs="Times New Roman"/>
              </w:rPr>
              <w:t xml:space="preserve"> </w:t>
            </w:r>
            <w:proofErr w:type="spellStart"/>
            <w:r w:rsidRPr="007A0413">
              <w:rPr>
                <w:rFonts w:cs="Times New Roman"/>
              </w:rPr>
              <w:t>cadrul</w:t>
            </w:r>
            <w:proofErr w:type="spellEnd"/>
            <w:r w:rsidRPr="007A0413">
              <w:rPr>
                <w:rFonts w:cs="Times New Roman"/>
              </w:rPr>
              <w:t xml:space="preserve"> </w:t>
            </w:r>
            <w:proofErr w:type="spellStart"/>
            <w:proofErr w:type="gramStart"/>
            <w:r w:rsidRPr="007A0413">
              <w:rPr>
                <w:rFonts w:cs="Times New Roman"/>
              </w:rPr>
              <w:t>Serviciului</w:t>
            </w:r>
            <w:proofErr w:type="spellEnd"/>
            <w:r w:rsidRPr="007A0413">
              <w:rPr>
                <w:rFonts w:cs="Times New Roman"/>
              </w:rPr>
              <w:t xml:space="preserve">  </w:t>
            </w:r>
            <w:proofErr w:type="spellStart"/>
            <w:r w:rsidRPr="007A0413">
              <w:rPr>
                <w:rFonts w:cs="Times New Roman"/>
              </w:rPr>
              <w:t>Asistență</w:t>
            </w:r>
            <w:proofErr w:type="spellEnd"/>
            <w:proofErr w:type="gramEnd"/>
            <w:r w:rsidRPr="007A0413">
              <w:rPr>
                <w:rFonts w:cs="Times New Roman"/>
              </w:rPr>
              <w:t xml:space="preserve"> </w:t>
            </w:r>
            <w:proofErr w:type="spellStart"/>
            <w:r w:rsidRPr="007A0413">
              <w:rPr>
                <w:rFonts w:cs="Times New Roman"/>
              </w:rPr>
              <w:t>Juridică</w:t>
            </w:r>
            <w:proofErr w:type="spellEnd"/>
          </w:p>
        </w:tc>
      </w:tr>
      <w:tr w:rsidR="00AE28BA" w:rsidRPr="007A0413" w14:paraId="323BA03D" w14:textId="77777777" w:rsidTr="001114DF">
        <w:trPr>
          <w:cantSplit/>
          <w:jc w:val="center"/>
        </w:trPr>
        <w:tc>
          <w:tcPr>
            <w:tcW w:w="396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33D27D7" w14:textId="2C06C47C" w:rsidR="00AE28BA" w:rsidRPr="007A0413" w:rsidRDefault="00AE28BA">
            <w:pPr>
              <w:rPr>
                <w:rFonts w:cs="Times New Roman"/>
                <w:sz w:val="24"/>
                <w:szCs w:val="24"/>
              </w:rPr>
            </w:pPr>
            <w:r w:rsidRPr="007A0413">
              <w:rPr>
                <w:rFonts w:cs="Times New Roman"/>
                <w:sz w:val="24"/>
                <w:szCs w:val="24"/>
              </w:rPr>
              <w:t xml:space="preserve">ALINA FAUR </w:t>
            </w:r>
          </w:p>
        </w:tc>
        <w:tc>
          <w:tcPr>
            <w:tcW w:w="561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C2E2B30" w14:textId="2DB4D316" w:rsidR="00AE28BA" w:rsidRPr="007A0413" w:rsidRDefault="00AE28BA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A0413">
              <w:rPr>
                <w:rFonts w:cs="Times New Roman"/>
                <w:sz w:val="24"/>
                <w:szCs w:val="24"/>
              </w:rPr>
              <w:t>Consilier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Achiziții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Publice</w:t>
            </w:r>
            <w:proofErr w:type="spellEnd"/>
            <w:r w:rsidR="00613150" w:rsidRPr="007A041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613150" w:rsidRPr="007A0413">
              <w:rPr>
                <w:rFonts w:cs="Times New Roman"/>
                <w:sz w:val="24"/>
                <w:szCs w:val="24"/>
              </w:rPr>
              <w:t>în</w:t>
            </w:r>
            <w:proofErr w:type="spellEnd"/>
            <w:r w:rsidR="00613150" w:rsidRPr="007A041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613150" w:rsidRPr="007A0413">
              <w:rPr>
                <w:rFonts w:cs="Times New Roman"/>
                <w:sz w:val="24"/>
                <w:szCs w:val="24"/>
              </w:rPr>
              <w:t>cadrul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Serviciul</w:t>
            </w:r>
            <w:r w:rsidR="00613150" w:rsidRPr="007A0413">
              <w:rPr>
                <w:rFonts w:cs="Times New Roman"/>
                <w:sz w:val="24"/>
                <w:szCs w:val="24"/>
              </w:rPr>
              <w:t>ui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Achiziții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Publice</w:t>
            </w:r>
            <w:proofErr w:type="spellEnd"/>
          </w:p>
        </w:tc>
      </w:tr>
      <w:tr w:rsidR="00AE28BA" w:rsidRPr="007A0413" w14:paraId="0D5FB747" w14:textId="77777777" w:rsidTr="001114DF">
        <w:trPr>
          <w:cantSplit/>
          <w:jc w:val="center"/>
        </w:trPr>
        <w:tc>
          <w:tcPr>
            <w:tcW w:w="396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0F20BD1" w14:textId="32FC1293" w:rsidR="00AE28BA" w:rsidRPr="007A0413" w:rsidRDefault="00AE28BA">
            <w:pPr>
              <w:rPr>
                <w:rFonts w:cs="Times New Roman"/>
                <w:sz w:val="24"/>
                <w:szCs w:val="24"/>
              </w:rPr>
            </w:pPr>
            <w:r w:rsidRPr="007A0413">
              <w:rPr>
                <w:rFonts w:cs="Times New Roman"/>
                <w:sz w:val="24"/>
                <w:szCs w:val="24"/>
              </w:rPr>
              <w:t>GABRIEL BARLOG</w:t>
            </w:r>
          </w:p>
        </w:tc>
        <w:tc>
          <w:tcPr>
            <w:tcW w:w="561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0BC2838" w14:textId="42498D6D" w:rsidR="00AE28BA" w:rsidRPr="007A0413" w:rsidRDefault="00613150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A0413">
              <w:rPr>
                <w:rFonts w:cs="Times New Roman"/>
                <w:sz w:val="24"/>
                <w:szCs w:val="24"/>
              </w:rPr>
              <w:t>Consilier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Achiziții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Publice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în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cadrul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Serviciului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Achiziții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Publice</w:t>
            </w:r>
            <w:proofErr w:type="spellEnd"/>
          </w:p>
        </w:tc>
      </w:tr>
      <w:tr w:rsidR="00613150" w:rsidRPr="007A0413" w14:paraId="20B2DA27" w14:textId="77777777" w:rsidTr="001114DF">
        <w:trPr>
          <w:cantSplit/>
          <w:jc w:val="center"/>
        </w:trPr>
        <w:tc>
          <w:tcPr>
            <w:tcW w:w="396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14E2736" w14:textId="086C2B34" w:rsidR="00613150" w:rsidRPr="007A0413" w:rsidRDefault="00613150">
            <w:pPr>
              <w:rPr>
                <w:rFonts w:cs="Times New Roman"/>
                <w:sz w:val="24"/>
                <w:szCs w:val="24"/>
              </w:rPr>
            </w:pPr>
            <w:r w:rsidRPr="007A0413">
              <w:rPr>
                <w:rFonts w:cs="Times New Roman"/>
                <w:sz w:val="24"/>
                <w:szCs w:val="24"/>
              </w:rPr>
              <w:t xml:space="preserve">ALINA ANGHILINA </w:t>
            </w:r>
          </w:p>
        </w:tc>
        <w:tc>
          <w:tcPr>
            <w:tcW w:w="561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E43236C" w14:textId="21A451C9" w:rsidR="00613150" w:rsidRPr="007A0413" w:rsidRDefault="00613150">
            <w:pPr>
              <w:rPr>
                <w:rFonts w:cs="Times New Roman"/>
                <w:sz w:val="24"/>
                <w:szCs w:val="24"/>
              </w:rPr>
            </w:pPr>
            <w:r w:rsidRPr="007A0413">
              <w:rPr>
                <w:rFonts w:cs="Times New Roman"/>
                <w:sz w:val="24"/>
                <w:szCs w:val="24"/>
              </w:rPr>
              <w:t xml:space="preserve">Inspector de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Specialitate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în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cadrul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Compartimentului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Adăpost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Animale</w:t>
            </w:r>
            <w:proofErr w:type="spellEnd"/>
          </w:p>
        </w:tc>
      </w:tr>
      <w:tr w:rsidR="00613150" w:rsidRPr="007A0413" w14:paraId="331F0A7C" w14:textId="77777777" w:rsidTr="001114DF">
        <w:trPr>
          <w:cantSplit/>
          <w:jc w:val="center"/>
        </w:trPr>
        <w:tc>
          <w:tcPr>
            <w:tcW w:w="396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1F5715F" w14:textId="48E209EB" w:rsidR="00613150" w:rsidRPr="007A0413" w:rsidRDefault="00613150">
            <w:pPr>
              <w:rPr>
                <w:rFonts w:cs="Times New Roman"/>
                <w:sz w:val="24"/>
                <w:szCs w:val="24"/>
              </w:rPr>
            </w:pPr>
            <w:r w:rsidRPr="007A0413">
              <w:rPr>
                <w:rFonts w:cs="Times New Roman"/>
                <w:sz w:val="24"/>
                <w:szCs w:val="24"/>
              </w:rPr>
              <w:t xml:space="preserve">NICOLETA BĂLAN </w:t>
            </w:r>
          </w:p>
        </w:tc>
        <w:tc>
          <w:tcPr>
            <w:tcW w:w="561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00B0DD9" w14:textId="413F8E0E" w:rsidR="00613150" w:rsidRPr="007A0413" w:rsidRDefault="00613150">
            <w:pPr>
              <w:rPr>
                <w:rFonts w:cs="Times New Roman"/>
                <w:sz w:val="24"/>
                <w:szCs w:val="24"/>
              </w:rPr>
            </w:pPr>
            <w:r w:rsidRPr="007A0413">
              <w:rPr>
                <w:rFonts w:cs="Times New Roman"/>
                <w:sz w:val="24"/>
                <w:szCs w:val="24"/>
              </w:rPr>
              <w:t xml:space="preserve">Inspector de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Specialitate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în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cadrul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Compartimentului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Adăpost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  <w:szCs w:val="24"/>
              </w:rPr>
              <w:t>Animale</w:t>
            </w:r>
            <w:proofErr w:type="spellEnd"/>
            <w:r w:rsidRPr="007A0413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</w:tbl>
    <w:p w14:paraId="30D4C92B" w14:textId="77777777" w:rsidR="00E10285" w:rsidRPr="007A0413" w:rsidRDefault="003B7C42">
      <w:pPr>
        <w:pStyle w:val="Titlu2"/>
        <w:rPr>
          <w:rFonts w:ascii="Times New Roman" w:hAnsi="Times New Roman" w:cs="Times New Roman"/>
          <w:szCs w:val="24"/>
        </w:rPr>
      </w:pPr>
      <w:r w:rsidRPr="007A0413">
        <w:rPr>
          <w:rFonts w:ascii="Times New Roman" w:eastAsia="Times New Roman" w:hAnsi="Times New Roman" w:cs="Times New Roman"/>
          <w:szCs w:val="24"/>
        </w:rPr>
        <w:t xml:space="preserve">13.3.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Capacitatea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de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exercitare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gramStart"/>
      <w:r w:rsidRPr="007A0413">
        <w:rPr>
          <w:rFonts w:ascii="Times New Roman" w:eastAsia="Times New Roman" w:hAnsi="Times New Roman" w:cs="Times New Roman"/>
          <w:szCs w:val="24"/>
        </w:rPr>
        <w:t>a</w:t>
      </w:r>
      <w:proofErr w:type="gram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activității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profesionale</w:t>
      </w:r>
      <w:proofErr w:type="spellEnd"/>
    </w:p>
    <w:p w14:paraId="6E364E5C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Ofertantul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va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prezenta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certificat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constatator</w:t>
      </w:r>
      <w:proofErr w:type="spellEnd"/>
      <w:r w:rsidRPr="007A0413">
        <w:rPr>
          <w:rFonts w:cs="Times New Roman"/>
          <w:sz w:val="24"/>
          <w:szCs w:val="24"/>
        </w:rPr>
        <w:t xml:space="preserve"> ONRC </w:t>
      </w:r>
      <w:proofErr w:type="spellStart"/>
      <w:r w:rsidRPr="007A0413">
        <w:rPr>
          <w:rFonts w:cs="Times New Roman"/>
          <w:sz w:val="24"/>
          <w:szCs w:val="24"/>
        </w:rPr>
        <w:t>sau</w:t>
      </w:r>
      <w:proofErr w:type="spellEnd"/>
      <w:r w:rsidRPr="007A0413">
        <w:rPr>
          <w:rFonts w:cs="Times New Roman"/>
          <w:sz w:val="24"/>
          <w:szCs w:val="24"/>
        </w:rPr>
        <w:t xml:space="preserve"> document </w:t>
      </w:r>
      <w:proofErr w:type="spellStart"/>
      <w:r w:rsidRPr="007A0413">
        <w:rPr>
          <w:rFonts w:cs="Times New Roman"/>
          <w:sz w:val="24"/>
          <w:szCs w:val="24"/>
        </w:rPr>
        <w:t>echivalent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pentru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operatorii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străini</w:t>
      </w:r>
      <w:proofErr w:type="spellEnd"/>
      <w:r w:rsidRPr="007A0413">
        <w:rPr>
          <w:rFonts w:cs="Times New Roman"/>
          <w:sz w:val="24"/>
          <w:szCs w:val="24"/>
        </w:rPr>
        <w:t xml:space="preserve">, din care </w:t>
      </w:r>
      <w:proofErr w:type="spellStart"/>
      <w:r w:rsidRPr="007A0413">
        <w:rPr>
          <w:rFonts w:cs="Times New Roman"/>
          <w:sz w:val="24"/>
          <w:szCs w:val="24"/>
        </w:rPr>
        <w:t>să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rezulte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existența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legală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capacitatea</w:t>
      </w:r>
      <w:proofErr w:type="spellEnd"/>
      <w:r w:rsidRPr="007A0413">
        <w:rPr>
          <w:rFonts w:cs="Times New Roman"/>
          <w:sz w:val="24"/>
          <w:szCs w:val="24"/>
        </w:rPr>
        <w:t xml:space="preserve"> de a </w:t>
      </w:r>
      <w:proofErr w:type="spellStart"/>
      <w:r w:rsidRPr="007A0413">
        <w:rPr>
          <w:rFonts w:cs="Times New Roman"/>
          <w:sz w:val="24"/>
          <w:szCs w:val="24"/>
        </w:rPr>
        <w:t>presta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activități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relevante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pentru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obiectul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contractului</w:t>
      </w:r>
      <w:proofErr w:type="spellEnd"/>
      <w:r w:rsidRPr="007A0413">
        <w:rPr>
          <w:rFonts w:cs="Times New Roman"/>
          <w:sz w:val="24"/>
          <w:szCs w:val="24"/>
        </w:rPr>
        <w:t xml:space="preserve"> (de </w:t>
      </w:r>
      <w:proofErr w:type="spellStart"/>
      <w:r w:rsidRPr="007A0413">
        <w:rPr>
          <w:rFonts w:cs="Times New Roman"/>
          <w:sz w:val="24"/>
          <w:szCs w:val="24"/>
        </w:rPr>
        <w:t>exemplu</w:t>
      </w:r>
      <w:proofErr w:type="spellEnd"/>
      <w:r w:rsidRPr="007A0413">
        <w:rPr>
          <w:rFonts w:cs="Times New Roman"/>
          <w:sz w:val="24"/>
          <w:szCs w:val="24"/>
        </w:rPr>
        <w:t xml:space="preserve"> CAEN 8230 </w:t>
      </w:r>
      <w:proofErr w:type="spellStart"/>
      <w:r w:rsidRPr="007A0413">
        <w:rPr>
          <w:rFonts w:cs="Times New Roman"/>
          <w:sz w:val="24"/>
          <w:szCs w:val="24"/>
        </w:rPr>
        <w:t>sau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echivalent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după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caz</w:t>
      </w:r>
      <w:proofErr w:type="spellEnd"/>
      <w:r w:rsidRPr="007A0413">
        <w:rPr>
          <w:rFonts w:cs="Times New Roman"/>
          <w:sz w:val="24"/>
          <w:szCs w:val="24"/>
        </w:rPr>
        <w:t xml:space="preserve">). </w:t>
      </w:r>
      <w:proofErr w:type="spellStart"/>
      <w:r w:rsidRPr="007A0413">
        <w:rPr>
          <w:rFonts w:cs="Times New Roman"/>
          <w:sz w:val="24"/>
          <w:szCs w:val="24"/>
        </w:rPr>
        <w:t>Informațiile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trebuie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să</w:t>
      </w:r>
      <w:proofErr w:type="spellEnd"/>
      <w:r w:rsidRPr="007A0413">
        <w:rPr>
          <w:rFonts w:cs="Times New Roman"/>
          <w:sz w:val="24"/>
          <w:szCs w:val="24"/>
        </w:rPr>
        <w:t xml:space="preserve"> fie </w:t>
      </w:r>
      <w:proofErr w:type="spellStart"/>
      <w:r w:rsidRPr="007A0413">
        <w:rPr>
          <w:rFonts w:cs="Times New Roman"/>
          <w:sz w:val="24"/>
          <w:szCs w:val="24"/>
        </w:rPr>
        <w:t>reale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actuale</w:t>
      </w:r>
      <w:proofErr w:type="spellEnd"/>
      <w:r w:rsidRPr="007A0413">
        <w:rPr>
          <w:rFonts w:cs="Times New Roman"/>
          <w:sz w:val="24"/>
          <w:szCs w:val="24"/>
        </w:rPr>
        <w:t xml:space="preserve"> la data </w:t>
      </w:r>
      <w:proofErr w:type="spellStart"/>
      <w:r w:rsidRPr="007A0413">
        <w:rPr>
          <w:rFonts w:cs="Times New Roman"/>
          <w:sz w:val="24"/>
          <w:szCs w:val="24"/>
        </w:rPr>
        <w:t>prezentării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34691429" w14:textId="77777777" w:rsidR="00E10285" w:rsidRPr="007A0413" w:rsidRDefault="003B7C42">
      <w:pPr>
        <w:pStyle w:val="Titlu2"/>
        <w:rPr>
          <w:rFonts w:ascii="Times New Roman" w:hAnsi="Times New Roman" w:cs="Times New Roman"/>
          <w:szCs w:val="24"/>
        </w:rPr>
      </w:pPr>
      <w:r w:rsidRPr="007A0413">
        <w:rPr>
          <w:rFonts w:ascii="Times New Roman" w:eastAsia="Times New Roman" w:hAnsi="Times New Roman" w:cs="Times New Roman"/>
          <w:szCs w:val="24"/>
        </w:rPr>
        <w:t xml:space="preserve">13.4.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Capacitatea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tehnică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>/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sau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profesională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–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experiența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similară</w:t>
      </w:r>
      <w:proofErr w:type="spellEnd"/>
    </w:p>
    <w:p w14:paraId="3E3742BC" w14:textId="170785D1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t>Ofertantul</w:t>
      </w:r>
      <w:proofErr w:type="spellEnd"/>
      <w:r w:rsidRPr="007A0413">
        <w:t xml:space="preserve"> </w:t>
      </w:r>
      <w:proofErr w:type="spellStart"/>
      <w:r w:rsidRPr="007A0413">
        <w:t>trebuie</w:t>
      </w:r>
      <w:proofErr w:type="spellEnd"/>
      <w:r w:rsidRPr="007A0413">
        <w:t xml:space="preserve"> </w:t>
      </w:r>
      <w:proofErr w:type="spellStart"/>
      <w:r w:rsidRPr="007A0413">
        <w:t>să</w:t>
      </w:r>
      <w:proofErr w:type="spellEnd"/>
      <w:r w:rsidRPr="007A0413">
        <w:t xml:space="preserve"> </w:t>
      </w:r>
      <w:proofErr w:type="spellStart"/>
      <w:r w:rsidRPr="007A0413">
        <w:t>facă</w:t>
      </w:r>
      <w:proofErr w:type="spellEnd"/>
      <w:r w:rsidRPr="007A0413">
        <w:t xml:space="preserve"> </w:t>
      </w:r>
      <w:proofErr w:type="spellStart"/>
      <w:r w:rsidRPr="007A0413">
        <w:t>dovada</w:t>
      </w:r>
      <w:proofErr w:type="spellEnd"/>
      <w:r w:rsidRPr="007A0413">
        <w:t xml:space="preserve"> </w:t>
      </w:r>
      <w:proofErr w:type="spellStart"/>
      <w:r w:rsidRPr="007A0413">
        <w:t>că</w:t>
      </w:r>
      <w:proofErr w:type="spellEnd"/>
      <w:r w:rsidRPr="007A0413">
        <w:t xml:space="preserve">, </w:t>
      </w:r>
      <w:proofErr w:type="spellStart"/>
      <w:r w:rsidRPr="007A0413">
        <w:t>în</w:t>
      </w:r>
      <w:proofErr w:type="spellEnd"/>
      <w:r w:rsidRPr="007A0413">
        <w:t xml:space="preserve"> </w:t>
      </w:r>
      <w:proofErr w:type="spellStart"/>
      <w:r w:rsidRPr="007A0413">
        <w:t>ultimii</w:t>
      </w:r>
      <w:proofErr w:type="spellEnd"/>
      <w:r w:rsidRPr="007A0413">
        <w:t xml:space="preserve"> 3 ani </w:t>
      </w:r>
      <w:proofErr w:type="spellStart"/>
      <w:r w:rsidRPr="007A0413">
        <w:t>împliniți</w:t>
      </w:r>
      <w:proofErr w:type="spellEnd"/>
      <w:r w:rsidRPr="007A0413">
        <w:t xml:space="preserve"> la data-</w:t>
      </w:r>
      <w:proofErr w:type="spellStart"/>
      <w:r w:rsidRPr="007A0413">
        <w:t>limită</w:t>
      </w:r>
      <w:proofErr w:type="spellEnd"/>
      <w:r w:rsidRPr="007A0413">
        <w:t xml:space="preserve"> de </w:t>
      </w:r>
      <w:proofErr w:type="spellStart"/>
      <w:r w:rsidRPr="007A0413">
        <w:t>depunere</w:t>
      </w:r>
      <w:proofErr w:type="spellEnd"/>
      <w:r w:rsidRPr="007A0413">
        <w:t xml:space="preserve"> </w:t>
      </w:r>
      <w:proofErr w:type="gramStart"/>
      <w:r w:rsidRPr="007A0413">
        <w:t>a</w:t>
      </w:r>
      <w:proofErr w:type="gramEnd"/>
      <w:r w:rsidRPr="007A0413">
        <w:t xml:space="preserve"> </w:t>
      </w:r>
      <w:proofErr w:type="spellStart"/>
      <w:r w:rsidRPr="007A0413">
        <w:t>ofertelor</w:t>
      </w:r>
      <w:proofErr w:type="spellEnd"/>
      <w:r w:rsidRPr="007A0413">
        <w:t xml:space="preserve">, a </w:t>
      </w:r>
      <w:proofErr w:type="spellStart"/>
      <w:r w:rsidRPr="007A0413">
        <w:t>prestat</w:t>
      </w:r>
      <w:proofErr w:type="spellEnd"/>
      <w:r w:rsidRPr="007A0413">
        <w:t xml:space="preserve"> </w:t>
      </w:r>
      <w:proofErr w:type="spellStart"/>
      <w:r w:rsidRPr="007A0413">
        <w:t>și</w:t>
      </w:r>
      <w:proofErr w:type="spellEnd"/>
      <w:r w:rsidRPr="007A0413">
        <w:t xml:space="preserve"> </w:t>
      </w:r>
      <w:proofErr w:type="spellStart"/>
      <w:r w:rsidRPr="007A0413">
        <w:t>dus</w:t>
      </w:r>
      <w:proofErr w:type="spellEnd"/>
      <w:r w:rsidRPr="007A0413">
        <w:t xml:space="preserve"> la bun </w:t>
      </w:r>
      <w:proofErr w:type="spellStart"/>
      <w:r w:rsidRPr="007A0413">
        <w:t>sfârșit</w:t>
      </w:r>
      <w:proofErr w:type="spellEnd"/>
      <w:r w:rsidRPr="007A0413">
        <w:t xml:space="preserve"> </w:t>
      </w:r>
      <w:proofErr w:type="spellStart"/>
      <w:r w:rsidRPr="007A0413">
        <w:t>servicii</w:t>
      </w:r>
      <w:proofErr w:type="spellEnd"/>
      <w:r w:rsidRPr="007A0413">
        <w:t xml:space="preserve"> </w:t>
      </w:r>
      <w:proofErr w:type="spellStart"/>
      <w:r w:rsidRPr="007A0413">
        <w:t>similare</w:t>
      </w:r>
      <w:proofErr w:type="spellEnd"/>
      <w:r w:rsidRPr="007A0413">
        <w:t xml:space="preserve"> cu </w:t>
      </w:r>
      <w:proofErr w:type="spellStart"/>
      <w:r w:rsidRPr="007A0413">
        <w:t>cele</w:t>
      </w:r>
      <w:proofErr w:type="spellEnd"/>
      <w:r w:rsidR="00AE28BA" w:rsidRPr="007A0413">
        <w:t xml:space="preserve"> care fac </w:t>
      </w:r>
      <w:proofErr w:type="spellStart"/>
      <w:r w:rsidR="00AE28BA" w:rsidRPr="007A0413">
        <w:t>obiectul</w:t>
      </w:r>
      <w:proofErr w:type="spellEnd"/>
      <w:r w:rsidR="00AE28BA" w:rsidRPr="007A0413">
        <w:t xml:space="preserve"> </w:t>
      </w:r>
      <w:proofErr w:type="spellStart"/>
      <w:r w:rsidR="00AE28BA" w:rsidRPr="007A0413">
        <w:t>contractului</w:t>
      </w:r>
      <w:proofErr w:type="spellEnd"/>
      <w:r w:rsidRPr="007A0413">
        <w:t xml:space="preserve">, la </w:t>
      </w:r>
      <w:proofErr w:type="spellStart"/>
      <w:r w:rsidRPr="007A0413">
        <w:t>nivelul</w:t>
      </w:r>
      <w:proofErr w:type="spellEnd"/>
      <w:r w:rsidRPr="007A0413">
        <w:t xml:space="preserve"> a maximum </w:t>
      </w:r>
      <w:r w:rsidRPr="007A0413">
        <w:lastRenderedPageBreak/>
        <w:t xml:space="preserve">3 </w:t>
      </w:r>
      <w:proofErr w:type="spellStart"/>
      <w:r w:rsidRPr="007A0413">
        <w:t>contracte</w:t>
      </w:r>
      <w:proofErr w:type="spellEnd"/>
      <w:r w:rsidRPr="007A0413">
        <w:t xml:space="preserve">. Prin </w:t>
      </w:r>
      <w:proofErr w:type="spellStart"/>
      <w:r w:rsidRPr="007A0413">
        <w:t>servicii</w:t>
      </w:r>
      <w:proofErr w:type="spellEnd"/>
      <w:r w:rsidRPr="007A0413">
        <w:t xml:space="preserve"> </w:t>
      </w:r>
      <w:proofErr w:type="spellStart"/>
      <w:r w:rsidRPr="007A0413">
        <w:t>similare</w:t>
      </w:r>
      <w:proofErr w:type="spellEnd"/>
      <w:r w:rsidRPr="007A0413">
        <w:t xml:space="preserve"> se </w:t>
      </w:r>
      <w:proofErr w:type="spellStart"/>
      <w:r w:rsidRPr="007A0413">
        <w:t>înțeleg</w:t>
      </w:r>
      <w:proofErr w:type="spellEnd"/>
      <w:r w:rsidRPr="007A0413">
        <w:t xml:space="preserve"> </w:t>
      </w:r>
      <w:proofErr w:type="spellStart"/>
      <w:r w:rsidRPr="007A0413">
        <w:t>servicii</w:t>
      </w:r>
      <w:proofErr w:type="spellEnd"/>
      <w:r w:rsidRPr="007A0413">
        <w:t xml:space="preserve"> de </w:t>
      </w:r>
      <w:proofErr w:type="spellStart"/>
      <w:r w:rsidRPr="007A0413">
        <w:t>organizare</w:t>
      </w:r>
      <w:proofErr w:type="spellEnd"/>
      <w:r w:rsidRPr="007A0413">
        <w:t xml:space="preserve"> </w:t>
      </w:r>
      <w:proofErr w:type="spellStart"/>
      <w:r w:rsidRPr="007A0413">
        <w:t>și</w:t>
      </w:r>
      <w:proofErr w:type="spellEnd"/>
      <w:r w:rsidRPr="007A0413">
        <w:t>/</w:t>
      </w:r>
      <w:proofErr w:type="spellStart"/>
      <w:r w:rsidRPr="007A0413">
        <w:t>sau</w:t>
      </w:r>
      <w:proofErr w:type="spellEnd"/>
      <w:r w:rsidRPr="007A0413">
        <w:t xml:space="preserve"> management </w:t>
      </w:r>
      <w:proofErr w:type="spellStart"/>
      <w:r w:rsidRPr="007A0413">
        <w:t>și</w:t>
      </w:r>
      <w:proofErr w:type="spellEnd"/>
      <w:r w:rsidRPr="007A0413">
        <w:t>/</w:t>
      </w:r>
      <w:proofErr w:type="spellStart"/>
      <w:r w:rsidRPr="007A0413">
        <w:t>sau</w:t>
      </w:r>
      <w:proofErr w:type="spellEnd"/>
      <w:r w:rsidRPr="007A0413">
        <w:t xml:space="preserve"> </w:t>
      </w:r>
      <w:proofErr w:type="spellStart"/>
      <w:r w:rsidRPr="007A0413">
        <w:t>producție</w:t>
      </w:r>
      <w:proofErr w:type="spellEnd"/>
      <w:r w:rsidRPr="007A0413">
        <w:t xml:space="preserve"> a </w:t>
      </w:r>
      <w:proofErr w:type="spellStart"/>
      <w:r w:rsidRPr="007A0413">
        <w:t>unor</w:t>
      </w:r>
      <w:proofErr w:type="spellEnd"/>
      <w:r w:rsidRPr="007A0413">
        <w:t xml:space="preserve"> </w:t>
      </w:r>
      <w:proofErr w:type="spellStart"/>
      <w:r w:rsidRPr="007A0413">
        <w:t>evenimente</w:t>
      </w:r>
      <w:proofErr w:type="spellEnd"/>
      <w:r w:rsidRPr="007A0413">
        <w:t xml:space="preserve"> </w:t>
      </w:r>
      <w:proofErr w:type="spellStart"/>
      <w:r w:rsidRPr="007A0413">
        <w:t>publice</w:t>
      </w:r>
      <w:proofErr w:type="spellEnd"/>
      <w:r w:rsidRPr="007A0413">
        <w:t xml:space="preserve"> </w:t>
      </w:r>
      <w:proofErr w:type="spellStart"/>
      <w:r w:rsidRPr="007A0413">
        <w:t>având</w:t>
      </w:r>
      <w:proofErr w:type="spellEnd"/>
      <w:r w:rsidRPr="007A0413">
        <w:t xml:space="preserve"> ca </w:t>
      </w:r>
      <w:proofErr w:type="spellStart"/>
      <w:r w:rsidRPr="007A0413">
        <w:t>tematică</w:t>
      </w:r>
      <w:proofErr w:type="spellEnd"/>
      <w:r w:rsidRPr="007A0413">
        <w:t xml:space="preserve"> </w:t>
      </w:r>
      <w:proofErr w:type="spellStart"/>
      <w:r w:rsidRPr="007A0413">
        <w:t>protecția</w:t>
      </w:r>
      <w:proofErr w:type="spellEnd"/>
      <w:r w:rsidRPr="007A0413">
        <w:t xml:space="preserve"> </w:t>
      </w:r>
      <w:proofErr w:type="spellStart"/>
      <w:r w:rsidRPr="007A0413">
        <w:t>și</w:t>
      </w:r>
      <w:proofErr w:type="spellEnd"/>
      <w:r w:rsidRPr="007A0413">
        <w:t>/</w:t>
      </w:r>
      <w:proofErr w:type="spellStart"/>
      <w:r w:rsidRPr="007A0413">
        <w:t>sau</w:t>
      </w:r>
      <w:proofErr w:type="spellEnd"/>
      <w:r w:rsidRPr="007A0413">
        <w:t xml:space="preserve"> </w:t>
      </w:r>
      <w:proofErr w:type="spellStart"/>
      <w:r w:rsidRPr="007A0413">
        <w:t>bunăstarea</w:t>
      </w:r>
      <w:proofErr w:type="spellEnd"/>
      <w:r w:rsidRPr="007A0413">
        <w:t xml:space="preserve"> </w:t>
      </w:r>
      <w:proofErr w:type="spellStart"/>
      <w:r w:rsidRPr="007A0413">
        <w:t>animalelor</w:t>
      </w:r>
      <w:proofErr w:type="spellEnd"/>
      <w:r w:rsidRPr="007A0413">
        <w:t xml:space="preserve">, </w:t>
      </w:r>
      <w:proofErr w:type="spellStart"/>
      <w:r w:rsidRPr="007A0413">
        <w:t>promovarea</w:t>
      </w:r>
      <w:proofErr w:type="spellEnd"/>
      <w:r w:rsidRPr="007A0413">
        <w:t xml:space="preserve"> </w:t>
      </w:r>
      <w:proofErr w:type="spellStart"/>
      <w:r w:rsidRPr="007A0413">
        <w:t>adopției</w:t>
      </w:r>
      <w:proofErr w:type="spellEnd"/>
      <w:r w:rsidRPr="007A0413">
        <w:t xml:space="preserve"> </w:t>
      </w:r>
      <w:proofErr w:type="spellStart"/>
      <w:r w:rsidRPr="007A0413">
        <w:t>animalelor</w:t>
      </w:r>
      <w:proofErr w:type="spellEnd"/>
      <w:r w:rsidRPr="007A0413">
        <w:t xml:space="preserve">, </w:t>
      </w:r>
      <w:proofErr w:type="spellStart"/>
      <w:r w:rsidRPr="007A0413">
        <w:t>responsabilitatea</w:t>
      </w:r>
      <w:proofErr w:type="spellEnd"/>
      <w:r w:rsidRPr="007A0413">
        <w:t xml:space="preserve"> </w:t>
      </w:r>
      <w:proofErr w:type="spellStart"/>
      <w:r w:rsidRPr="007A0413">
        <w:t>față</w:t>
      </w:r>
      <w:proofErr w:type="spellEnd"/>
      <w:r w:rsidRPr="007A0413">
        <w:t xml:space="preserve"> de </w:t>
      </w:r>
      <w:proofErr w:type="spellStart"/>
      <w:r w:rsidRPr="007A0413">
        <w:t>animalele</w:t>
      </w:r>
      <w:proofErr w:type="spellEnd"/>
      <w:r w:rsidRPr="007A0413">
        <w:t xml:space="preserve"> de </w:t>
      </w:r>
      <w:proofErr w:type="spellStart"/>
      <w:r w:rsidRPr="007A0413">
        <w:t>companie</w:t>
      </w:r>
      <w:proofErr w:type="spellEnd"/>
      <w:r w:rsidRPr="007A0413">
        <w:t xml:space="preserve"> </w:t>
      </w:r>
      <w:proofErr w:type="spellStart"/>
      <w:r w:rsidRPr="007A0413">
        <w:t>ori</w:t>
      </w:r>
      <w:proofErr w:type="spellEnd"/>
      <w:r w:rsidRPr="007A0413">
        <w:t xml:space="preserve"> </w:t>
      </w:r>
      <w:proofErr w:type="spellStart"/>
      <w:r w:rsidRPr="007A0413">
        <w:t>alte</w:t>
      </w:r>
      <w:proofErr w:type="spellEnd"/>
      <w:r w:rsidRPr="007A0413">
        <w:t xml:space="preserve"> </w:t>
      </w:r>
      <w:proofErr w:type="spellStart"/>
      <w:r w:rsidRPr="007A0413">
        <w:t>tematici</w:t>
      </w:r>
      <w:proofErr w:type="spellEnd"/>
      <w:r w:rsidRPr="007A0413">
        <w:t xml:space="preserve"> </w:t>
      </w:r>
      <w:proofErr w:type="spellStart"/>
      <w:r w:rsidRPr="007A0413">
        <w:t>conexe</w:t>
      </w:r>
      <w:proofErr w:type="spellEnd"/>
      <w:r w:rsidRPr="007A0413">
        <w:t xml:space="preserve">, care au </w:t>
      </w:r>
      <w:proofErr w:type="spellStart"/>
      <w:r w:rsidRPr="007A0413">
        <w:t>inclus</w:t>
      </w:r>
      <w:proofErr w:type="spellEnd"/>
      <w:r w:rsidRPr="007A0413">
        <w:t xml:space="preserve"> </w:t>
      </w:r>
      <w:proofErr w:type="spellStart"/>
      <w:r w:rsidRPr="007A0413">
        <w:t>componente</w:t>
      </w:r>
      <w:proofErr w:type="spellEnd"/>
      <w:r w:rsidRPr="007A0413">
        <w:t xml:space="preserve"> de </w:t>
      </w:r>
      <w:proofErr w:type="spellStart"/>
      <w:r w:rsidRPr="007A0413">
        <w:t>organizare</w:t>
      </w:r>
      <w:proofErr w:type="spellEnd"/>
      <w:r w:rsidRPr="007A0413">
        <w:t xml:space="preserve">, </w:t>
      </w:r>
      <w:proofErr w:type="spellStart"/>
      <w:r w:rsidRPr="007A0413">
        <w:t>logistică</w:t>
      </w:r>
      <w:proofErr w:type="spellEnd"/>
      <w:r w:rsidRPr="007A0413">
        <w:t xml:space="preserve"> </w:t>
      </w:r>
      <w:proofErr w:type="spellStart"/>
      <w:r w:rsidRPr="007A0413">
        <w:t>și</w:t>
      </w:r>
      <w:proofErr w:type="spellEnd"/>
      <w:r w:rsidRPr="007A0413">
        <w:t xml:space="preserve"> </w:t>
      </w:r>
      <w:proofErr w:type="spellStart"/>
      <w:r w:rsidRPr="007A0413">
        <w:t>producție</w:t>
      </w:r>
      <w:proofErr w:type="spellEnd"/>
      <w:r w:rsidRPr="007A0413">
        <w:t xml:space="preserve"> </w:t>
      </w:r>
      <w:proofErr w:type="spellStart"/>
      <w:r w:rsidRPr="007A0413">
        <w:t>tehnică</w:t>
      </w:r>
      <w:proofErr w:type="spellEnd"/>
      <w:r w:rsidRPr="007A0413">
        <w:t>.</w:t>
      </w:r>
    </w:p>
    <w:p w14:paraId="6907F7F7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Dovada</w:t>
      </w:r>
      <w:proofErr w:type="spellEnd"/>
      <w:r w:rsidRPr="007A0413">
        <w:rPr>
          <w:rFonts w:cs="Times New Roman"/>
          <w:sz w:val="24"/>
          <w:szCs w:val="24"/>
        </w:rPr>
        <w:t xml:space="preserve">: </w:t>
      </w:r>
      <w:proofErr w:type="spellStart"/>
      <w:r w:rsidRPr="007A0413">
        <w:rPr>
          <w:rFonts w:cs="Times New Roman"/>
          <w:sz w:val="24"/>
          <w:szCs w:val="24"/>
        </w:rPr>
        <w:t>lista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principalelor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servicii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prestate</w:t>
      </w:r>
      <w:proofErr w:type="spellEnd"/>
      <w:r w:rsidRPr="007A0413">
        <w:rPr>
          <w:rFonts w:cs="Times New Roman"/>
          <w:sz w:val="24"/>
          <w:szCs w:val="24"/>
        </w:rPr>
        <w:t xml:space="preserve"> (</w:t>
      </w:r>
      <w:proofErr w:type="spellStart"/>
      <w:r w:rsidRPr="007A0413">
        <w:rPr>
          <w:rFonts w:cs="Times New Roman"/>
          <w:sz w:val="24"/>
          <w:szCs w:val="24"/>
        </w:rPr>
        <w:t>Formularul</w:t>
      </w:r>
      <w:proofErr w:type="spellEnd"/>
      <w:r w:rsidRPr="007A0413">
        <w:rPr>
          <w:rFonts w:cs="Times New Roman"/>
          <w:sz w:val="24"/>
          <w:szCs w:val="24"/>
        </w:rPr>
        <w:t xml:space="preserve"> nr. 7)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certificate/</w:t>
      </w:r>
      <w:proofErr w:type="spellStart"/>
      <w:r w:rsidRPr="007A0413">
        <w:rPr>
          <w:rFonts w:cs="Times New Roman"/>
          <w:sz w:val="24"/>
          <w:szCs w:val="24"/>
        </w:rPr>
        <w:t>recomandări</w:t>
      </w:r>
      <w:proofErr w:type="spellEnd"/>
      <w:r w:rsidRPr="007A0413">
        <w:rPr>
          <w:rFonts w:cs="Times New Roman"/>
          <w:sz w:val="24"/>
          <w:szCs w:val="24"/>
        </w:rPr>
        <w:t xml:space="preserve">/procese-verbale de </w:t>
      </w:r>
      <w:proofErr w:type="spellStart"/>
      <w:r w:rsidRPr="007A0413">
        <w:rPr>
          <w:rFonts w:cs="Times New Roman"/>
          <w:sz w:val="24"/>
          <w:szCs w:val="24"/>
        </w:rPr>
        <w:t>recepție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documente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constatatoare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ori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alte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documente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emise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contrasemnate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beneficiari</w:t>
      </w:r>
      <w:proofErr w:type="spellEnd"/>
      <w:r w:rsidRPr="007A0413">
        <w:rPr>
          <w:rFonts w:cs="Times New Roman"/>
          <w:sz w:val="24"/>
          <w:szCs w:val="24"/>
        </w:rPr>
        <w:t xml:space="preserve">, din care </w:t>
      </w:r>
      <w:proofErr w:type="spellStart"/>
      <w:r w:rsidRPr="007A0413">
        <w:rPr>
          <w:rFonts w:cs="Times New Roman"/>
          <w:sz w:val="24"/>
          <w:szCs w:val="24"/>
        </w:rPr>
        <w:t>să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rezulte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obiectul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perioada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valoarea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buna </w:t>
      </w:r>
      <w:proofErr w:type="spellStart"/>
      <w:r w:rsidRPr="007A0413">
        <w:rPr>
          <w:rFonts w:cs="Times New Roman"/>
          <w:sz w:val="24"/>
          <w:szCs w:val="24"/>
        </w:rPr>
        <w:t>prestare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71C0BE7B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asociere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cerința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poate</w:t>
      </w:r>
      <w:proofErr w:type="spellEnd"/>
      <w:r w:rsidRPr="007A0413">
        <w:rPr>
          <w:rFonts w:cs="Times New Roman"/>
          <w:sz w:val="24"/>
          <w:szCs w:val="24"/>
        </w:rPr>
        <w:t xml:space="preserve"> fi </w:t>
      </w:r>
      <w:proofErr w:type="spellStart"/>
      <w:r w:rsidRPr="007A0413">
        <w:rPr>
          <w:rFonts w:cs="Times New Roman"/>
          <w:sz w:val="24"/>
          <w:szCs w:val="24"/>
        </w:rPr>
        <w:t>îndeplinită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prin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cumul</w:t>
      </w:r>
      <w:proofErr w:type="spellEnd"/>
      <w:r w:rsidRPr="007A0413">
        <w:rPr>
          <w:rFonts w:cs="Times New Roman"/>
          <w:sz w:val="24"/>
          <w:szCs w:val="24"/>
        </w:rPr>
        <w:t xml:space="preserve">. Se </w:t>
      </w:r>
      <w:proofErr w:type="spellStart"/>
      <w:r w:rsidRPr="007A0413">
        <w:rPr>
          <w:rFonts w:cs="Times New Roman"/>
          <w:sz w:val="24"/>
          <w:szCs w:val="24"/>
        </w:rPr>
        <w:t>poate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invoca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susținerea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unui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terț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condițiile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legii</w:t>
      </w:r>
      <w:proofErr w:type="spellEnd"/>
      <w:r w:rsidRPr="007A0413">
        <w:rPr>
          <w:rFonts w:cs="Times New Roman"/>
          <w:sz w:val="24"/>
          <w:szCs w:val="24"/>
        </w:rPr>
        <w:t xml:space="preserve">, cu </w:t>
      </w:r>
      <w:proofErr w:type="spellStart"/>
      <w:r w:rsidRPr="007A0413">
        <w:rPr>
          <w:rFonts w:cs="Times New Roman"/>
          <w:sz w:val="24"/>
          <w:szCs w:val="24"/>
        </w:rPr>
        <w:t>prezentarea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angajamentului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a </w:t>
      </w:r>
      <w:proofErr w:type="spellStart"/>
      <w:r w:rsidRPr="007A0413">
        <w:rPr>
          <w:rFonts w:cs="Times New Roman"/>
          <w:sz w:val="24"/>
          <w:szCs w:val="24"/>
        </w:rPr>
        <w:t>documentelor</w:t>
      </w:r>
      <w:proofErr w:type="spellEnd"/>
      <w:r w:rsidRPr="007A0413">
        <w:rPr>
          <w:rFonts w:cs="Times New Roman"/>
          <w:sz w:val="24"/>
          <w:szCs w:val="24"/>
        </w:rPr>
        <w:t xml:space="preserve"> care </w:t>
      </w:r>
      <w:proofErr w:type="spellStart"/>
      <w:r w:rsidRPr="007A0413">
        <w:rPr>
          <w:rFonts w:cs="Times New Roman"/>
          <w:sz w:val="24"/>
          <w:szCs w:val="24"/>
        </w:rPr>
        <w:t>demonstrează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modul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efectiv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care </w:t>
      </w:r>
      <w:proofErr w:type="spellStart"/>
      <w:r w:rsidRPr="007A0413">
        <w:rPr>
          <w:rFonts w:cs="Times New Roman"/>
          <w:sz w:val="24"/>
          <w:szCs w:val="24"/>
        </w:rPr>
        <w:t>terțul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va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pune</w:t>
      </w:r>
      <w:proofErr w:type="spellEnd"/>
      <w:r w:rsidRPr="007A0413">
        <w:rPr>
          <w:rFonts w:cs="Times New Roman"/>
          <w:sz w:val="24"/>
          <w:szCs w:val="24"/>
        </w:rPr>
        <w:t xml:space="preserve"> la </w:t>
      </w:r>
      <w:proofErr w:type="spellStart"/>
      <w:r w:rsidRPr="007A0413">
        <w:rPr>
          <w:rFonts w:cs="Times New Roman"/>
          <w:sz w:val="24"/>
          <w:szCs w:val="24"/>
        </w:rPr>
        <w:t>dispoziție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resursele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necesare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0A586947" w14:textId="77777777" w:rsidR="00E10285" w:rsidRPr="007A0413" w:rsidRDefault="003B7C42">
      <w:pPr>
        <w:pStyle w:val="Titlu2"/>
        <w:rPr>
          <w:rFonts w:ascii="Times New Roman" w:hAnsi="Times New Roman" w:cs="Times New Roman"/>
          <w:szCs w:val="24"/>
        </w:rPr>
      </w:pPr>
      <w:r w:rsidRPr="007A0413">
        <w:rPr>
          <w:rFonts w:ascii="Times New Roman" w:eastAsia="Times New Roman" w:hAnsi="Times New Roman" w:cs="Times New Roman"/>
          <w:szCs w:val="24"/>
        </w:rPr>
        <w:t xml:space="preserve">13.5.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Personalul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resursele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pentru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executarea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contractului</w:t>
      </w:r>
      <w:proofErr w:type="spellEnd"/>
    </w:p>
    <w:p w14:paraId="7CCB6E2E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Ofertantul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va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demonstra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prin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propunerea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tehnică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disponibilitatea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echipei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minime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a </w:t>
      </w:r>
      <w:proofErr w:type="spellStart"/>
      <w:r w:rsidRPr="007A0413">
        <w:rPr>
          <w:rFonts w:cs="Times New Roman"/>
          <w:sz w:val="24"/>
          <w:szCs w:val="24"/>
        </w:rPr>
        <w:t>resurselor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necesare</w:t>
      </w:r>
      <w:proofErr w:type="spellEnd"/>
      <w:r w:rsidRPr="007A0413">
        <w:rPr>
          <w:rFonts w:cs="Times New Roman"/>
          <w:sz w:val="24"/>
          <w:szCs w:val="24"/>
        </w:rPr>
        <w:t xml:space="preserve">, conform </w:t>
      </w:r>
      <w:proofErr w:type="spellStart"/>
      <w:r w:rsidRPr="007A0413">
        <w:rPr>
          <w:rFonts w:cs="Times New Roman"/>
          <w:sz w:val="24"/>
          <w:szCs w:val="24"/>
        </w:rPr>
        <w:t>capitolului</w:t>
      </w:r>
      <w:proofErr w:type="spellEnd"/>
      <w:r w:rsidRPr="007A0413">
        <w:rPr>
          <w:rFonts w:cs="Times New Roman"/>
          <w:sz w:val="24"/>
          <w:szCs w:val="24"/>
        </w:rPr>
        <w:t xml:space="preserve"> 7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Anexei</w:t>
      </w:r>
      <w:proofErr w:type="spellEnd"/>
      <w:r w:rsidRPr="007A0413">
        <w:rPr>
          <w:rFonts w:cs="Times New Roman"/>
          <w:sz w:val="24"/>
          <w:szCs w:val="24"/>
        </w:rPr>
        <w:t xml:space="preserve"> nr. 1 din </w:t>
      </w:r>
      <w:proofErr w:type="spellStart"/>
      <w:r w:rsidRPr="007A0413">
        <w:rPr>
          <w:rFonts w:cs="Times New Roman"/>
          <w:sz w:val="24"/>
          <w:szCs w:val="24"/>
        </w:rPr>
        <w:t>Caietul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sarcini</w:t>
      </w:r>
      <w:proofErr w:type="spellEnd"/>
      <w:r w:rsidRPr="007A0413">
        <w:rPr>
          <w:rFonts w:cs="Times New Roman"/>
          <w:sz w:val="24"/>
          <w:szCs w:val="24"/>
        </w:rPr>
        <w:t xml:space="preserve">. </w:t>
      </w:r>
      <w:proofErr w:type="spellStart"/>
      <w:r w:rsidRPr="007A0413">
        <w:rPr>
          <w:rFonts w:cs="Times New Roman"/>
          <w:sz w:val="24"/>
          <w:szCs w:val="24"/>
        </w:rPr>
        <w:t>Personalul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reglementat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va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deține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calificările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atestările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autorizațiile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impuse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lege</w:t>
      </w:r>
      <w:proofErr w:type="spellEnd"/>
      <w:r w:rsidRPr="007A0413">
        <w:rPr>
          <w:rFonts w:cs="Times New Roman"/>
          <w:sz w:val="24"/>
          <w:szCs w:val="24"/>
        </w:rPr>
        <w:t xml:space="preserve">. Se </w:t>
      </w:r>
      <w:proofErr w:type="spellStart"/>
      <w:r w:rsidRPr="007A0413">
        <w:rPr>
          <w:rFonts w:cs="Times New Roman"/>
          <w:sz w:val="24"/>
          <w:szCs w:val="24"/>
        </w:rPr>
        <w:t>va</w:t>
      </w:r>
      <w:proofErr w:type="spellEnd"/>
      <w:r w:rsidRPr="007A0413">
        <w:rPr>
          <w:rFonts w:cs="Times New Roman"/>
          <w:sz w:val="24"/>
          <w:szCs w:val="24"/>
        </w:rPr>
        <w:t xml:space="preserve"> completa </w:t>
      </w:r>
      <w:proofErr w:type="spellStart"/>
      <w:r w:rsidRPr="007A0413">
        <w:rPr>
          <w:rFonts w:cs="Times New Roman"/>
          <w:sz w:val="24"/>
          <w:szCs w:val="24"/>
        </w:rPr>
        <w:t>Formularul</w:t>
      </w:r>
      <w:proofErr w:type="spellEnd"/>
      <w:r w:rsidRPr="007A0413">
        <w:rPr>
          <w:rFonts w:cs="Times New Roman"/>
          <w:sz w:val="24"/>
          <w:szCs w:val="24"/>
        </w:rPr>
        <w:t xml:space="preserve"> nr. 8 – personal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Formularul</w:t>
      </w:r>
      <w:proofErr w:type="spellEnd"/>
      <w:r w:rsidRPr="007A0413">
        <w:rPr>
          <w:rFonts w:cs="Times New Roman"/>
          <w:sz w:val="24"/>
          <w:szCs w:val="24"/>
        </w:rPr>
        <w:t xml:space="preserve"> nr. 9 – </w:t>
      </w:r>
      <w:proofErr w:type="spellStart"/>
      <w:r w:rsidRPr="007A0413">
        <w:rPr>
          <w:rFonts w:cs="Times New Roman"/>
          <w:sz w:val="24"/>
          <w:szCs w:val="24"/>
        </w:rPr>
        <w:t>resurse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echipamente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234ECD0E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Echipa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minimă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va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cuprinde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rolurile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prevăzute</w:t>
      </w:r>
      <w:proofErr w:type="spellEnd"/>
      <w:r w:rsidRPr="007A0413">
        <w:rPr>
          <w:rFonts w:cs="Times New Roman"/>
          <w:sz w:val="24"/>
          <w:szCs w:val="24"/>
        </w:rPr>
        <w:t xml:space="preserve"> la cap. 7 din </w:t>
      </w:r>
      <w:proofErr w:type="spellStart"/>
      <w:r w:rsidRPr="007A0413">
        <w:rPr>
          <w:rFonts w:cs="Times New Roman"/>
          <w:sz w:val="24"/>
          <w:szCs w:val="24"/>
        </w:rPr>
        <w:t>Caietul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sarcini</w:t>
      </w:r>
      <w:proofErr w:type="spellEnd"/>
      <w:r w:rsidRPr="007A0413">
        <w:rPr>
          <w:rFonts w:cs="Times New Roman"/>
          <w:sz w:val="24"/>
          <w:szCs w:val="24"/>
        </w:rPr>
        <w:t xml:space="preserve">. Se </w:t>
      </w:r>
      <w:proofErr w:type="spellStart"/>
      <w:r w:rsidRPr="007A0413">
        <w:rPr>
          <w:rFonts w:cs="Times New Roman"/>
          <w:sz w:val="24"/>
          <w:szCs w:val="24"/>
        </w:rPr>
        <w:t>va</w:t>
      </w:r>
      <w:proofErr w:type="spellEnd"/>
      <w:r w:rsidRPr="007A0413">
        <w:rPr>
          <w:rFonts w:cs="Times New Roman"/>
          <w:sz w:val="24"/>
          <w:szCs w:val="24"/>
        </w:rPr>
        <w:t xml:space="preserve"> completa </w:t>
      </w:r>
      <w:proofErr w:type="spellStart"/>
      <w:r w:rsidRPr="007A0413">
        <w:rPr>
          <w:rFonts w:cs="Times New Roman"/>
          <w:sz w:val="24"/>
          <w:szCs w:val="24"/>
        </w:rPr>
        <w:t>Formularul</w:t>
      </w:r>
      <w:proofErr w:type="spellEnd"/>
      <w:r w:rsidRPr="007A0413">
        <w:rPr>
          <w:rFonts w:cs="Times New Roman"/>
          <w:sz w:val="24"/>
          <w:szCs w:val="24"/>
        </w:rPr>
        <w:t xml:space="preserve"> nr. 8 – personal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pentru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resursele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tehnice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Formularul</w:t>
      </w:r>
      <w:proofErr w:type="spellEnd"/>
      <w:r w:rsidRPr="007A0413">
        <w:rPr>
          <w:rFonts w:cs="Times New Roman"/>
          <w:sz w:val="24"/>
          <w:szCs w:val="24"/>
        </w:rPr>
        <w:t xml:space="preserve"> nr. 9 – </w:t>
      </w:r>
      <w:proofErr w:type="spellStart"/>
      <w:r w:rsidRPr="007A0413">
        <w:rPr>
          <w:rFonts w:cs="Times New Roman"/>
          <w:sz w:val="24"/>
          <w:szCs w:val="24"/>
        </w:rPr>
        <w:t>resurse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echipamente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211D4CC2" w14:textId="77777777" w:rsidR="0004245F" w:rsidRPr="007A0413" w:rsidRDefault="003B57DB">
      <w:pPr>
        <w:pStyle w:val="Titlu2"/>
      </w:pPr>
      <w:r w:rsidRPr="007A0413">
        <w:t xml:space="preserve">13.6. </w:t>
      </w:r>
      <w:proofErr w:type="spellStart"/>
      <w:r w:rsidRPr="007A0413">
        <w:t>Cerințe</w:t>
      </w:r>
      <w:proofErr w:type="spellEnd"/>
      <w:r w:rsidRPr="007A0413">
        <w:t xml:space="preserve"> de </w:t>
      </w:r>
      <w:proofErr w:type="spellStart"/>
      <w:r w:rsidRPr="007A0413">
        <w:t>calitate</w:t>
      </w:r>
      <w:proofErr w:type="spellEnd"/>
      <w:r w:rsidRPr="007A0413">
        <w:t xml:space="preserve"> </w:t>
      </w:r>
      <w:proofErr w:type="spellStart"/>
      <w:r w:rsidRPr="007A0413">
        <w:t>și</w:t>
      </w:r>
      <w:proofErr w:type="spellEnd"/>
      <w:r w:rsidRPr="007A0413">
        <w:t xml:space="preserve"> </w:t>
      </w:r>
      <w:proofErr w:type="spellStart"/>
      <w:r w:rsidRPr="007A0413">
        <w:t>certificări</w:t>
      </w:r>
      <w:proofErr w:type="spellEnd"/>
    </w:p>
    <w:p w14:paraId="7C166A91" w14:textId="77777777" w:rsidR="0004245F" w:rsidRPr="007A0413" w:rsidRDefault="003B57DB">
      <w:proofErr w:type="spellStart"/>
      <w:r w:rsidRPr="007A0413">
        <w:t>Ofertantul</w:t>
      </w:r>
      <w:proofErr w:type="spellEnd"/>
      <w:r w:rsidRPr="007A0413">
        <w:t xml:space="preserve"> </w:t>
      </w:r>
      <w:proofErr w:type="spellStart"/>
      <w:r w:rsidRPr="007A0413">
        <w:t>va</w:t>
      </w:r>
      <w:proofErr w:type="spellEnd"/>
      <w:r w:rsidRPr="007A0413">
        <w:t xml:space="preserve"> </w:t>
      </w:r>
      <w:proofErr w:type="spellStart"/>
      <w:r w:rsidRPr="007A0413">
        <w:t>prezenta</w:t>
      </w:r>
      <w:proofErr w:type="spellEnd"/>
      <w:r w:rsidRPr="007A0413">
        <w:t xml:space="preserve"> un </w:t>
      </w:r>
      <w:proofErr w:type="spellStart"/>
      <w:r w:rsidRPr="007A0413">
        <w:t>certificat</w:t>
      </w:r>
      <w:proofErr w:type="spellEnd"/>
      <w:r w:rsidRPr="007A0413">
        <w:t xml:space="preserve"> </w:t>
      </w:r>
      <w:proofErr w:type="spellStart"/>
      <w:r w:rsidRPr="007A0413">
        <w:t>valabil</w:t>
      </w:r>
      <w:proofErr w:type="spellEnd"/>
      <w:r w:rsidRPr="007A0413">
        <w:t xml:space="preserve"> ISO 9001 – </w:t>
      </w:r>
      <w:proofErr w:type="spellStart"/>
      <w:r w:rsidRPr="007A0413">
        <w:t>Sistem</w:t>
      </w:r>
      <w:proofErr w:type="spellEnd"/>
      <w:r w:rsidRPr="007A0413">
        <w:t xml:space="preserve"> de management al </w:t>
      </w:r>
      <w:proofErr w:type="spellStart"/>
      <w:r w:rsidRPr="007A0413">
        <w:t>calității</w:t>
      </w:r>
      <w:proofErr w:type="spellEnd"/>
      <w:r w:rsidRPr="007A0413">
        <w:t xml:space="preserve">, </w:t>
      </w:r>
      <w:proofErr w:type="spellStart"/>
      <w:r w:rsidRPr="007A0413">
        <w:t>emis</w:t>
      </w:r>
      <w:proofErr w:type="spellEnd"/>
      <w:r w:rsidRPr="007A0413">
        <w:t xml:space="preserve"> de un organism de </w:t>
      </w:r>
      <w:proofErr w:type="spellStart"/>
      <w:r w:rsidRPr="007A0413">
        <w:t>certificare</w:t>
      </w:r>
      <w:proofErr w:type="spellEnd"/>
      <w:r w:rsidRPr="007A0413">
        <w:t xml:space="preserve"> </w:t>
      </w:r>
      <w:proofErr w:type="spellStart"/>
      <w:r w:rsidRPr="007A0413">
        <w:t>acreditat</w:t>
      </w:r>
      <w:proofErr w:type="spellEnd"/>
      <w:r w:rsidRPr="007A0413">
        <w:t xml:space="preserve">, </w:t>
      </w:r>
      <w:proofErr w:type="spellStart"/>
      <w:r w:rsidRPr="007A0413">
        <w:t>pentru</w:t>
      </w:r>
      <w:proofErr w:type="spellEnd"/>
      <w:r w:rsidRPr="007A0413">
        <w:t xml:space="preserve"> </w:t>
      </w:r>
      <w:proofErr w:type="spellStart"/>
      <w:r w:rsidRPr="007A0413">
        <w:t>activități</w:t>
      </w:r>
      <w:proofErr w:type="spellEnd"/>
      <w:r w:rsidRPr="007A0413">
        <w:t xml:space="preserve"> </w:t>
      </w:r>
      <w:proofErr w:type="spellStart"/>
      <w:r w:rsidRPr="007A0413">
        <w:t>relevante</w:t>
      </w:r>
      <w:proofErr w:type="spellEnd"/>
      <w:r w:rsidRPr="007A0413">
        <w:t xml:space="preserve"> </w:t>
      </w:r>
      <w:proofErr w:type="spellStart"/>
      <w:r w:rsidRPr="007A0413">
        <w:t>în</w:t>
      </w:r>
      <w:proofErr w:type="spellEnd"/>
      <w:r w:rsidRPr="007A0413">
        <w:t xml:space="preserve"> </w:t>
      </w:r>
      <w:proofErr w:type="spellStart"/>
      <w:r w:rsidRPr="007A0413">
        <w:t>raport</w:t>
      </w:r>
      <w:proofErr w:type="spellEnd"/>
      <w:r w:rsidRPr="007A0413">
        <w:t xml:space="preserve"> cu </w:t>
      </w:r>
      <w:proofErr w:type="spellStart"/>
      <w:r w:rsidRPr="007A0413">
        <w:t>obiectul</w:t>
      </w:r>
      <w:proofErr w:type="spellEnd"/>
      <w:r w:rsidRPr="007A0413">
        <w:t xml:space="preserve"> </w:t>
      </w:r>
      <w:proofErr w:type="spellStart"/>
      <w:r w:rsidRPr="007A0413">
        <w:t>contractului</w:t>
      </w:r>
      <w:proofErr w:type="spellEnd"/>
      <w:r w:rsidRPr="007A0413">
        <w:t xml:space="preserve">, </w:t>
      </w:r>
      <w:proofErr w:type="spellStart"/>
      <w:r w:rsidRPr="007A0413">
        <w:t>sau</w:t>
      </w:r>
      <w:proofErr w:type="spellEnd"/>
      <w:r w:rsidRPr="007A0413">
        <w:t xml:space="preserve"> un </w:t>
      </w:r>
      <w:proofErr w:type="spellStart"/>
      <w:r w:rsidRPr="007A0413">
        <w:t>certificat</w:t>
      </w:r>
      <w:proofErr w:type="spellEnd"/>
      <w:r w:rsidRPr="007A0413">
        <w:t xml:space="preserve">/document </w:t>
      </w:r>
      <w:proofErr w:type="spellStart"/>
      <w:r w:rsidRPr="007A0413">
        <w:t>echivalent</w:t>
      </w:r>
      <w:proofErr w:type="spellEnd"/>
      <w:r w:rsidRPr="007A0413">
        <w:t xml:space="preserve">, </w:t>
      </w:r>
      <w:proofErr w:type="spellStart"/>
      <w:r w:rsidRPr="007A0413">
        <w:t>în</w:t>
      </w:r>
      <w:proofErr w:type="spellEnd"/>
      <w:r w:rsidRPr="007A0413">
        <w:t xml:space="preserve"> </w:t>
      </w:r>
      <w:proofErr w:type="spellStart"/>
      <w:r w:rsidRPr="007A0413">
        <w:t>condițiile</w:t>
      </w:r>
      <w:proofErr w:type="spellEnd"/>
      <w:r w:rsidRPr="007A0413">
        <w:t xml:space="preserve"> </w:t>
      </w:r>
      <w:proofErr w:type="spellStart"/>
      <w:r w:rsidRPr="007A0413">
        <w:t>legii</w:t>
      </w:r>
      <w:proofErr w:type="spellEnd"/>
      <w:r w:rsidRPr="007A0413">
        <w:t>.</w:t>
      </w:r>
    </w:p>
    <w:p w14:paraId="03033072" w14:textId="77777777" w:rsidR="00E10285" w:rsidRPr="007A0413" w:rsidRDefault="003B7C42">
      <w:pPr>
        <w:pStyle w:val="Titlu2"/>
        <w:rPr>
          <w:rFonts w:ascii="Times New Roman" w:hAnsi="Times New Roman" w:cs="Times New Roman"/>
          <w:szCs w:val="24"/>
        </w:rPr>
      </w:pPr>
      <w:r w:rsidRPr="007A0413">
        <w:t xml:space="preserve">13.7. </w:t>
      </w:r>
      <w:proofErr w:type="spellStart"/>
      <w:r w:rsidRPr="007A0413">
        <w:t>Asociere</w:t>
      </w:r>
      <w:proofErr w:type="spellEnd"/>
      <w:r w:rsidRPr="007A0413">
        <w:t xml:space="preserve">, </w:t>
      </w:r>
      <w:proofErr w:type="spellStart"/>
      <w:r w:rsidRPr="007A0413">
        <w:t>subcontractare</w:t>
      </w:r>
      <w:proofErr w:type="spellEnd"/>
      <w:r w:rsidRPr="007A0413">
        <w:t xml:space="preserve"> </w:t>
      </w:r>
      <w:proofErr w:type="spellStart"/>
      <w:r w:rsidRPr="007A0413">
        <w:t>și</w:t>
      </w:r>
      <w:proofErr w:type="spellEnd"/>
      <w:r w:rsidRPr="007A0413">
        <w:t xml:space="preserve"> </w:t>
      </w:r>
      <w:proofErr w:type="spellStart"/>
      <w:r w:rsidRPr="007A0413">
        <w:t>terți</w:t>
      </w:r>
      <w:proofErr w:type="spellEnd"/>
      <w:r w:rsidRPr="007A0413">
        <w:t xml:space="preserve"> </w:t>
      </w:r>
      <w:proofErr w:type="spellStart"/>
      <w:r w:rsidRPr="007A0413">
        <w:t>susținători</w:t>
      </w:r>
      <w:proofErr w:type="spellEnd"/>
    </w:p>
    <w:p w14:paraId="2C662AF4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cazul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unei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asocieri</w:t>
      </w:r>
      <w:proofErr w:type="spellEnd"/>
      <w:r w:rsidRPr="007A0413">
        <w:rPr>
          <w:rFonts w:cs="Times New Roman"/>
          <w:sz w:val="24"/>
          <w:szCs w:val="24"/>
        </w:rPr>
        <w:t xml:space="preserve"> se </w:t>
      </w:r>
      <w:proofErr w:type="spellStart"/>
      <w:r w:rsidRPr="007A0413">
        <w:rPr>
          <w:rFonts w:cs="Times New Roman"/>
          <w:sz w:val="24"/>
          <w:szCs w:val="24"/>
        </w:rPr>
        <w:t>va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prezenta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acordul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asociere</w:t>
      </w:r>
      <w:proofErr w:type="spellEnd"/>
      <w:r w:rsidRPr="007A0413">
        <w:rPr>
          <w:rFonts w:cs="Times New Roman"/>
          <w:sz w:val="24"/>
          <w:szCs w:val="24"/>
        </w:rPr>
        <w:t xml:space="preserve">, cu </w:t>
      </w:r>
      <w:proofErr w:type="spellStart"/>
      <w:r w:rsidRPr="007A0413">
        <w:rPr>
          <w:rFonts w:cs="Times New Roman"/>
          <w:sz w:val="24"/>
          <w:szCs w:val="24"/>
        </w:rPr>
        <w:t>indicarea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liderului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părții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părților</w:t>
      </w:r>
      <w:proofErr w:type="spellEnd"/>
      <w:r w:rsidRPr="007A0413">
        <w:rPr>
          <w:rFonts w:cs="Times New Roman"/>
          <w:sz w:val="24"/>
          <w:szCs w:val="24"/>
        </w:rPr>
        <w:t xml:space="preserve"> de contract </w:t>
      </w:r>
      <w:proofErr w:type="spellStart"/>
      <w:r w:rsidRPr="007A0413">
        <w:rPr>
          <w:rFonts w:cs="Times New Roman"/>
          <w:sz w:val="24"/>
          <w:szCs w:val="24"/>
        </w:rPr>
        <w:t>executate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responsabilităților</w:t>
      </w:r>
      <w:proofErr w:type="spellEnd"/>
      <w:r w:rsidRPr="007A0413">
        <w:rPr>
          <w:rFonts w:cs="Times New Roman"/>
          <w:sz w:val="24"/>
          <w:szCs w:val="24"/>
        </w:rPr>
        <w:t xml:space="preserve">. </w:t>
      </w:r>
      <w:proofErr w:type="spellStart"/>
      <w:r w:rsidRPr="007A0413">
        <w:rPr>
          <w:rFonts w:cs="Times New Roman"/>
          <w:sz w:val="24"/>
          <w:szCs w:val="24"/>
        </w:rPr>
        <w:t>Subcontractanții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vor</w:t>
      </w:r>
      <w:proofErr w:type="spellEnd"/>
      <w:r w:rsidRPr="007A0413">
        <w:rPr>
          <w:rFonts w:cs="Times New Roman"/>
          <w:sz w:val="24"/>
          <w:szCs w:val="24"/>
        </w:rPr>
        <w:t xml:space="preserve"> fi </w:t>
      </w:r>
      <w:proofErr w:type="spellStart"/>
      <w:r w:rsidRPr="007A0413">
        <w:rPr>
          <w:rFonts w:cs="Times New Roman"/>
          <w:sz w:val="24"/>
          <w:szCs w:val="24"/>
        </w:rPr>
        <w:t>declarați</w:t>
      </w:r>
      <w:proofErr w:type="spellEnd"/>
      <w:r w:rsidRPr="007A0413">
        <w:rPr>
          <w:rFonts w:cs="Times New Roman"/>
          <w:sz w:val="24"/>
          <w:szCs w:val="24"/>
        </w:rPr>
        <w:t xml:space="preserve"> cu </w:t>
      </w:r>
      <w:proofErr w:type="spellStart"/>
      <w:r w:rsidRPr="007A0413">
        <w:rPr>
          <w:rFonts w:cs="Times New Roman"/>
          <w:sz w:val="24"/>
          <w:szCs w:val="24"/>
        </w:rPr>
        <w:t>partea</w:t>
      </w:r>
      <w:proofErr w:type="spellEnd"/>
      <w:r w:rsidRPr="007A0413">
        <w:rPr>
          <w:rFonts w:cs="Times New Roman"/>
          <w:sz w:val="24"/>
          <w:szCs w:val="24"/>
        </w:rPr>
        <w:t xml:space="preserve"> de contract </w:t>
      </w:r>
      <w:proofErr w:type="spellStart"/>
      <w:r w:rsidRPr="007A0413">
        <w:rPr>
          <w:rFonts w:cs="Times New Roman"/>
          <w:sz w:val="24"/>
          <w:szCs w:val="24"/>
        </w:rPr>
        <w:t>subcontractată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datele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relevante</w:t>
      </w:r>
      <w:proofErr w:type="spellEnd"/>
      <w:r w:rsidRPr="007A0413">
        <w:rPr>
          <w:rFonts w:cs="Times New Roman"/>
          <w:sz w:val="24"/>
          <w:szCs w:val="24"/>
        </w:rPr>
        <w:t xml:space="preserve">. </w:t>
      </w:r>
      <w:proofErr w:type="spellStart"/>
      <w:r w:rsidRPr="007A0413">
        <w:rPr>
          <w:rFonts w:cs="Times New Roman"/>
          <w:sz w:val="24"/>
          <w:szCs w:val="24"/>
        </w:rPr>
        <w:t>Terții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susținători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vor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prezenta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angajamente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ferme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documente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privind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punerea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efectivă</w:t>
      </w:r>
      <w:proofErr w:type="spellEnd"/>
      <w:r w:rsidRPr="007A0413">
        <w:rPr>
          <w:rFonts w:cs="Times New Roman"/>
          <w:sz w:val="24"/>
          <w:szCs w:val="24"/>
        </w:rPr>
        <w:t xml:space="preserve"> la </w:t>
      </w:r>
      <w:proofErr w:type="spellStart"/>
      <w:r w:rsidRPr="007A0413">
        <w:rPr>
          <w:rFonts w:cs="Times New Roman"/>
          <w:sz w:val="24"/>
          <w:szCs w:val="24"/>
        </w:rPr>
        <w:t>dispoziție</w:t>
      </w:r>
      <w:proofErr w:type="spellEnd"/>
      <w:r w:rsidRPr="007A0413">
        <w:rPr>
          <w:rFonts w:cs="Times New Roman"/>
          <w:sz w:val="24"/>
          <w:szCs w:val="24"/>
        </w:rPr>
        <w:t xml:space="preserve"> a </w:t>
      </w:r>
      <w:proofErr w:type="spellStart"/>
      <w:r w:rsidRPr="007A0413">
        <w:rPr>
          <w:rFonts w:cs="Times New Roman"/>
          <w:sz w:val="24"/>
          <w:szCs w:val="24"/>
        </w:rPr>
        <w:t>resurselor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668AAC8E" w14:textId="77777777" w:rsidR="00E10285" w:rsidRPr="007A0413" w:rsidRDefault="003B7C42">
      <w:pPr>
        <w:pStyle w:val="Titlu1"/>
        <w:rPr>
          <w:rFonts w:ascii="Times New Roman" w:hAnsi="Times New Roman" w:cs="Times New Roman"/>
          <w:sz w:val="24"/>
          <w:szCs w:val="24"/>
        </w:rPr>
      </w:pPr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14.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Propunerea</w:t>
      </w:r>
      <w:proofErr w:type="spellEnd"/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tehnică</w:t>
      </w:r>
      <w:proofErr w:type="spellEnd"/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 – mod de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prezentare</w:t>
      </w:r>
      <w:proofErr w:type="spellEnd"/>
    </w:p>
    <w:p w14:paraId="710AB33A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Propunerea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tehnică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va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demonstra</w:t>
      </w:r>
      <w:proofErr w:type="spellEnd"/>
      <w:r w:rsidRPr="007A0413">
        <w:rPr>
          <w:rFonts w:cs="Times New Roman"/>
          <w:sz w:val="24"/>
          <w:szCs w:val="24"/>
        </w:rPr>
        <w:t xml:space="preserve"> punctual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verificabil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îndeplinirea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tuturor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cerințelor</w:t>
      </w:r>
      <w:proofErr w:type="spellEnd"/>
      <w:r w:rsidRPr="007A0413">
        <w:rPr>
          <w:rFonts w:cs="Times New Roman"/>
          <w:sz w:val="24"/>
          <w:szCs w:val="24"/>
        </w:rPr>
        <w:t xml:space="preserve">. </w:t>
      </w:r>
      <w:proofErr w:type="spellStart"/>
      <w:r w:rsidRPr="007A0413">
        <w:rPr>
          <w:rFonts w:cs="Times New Roman"/>
          <w:sz w:val="24"/>
          <w:szCs w:val="24"/>
        </w:rPr>
        <w:t>Formulările</w:t>
      </w:r>
      <w:proofErr w:type="spellEnd"/>
      <w:r w:rsidRPr="007A0413">
        <w:rPr>
          <w:rFonts w:cs="Times New Roman"/>
          <w:sz w:val="24"/>
          <w:szCs w:val="24"/>
        </w:rPr>
        <w:t xml:space="preserve"> generale de </w:t>
      </w:r>
      <w:proofErr w:type="spellStart"/>
      <w:r w:rsidRPr="007A0413">
        <w:rPr>
          <w:rFonts w:cs="Times New Roman"/>
          <w:sz w:val="24"/>
          <w:szCs w:val="24"/>
        </w:rPr>
        <w:t>tipul</w:t>
      </w:r>
      <w:proofErr w:type="spellEnd"/>
      <w:r w:rsidRPr="007A0413">
        <w:rPr>
          <w:rFonts w:cs="Times New Roman"/>
          <w:sz w:val="24"/>
          <w:szCs w:val="24"/>
        </w:rPr>
        <w:t xml:space="preserve"> „se </w:t>
      </w:r>
      <w:proofErr w:type="spellStart"/>
      <w:r w:rsidRPr="007A0413">
        <w:rPr>
          <w:rFonts w:cs="Times New Roman"/>
          <w:sz w:val="24"/>
          <w:szCs w:val="24"/>
        </w:rPr>
        <w:t>respectă</w:t>
      </w:r>
      <w:proofErr w:type="spellEnd"/>
      <w:r w:rsidRPr="007A0413">
        <w:rPr>
          <w:rFonts w:cs="Times New Roman"/>
          <w:sz w:val="24"/>
          <w:szCs w:val="24"/>
        </w:rPr>
        <w:t xml:space="preserve">” </w:t>
      </w:r>
      <w:proofErr w:type="spellStart"/>
      <w:r w:rsidRPr="007A0413">
        <w:rPr>
          <w:rFonts w:cs="Times New Roman"/>
          <w:sz w:val="24"/>
          <w:szCs w:val="24"/>
        </w:rPr>
        <w:t>sau</w:t>
      </w:r>
      <w:proofErr w:type="spellEnd"/>
      <w:r w:rsidRPr="007A0413">
        <w:rPr>
          <w:rFonts w:cs="Times New Roman"/>
          <w:sz w:val="24"/>
          <w:szCs w:val="24"/>
        </w:rPr>
        <w:t xml:space="preserve"> „conform </w:t>
      </w:r>
      <w:proofErr w:type="spellStart"/>
      <w:r w:rsidRPr="007A0413">
        <w:rPr>
          <w:rFonts w:cs="Times New Roman"/>
          <w:sz w:val="24"/>
          <w:szCs w:val="24"/>
        </w:rPr>
        <w:t>caietului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sarcini</w:t>
      </w:r>
      <w:proofErr w:type="spellEnd"/>
      <w:r w:rsidRPr="007A0413">
        <w:rPr>
          <w:rFonts w:cs="Times New Roman"/>
          <w:sz w:val="24"/>
          <w:szCs w:val="24"/>
        </w:rPr>
        <w:t xml:space="preserve">”, </w:t>
      </w:r>
      <w:proofErr w:type="spellStart"/>
      <w:r w:rsidRPr="007A0413">
        <w:rPr>
          <w:rFonts w:cs="Times New Roman"/>
          <w:sz w:val="24"/>
          <w:szCs w:val="24"/>
        </w:rPr>
        <w:t>fără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descrierea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soluției</w:t>
      </w:r>
      <w:proofErr w:type="spellEnd"/>
      <w:r w:rsidRPr="007A0413">
        <w:rPr>
          <w:rFonts w:cs="Times New Roman"/>
          <w:sz w:val="24"/>
          <w:szCs w:val="24"/>
        </w:rPr>
        <w:t xml:space="preserve">, nu sunt </w:t>
      </w:r>
      <w:proofErr w:type="spellStart"/>
      <w:r w:rsidRPr="007A0413">
        <w:rPr>
          <w:rFonts w:cs="Times New Roman"/>
          <w:sz w:val="24"/>
          <w:szCs w:val="24"/>
        </w:rPr>
        <w:t>suficiente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atunci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când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cerința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presupune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prezentarea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unei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metodologii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configurații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sau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resurse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428AAAA3" w14:textId="77777777" w:rsidR="00E10285" w:rsidRPr="007A0413" w:rsidRDefault="003B7C42">
      <w:pPr>
        <w:pStyle w:val="Listcumarcatori"/>
        <w:spacing w:after="50"/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matricea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conformitate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completată</w:t>
      </w:r>
      <w:proofErr w:type="spellEnd"/>
      <w:r w:rsidRPr="007A0413">
        <w:rPr>
          <w:rFonts w:cs="Times New Roman"/>
          <w:sz w:val="24"/>
          <w:szCs w:val="24"/>
        </w:rPr>
        <w:t xml:space="preserve"> conform </w:t>
      </w:r>
      <w:proofErr w:type="spellStart"/>
      <w:r w:rsidRPr="007A0413">
        <w:rPr>
          <w:rFonts w:cs="Times New Roman"/>
          <w:sz w:val="24"/>
          <w:szCs w:val="24"/>
        </w:rPr>
        <w:t>Anexei</w:t>
      </w:r>
      <w:proofErr w:type="spellEnd"/>
      <w:r w:rsidRPr="007A0413">
        <w:rPr>
          <w:rFonts w:cs="Times New Roman"/>
          <w:sz w:val="24"/>
          <w:szCs w:val="24"/>
        </w:rPr>
        <w:t xml:space="preserve"> nr. 3 la </w:t>
      </w:r>
      <w:proofErr w:type="spellStart"/>
      <w:r w:rsidRPr="007A0413">
        <w:rPr>
          <w:rFonts w:cs="Times New Roman"/>
          <w:sz w:val="24"/>
          <w:szCs w:val="24"/>
        </w:rPr>
        <w:t>Caietul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sarcini</w:t>
      </w:r>
      <w:proofErr w:type="spellEnd"/>
      <w:r w:rsidRPr="007A0413">
        <w:rPr>
          <w:rFonts w:cs="Times New Roman"/>
          <w:sz w:val="24"/>
          <w:szCs w:val="24"/>
        </w:rPr>
        <w:t xml:space="preserve">, cu </w:t>
      </w:r>
      <w:proofErr w:type="spellStart"/>
      <w:r w:rsidRPr="007A0413">
        <w:rPr>
          <w:rFonts w:cs="Times New Roman"/>
          <w:sz w:val="24"/>
          <w:szCs w:val="24"/>
        </w:rPr>
        <w:t>trimitere</w:t>
      </w:r>
      <w:proofErr w:type="spellEnd"/>
      <w:r w:rsidRPr="007A0413">
        <w:rPr>
          <w:rFonts w:cs="Times New Roman"/>
          <w:sz w:val="24"/>
          <w:szCs w:val="24"/>
        </w:rPr>
        <w:t xml:space="preserve"> la </w:t>
      </w:r>
      <w:proofErr w:type="spellStart"/>
      <w:r w:rsidRPr="007A0413">
        <w:rPr>
          <w:rFonts w:cs="Times New Roman"/>
          <w:sz w:val="24"/>
          <w:szCs w:val="24"/>
        </w:rPr>
        <w:t>paginile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documentele</w:t>
      </w:r>
      <w:proofErr w:type="spellEnd"/>
      <w:r w:rsidRPr="007A0413">
        <w:rPr>
          <w:rFonts w:cs="Times New Roman"/>
          <w:sz w:val="24"/>
          <w:szCs w:val="24"/>
        </w:rPr>
        <w:t xml:space="preserve"> suport;</w:t>
      </w:r>
    </w:p>
    <w:p w14:paraId="5CC0FEB6" w14:textId="77777777" w:rsidR="00E10285" w:rsidRPr="007A0413" w:rsidRDefault="003B7C42">
      <w:pPr>
        <w:pStyle w:val="Listcumarcatori"/>
        <w:spacing w:after="50"/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metodologia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organizare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management al </w:t>
      </w:r>
      <w:proofErr w:type="spellStart"/>
      <w:r w:rsidRPr="007A0413">
        <w:rPr>
          <w:rFonts w:cs="Times New Roman"/>
          <w:sz w:val="24"/>
          <w:szCs w:val="24"/>
        </w:rPr>
        <w:t>proiectului</w:t>
      </w:r>
      <w:proofErr w:type="spellEnd"/>
      <w:r w:rsidRPr="007A0413">
        <w:rPr>
          <w:rFonts w:cs="Times New Roman"/>
          <w:sz w:val="24"/>
          <w:szCs w:val="24"/>
        </w:rPr>
        <w:t>;</w:t>
      </w:r>
    </w:p>
    <w:p w14:paraId="72F8819A" w14:textId="77777777" w:rsidR="00E10285" w:rsidRPr="007A0413" w:rsidRDefault="003B7C42">
      <w:pPr>
        <w:pStyle w:val="Listcumarcatori"/>
        <w:spacing w:after="50"/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graficul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implementare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planul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mobilizare</w:t>
      </w:r>
      <w:proofErr w:type="spellEnd"/>
      <w:r w:rsidRPr="007A0413">
        <w:rPr>
          <w:rFonts w:cs="Times New Roman"/>
          <w:sz w:val="24"/>
          <w:szCs w:val="24"/>
        </w:rPr>
        <w:t>;</w:t>
      </w:r>
    </w:p>
    <w:p w14:paraId="4290E9F4" w14:textId="77777777" w:rsidR="00E10285" w:rsidRPr="007A0413" w:rsidRDefault="003B7C42">
      <w:pPr>
        <w:pStyle w:val="Listcumarcatori"/>
        <w:spacing w:after="50"/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conceptul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preliminar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schița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amplasament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zonare</w:t>
      </w:r>
      <w:proofErr w:type="spellEnd"/>
      <w:r w:rsidRPr="007A0413">
        <w:rPr>
          <w:rFonts w:cs="Times New Roman"/>
          <w:sz w:val="24"/>
          <w:szCs w:val="24"/>
        </w:rPr>
        <w:t>;</w:t>
      </w:r>
    </w:p>
    <w:p w14:paraId="4C6C1CF7" w14:textId="77777777" w:rsidR="00E10285" w:rsidRPr="007A0413" w:rsidRDefault="003B7C42">
      <w:pPr>
        <w:pStyle w:val="Listcumarcatori"/>
        <w:spacing w:after="50"/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descrierea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infrastructurii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lista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echipamentelor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soluțiile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rezervă</w:t>
      </w:r>
      <w:proofErr w:type="spellEnd"/>
      <w:r w:rsidRPr="007A0413">
        <w:rPr>
          <w:rFonts w:cs="Times New Roman"/>
          <w:sz w:val="24"/>
          <w:szCs w:val="24"/>
        </w:rPr>
        <w:t>;</w:t>
      </w:r>
    </w:p>
    <w:p w14:paraId="6AA01C13" w14:textId="77777777" w:rsidR="00E10285" w:rsidRPr="007A0413" w:rsidRDefault="003B7C42">
      <w:pPr>
        <w:pStyle w:val="Listcumarcatori"/>
        <w:spacing w:after="50"/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programul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preliminar</w:t>
      </w:r>
      <w:proofErr w:type="spellEnd"/>
      <w:r w:rsidRPr="007A0413">
        <w:rPr>
          <w:rFonts w:cs="Times New Roman"/>
          <w:sz w:val="24"/>
          <w:szCs w:val="24"/>
        </w:rPr>
        <w:t xml:space="preserve"> artistic, </w:t>
      </w:r>
      <w:proofErr w:type="spellStart"/>
      <w:r w:rsidRPr="007A0413">
        <w:rPr>
          <w:rFonts w:cs="Times New Roman"/>
          <w:sz w:val="24"/>
          <w:szCs w:val="24"/>
        </w:rPr>
        <w:t>educativ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animație</w:t>
      </w:r>
      <w:proofErr w:type="spellEnd"/>
      <w:r w:rsidRPr="007A0413">
        <w:rPr>
          <w:rFonts w:cs="Times New Roman"/>
          <w:sz w:val="24"/>
          <w:szCs w:val="24"/>
        </w:rPr>
        <w:t>;</w:t>
      </w:r>
    </w:p>
    <w:p w14:paraId="1B61F7C5" w14:textId="77777777" w:rsidR="00E10285" w:rsidRPr="007A0413" w:rsidRDefault="003B7C42">
      <w:pPr>
        <w:pStyle w:val="Listcumarcatori"/>
        <w:spacing w:after="50"/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planul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promovare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abordarea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vizuală</w:t>
      </w:r>
      <w:proofErr w:type="spellEnd"/>
      <w:r w:rsidRPr="007A0413">
        <w:rPr>
          <w:rFonts w:cs="Times New Roman"/>
          <w:sz w:val="24"/>
          <w:szCs w:val="24"/>
        </w:rPr>
        <w:t>;</w:t>
      </w:r>
    </w:p>
    <w:p w14:paraId="186B0581" w14:textId="77777777" w:rsidR="00E10285" w:rsidRPr="007A0413" w:rsidRDefault="003B7C42">
      <w:pPr>
        <w:pStyle w:val="Listcumarcatori"/>
        <w:spacing w:after="50"/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planul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securitate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intervenție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bunăstare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animală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continuitate</w:t>
      </w:r>
      <w:proofErr w:type="spellEnd"/>
      <w:r w:rsidRPr="007A0413">
        <w:rPr>
          <w:rFonts w:cs="Times New Roman"/>
          <w:sz w:val="24"/>
          <w:szCs w:val="24"/>
        </w:rPr>
        <w:t>;</w:t>
      </w:r>
    </w:p>
    <w:p w14:paraId="5CBEDD89" w14:textId="77777777" w:rsidR="00E10285" w:rsidRPr="007A0413" w:rsidRDefault="003B7C42">
      <w:pPr>
        <w:pStyle w:val="Listcumarcatori"/>
        <w:spacing w:after="50"/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lastRenderedPageBreak/>
        <w:t>structura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echipei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rolurile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disponibilitatea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documentele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personalului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autorizat</w:t>
      </w:r>
      <w:proofErr w:type="spellEnd"/>
      <w:r w:rsidRPr="007A0413">
        <w:rPr>
          <w:rFonts w:cs="Times New Roman"/>
          <w:sz w:val="24"/>
          <w:szCs w:val="24"/>
        </w:rPr>
        <w:t>;</w:t>
      </w:r>
    </w:p>
    <w:p w14:paraId="2145A90A" w14:textId="77777777" w:rsidR="00E10285" w:rsidRPr="007A0413" w:rsidRDefault="003B7C42">
      <w:pPr>
        <w:pStyle w:val="Listcumarcatori"/>
        <w:spacing w:after="50"/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lista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subcontractanților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partea</w:t>
      </w:r>
      <w:proofErr w:type="spellEnd"/>
      <w:r w:rsidRPr="007A0413">
        <w:rPr>
          <w:rFonts w:cs="Times New Roman"/>
          <w:sz w:val="24"/>
          <w:szCs w:val="24"/>
        </w:rPr>
        <w:t xml:space="preserve"> de contract </w:t>
      </w:r>
      <w:proofErr w:type="spellStart"/>
      <w:r w:rsidRPr="007A0413">
        <w:rPr>
          <w:rFonts w:cs="Times New Roman"/>
          <w:sz w:val="24"/>
          <w:szCs w:val="24"/>
        </w:rPr>
        <w:t>executată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fiecare</w:t>
      </w:r>
      <w:proofErr w:type="spellEnd"/>
      <w:r w:rsidRPr="007A0413">
        <w:rPr>
          <w:rFonts w:cs="Times New Roman"/>
          <w:sz w:val="24"/>
          <w:szCs w:val="24"/>
        </w:rPr>
        <w:t>;</w:t>
      </w:r>
    </w:p>
    <w:p w14:paraId="08729710" w14:textId="77777777" w:rsidR="00E10285" w:rsidRPr="007A0413" w:rsidRDefault="003B7C42">
      <w:pPr>
        <w:pStyle w:val="Listcumarcatori"/>
        <w:spacing w:after="50"/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lista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avizelor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documentelor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asumate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matricea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responsabilităților</w:t>
      </w:r>
      <w:proofErr w:type="spellEnd"/>
      <w:r w:rsidRPr="007A0413">
        <w:rPr>
          <w:rFonts w:cs="Times New Roman"/>
          <w:sz w:val="24"/>
          <w:szCs w:val="24"/>
        </w:rPr>
        <w:t>;</w:t>
      </w:r>
    </w:p>
    <w:p w14:paraId="2F19FDA8" w14:textId="77777777" w:rsidR="00E10285" w:rsidRPr="007A0413" w:rsidRDefault="003B7C42">
      <w:pPr>
        <w:pStyle w:val="Listcumarcatori"/>
        <w:spacing w:after="50"/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descrierea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livrabilelor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procesului</w:t>
      </w:r>
      <w:proofErr w:type="spellEnd"/>
      <w:r w:rsidRPr="007A0413">
        <w:rPr>
          <w:rFonts w:cs="Times New Roman"/>
          <w:sz w:val="24"/>
          <w:szCs w:val="24"/>
        </w:rPr>
        <w:t xml:space="preserve"> de control al </w:t>
      </w:r>
      <w:proofErr w:type="spellStart"/>
      <w:r w:rsidRPr="007A0413">
        <w:rPr>
          <w:rFonts w:cs="Times New Roman"/>
          <w:sz w:val="24"/>
          <w:szCs w:val="24"/>
        </w:rPr>
        <w:t>calității</w:t>
      </w:r>
      <w:proofErr w:type="spellEnd"/>
      <w:r w:rsidRPr="007A0413">
        <w:rPr>
          <w:rFonts w:cs="Times New Roman"/>
          <w:sz w:val="24"/>
          <w:szCs w:val="24"/>
        </w:rPr>
        <w:t>;</w:t>
      </w:r>
    </w:p>
    <w:p w14:paraId="1324DC64" w14:textId="77777777" w:rsidR="00E10285" w:rsidRPr="007A0413" w:rsidRDefault="003B7C42">
      <w:pPr>
        <w:pStyle w:val="Listcumarcatori"/>
        <w:spacing w:after="50"/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orice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soluții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tehnice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superioare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cerințelor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minime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fără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costuri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suplimentare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pentru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autoritate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0827B150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r w:rsidRPr="007A0413">
        <w:rPr>
          <w:rFonts w:cs="Times New Roman"/>
          <w:sz w:val="24"/>
          <w:szCs w:val="24"/>
        </w:rPr>
        <w:t xml:space="preserve">Orice </w:t>
      </w:r>
      <w:proofErr w:type="spellStart"/>
      <w:r w:rsidRPr="007A0413">
        <w:rPr>
          <w:rFonts w:cs="Times New Roman"/>
          <w:sz w:val="24"/>
          <w:szCs w:val="24"/>
        </w:rPr>
        <w:t>abatere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rezervă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sau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condiționare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față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cerințele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minime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va</w:t>
      </w:r>
      <w:proofErr w:type="spellEnd"/>
      <w:r w:rsidRPr="007A0413">
        <w:rPr>
          <w:rFonts w:cs="Times New Roman"/>
          <w:sz w:val="24"/>
          <w:szCs w:val="24"/>
        </w:rPr>
        <w:t xml:space="preserve"> fi </w:t>
      </w:r>
      <w:proofErr w:type="spellStart"/>
      <w:r w:rsidRPr="007A0413">
        <w:rPr>
          <w:rFonts w:cs="Times New Roman"/>
          <w:sz w:val="24"/>
          <w:szCs w:val="24"/>
        </w:rPr>
        <w:t>indicată</w:t>
      </w:r>
      <w:proofErr w:type="spellEnd"/>
      <w:r w:rsidRPr="007A0413">
        <w:rPr>
          <w:rFonts w:cs="Times New Roman"/>
          <w:sz w:val="24"/>
          <w:szCs w:val="24"/>
        </w:rPr>
        <w:t xml:space="preserve"> explicit. </w:t>
      </w:r>
      <w:proofErr w:type="spellStart"/>
      <w:r w:rsidRPr="007A0413">
        <w:rPr>
          <w:rFonts w:cs="Times New Roman"/>
          <w:sz w:val="24"/>
          <w:szCs w:val="24"/>
        </w:rPr>
        <w:t>Neîndeplinirea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unei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cerințe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minime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obligatorii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poate</w:t>
      </w:r>
      <w:proofErr w:type="spellEnd"/>
      <w:r w:rsidRPr="007A0413">
        <w:rPr>
          <w:rFonts w:cs="Times New Roman"/>
          <w:sz w:val="24"/>
          <w:szCs w:val="24"/>
        </w:rPr>
        <w:t xml:space="preserve"> conduce la </w:t>
      </w:r>
      <w:proofErr w:type="spellStart"/>
      <w:r w:rsidRPr="007A0413">
        <w:rPr>
          <w:rFonts w:cs="Times New Roman"/>
          <w:sz w:val="24"/>
          <w:szCs w:val="24"/>
        </w:rPr>
        <w:t>declararea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ofertei</w:t>
      </w:r>
      <w:proofErr w:type="spellEnd"/>
      <w:r w:rsidRPr="007A0413">
        <w:rPr>
          <w:rFonts w:cs="Times New Roman"/>
          <w:sz w:val="24"/>
          <w:szCs w:val="24"/>
        </w:rPr>
        <w:t xml:space="preserve"> ca </w:t>
      </w:r>
      <w:proofErr w:type="spellStart"/>
      <w:r w:rsidRPr="007A0413">
        <w:rPr>
          <w:rFonts w:cs="Times New Roman"/>
          <w:sz w:val="24"/>
          <w:szCs w:val="24"/>
        </w:rPr>
        <w:t>neconformă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75C9FA63" w14:textId="77777777" w:rsidR="00E10285" w:rsidRPr="007A0413" w:rsidRDefault="003B7C42">
      <w:pPr>
        <w:pStyle w:val="Titlu1"/>
        <w:rPr>
          <w:rFonts w:ascii="Times New Roman" w:hAnsi="Times New Roman" w:cs="Times New Roman"/>
          <w:sz w:val="24"/>
          <w:szCs w:val="24"/>
        </w:rPr>
      </w:pPr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15.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Propunerea</w:t>
      </w:r>
      <w:proofErr w:type="spellEnd"/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financiară</w:t>
      </w:r>
      <w:proofErr w:type="spellEnd"/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 – mod de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prezentare</w:t>
      </w:r>
      <w:proofErr w:type="spellEnd"/>
    </w:p>
    <w:p w14:paraId="6097AE3C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Oferta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financiară</w:t>
      </w:r>
      <w:proofErr w:type="spellEnd"/>
      <w:r w:rsidRPr="007A0413">
        <w:rPr>
          <w:rFonts w:cs="Times New Roman"/>
          <w:sz w:val="24"/>
          <w:szCs w:val="24"/>
        </w:rPr>
        <w:t xml:space="preserve"> se </w:t>
      </w:r>
      <w:proofErr w:type="spellStart"/>
      <w:r w:rsidRPr="007A0413">
        <w:rPr>
          <w:rFonts w:cs="Times New Roman"/>
          <w:sz w:val="24"/>
          <w:szCs w:val="24"/>
        </w:rPr>
        <w:t>exprimă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lei, </w:t>
      </w:r>
      <w:proofErr w:type="spellStart"/>
      <w:r w:rsidRPr="007A0413">
        <w:rPr>
          <w:rFonts w:cs="Times New Roman"/>
          <w:sz w:val="24"/>
          <w:szCs w:val="24"/>
        </w:rPr>
        <w:t>fără</w:t>
      </w:r>
      <w:proofErr w:type="spellEnd"/>
      <w:r w:rsidRPr="007A0413">
        <w:rPr>
          <w:rFonts w:cs="Times New Roman"/>
          <w:sz w:val="24"/>
          <w:szCs w:val="24"/>
        </w:rPr>
        <w:t xml:space="preserve"> TVA, cu </w:t>
      </w:r>
      <w:proofErr w:type="spellStart"/>
      <w:r w:rsidRPr="007A0413">
        <w:rPr>
          <w:rFonts w:cs="Times New Roman"/>
          <w:sz w:val="24"/>
          <w:szCs w:val="24"/>
        </w:rPr>
        <w:t>evidențierea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separată</w:t>
      </w:r>
      <w:proofErr w:type="spellEnd"/>
      <w:r w:rsidRPr="007A0413">
        <w:rPr>
          <w:rFonts w:cs="Times New Roman"/>
          <w:sz w:val="24"/>
          <w:szCs w:val="24"/>
        </w:rPr>
        <w:t xml:space="preserve"> a TVA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a </w:t>
      </w:r>
      <w:proofErr w:type="spellStart"/>
      <w:r w:rsidRPr="007A0413">
        <w:rPr>
          <w:rFonts w:cs="Times New Roman"/>
          <w:sz w:val="24"/>
          <w:szCs w:val="24"/>
        </w:rPr>
        <w:t>valorii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totale</w:t>
      </w:r>
      <w:proofErr w:type="spellEnd"/>
      <w:r w:rsidRPr="007A0413">
        <w:rPr>
          <w:rFonts w:cs="Times New Roman"/>
          <w:sz w:val="24"/>
          <w:szCs w:val="24"/>
        </w:rPr>
        <w:t xml:space="preserve"> cu TVA. </w:t>
      </w:r>
      <w:proofErr w:type="spellStart"/>
      <w:r w:rsidRPr="007A0413">
        <w:rPr>
          <w:rFonts w:cs="Times New Roman"/>
          <w:sz w:val="24"/>
          <w:szCs w:val="24"/>
        </w:rPr>
        <w:t>Prețul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este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ferm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obligatoriu</w:t>
      </w:r>
      <w:proofErr w:type="spellEnd"/>
      <w:r w:rsidRPr="007A0413">
        <w:rPr>
          <w:rFonts w:cs="Times New Roman"/>
          <w:sz w:val="24"/>
          <w:szCs w:val="24"/>
        </w:rPr>
        <w:t xml:space="preserve"> pe </w:t>
      </w:r>
      <w:proofErr w:type="spellStart"/>
      <w:r w:rsidRPr="007A0413">
        <w:rPr>
          <w:rFonts w:cs="Times New Roman"/>
          <w:sz w:val="24"/>
          <w:szCs w:val="24"/>
        </w:rPr>
        <w:t>toată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perioada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valabilitate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gramStart"/>
      <w:r w:rsidRPr="007A0413">
        <w:rPr>
          <w:rFonts w:cs="Times New Roman"/>
          <w:sz w:val="24"/>
          <w:szCs w:val="24"/>
        </w:rPr>
        <w:t>a</w:t>
      </w:r>
      <w:proofErr w:type="gram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ofertei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ulterior pe </w:t>
      </w:r>
      <w:proofErr w:type="spellStart"/>
      <w:r w:rsidRPr="007A0413">
        <w:rPr>
          <w:rFonts w:cs="Times New Roman"/>
          <w:sz w:val="24"/>
          <w:szCs w:val="24"/>
        </w:rPr>
        <w:t>durata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contractului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condițiile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proiectului</w:t>
      </w:r>
      <w:proofErr w:type="spellEnd"/>
      <w:r w:rsidRPr="007A0413">
        <w:rPr>
          <w:rFonts w:cs="Times New Roman"/>
          <w:sz w:val="24"/>
          <w:szCs w:val="24"/>
        </w:rPr>
        <w:t xml:space="preserve"> de contract.</w:t>
      </w:r>
    </w:p>
    <w:p w14:paraId="360420D2" w14:textId="77777777" w:rsidR="00306829" w:rsidRPr="007A0413" w:rsidRDefault="00306829">
      <w:pPr>
        <w:pStyle w:val="Titlu1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Ofertantul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va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prezenta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Formularul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nr. 5 – Formular de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ofertă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, precum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Anexa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nr. 4 la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Caietul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de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sarcini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–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Centralizatorul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propunerii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financiare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,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completată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corespunzător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.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Defalcarea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valorilor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pe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categoriile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prevăzute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în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centralizator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nu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limitează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obligația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Prestatorului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de </w:t>
      </w:r>
      <w:proofErr w:type="gram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a</w:t>
      </w:r>
      <w:proofErr w:type="gram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asigura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serviciul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complet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de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a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include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în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prețul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ofertat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toate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costurile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necesare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îndeplinirii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contractului</w:t>
      </w:r>
      <w:proofErr w:type="spellEnd"/>
      <w:r w:rsidRPr="007A041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.</w:t>
      </w:r>
    </w:p>
    <w:p w14:paraId="576BD6C7" w14:textId="77777777" w:rsidR="00E10285" w:rsidRPr="007A0413" w:rsidRDefault="003B7C42">
      <w:pPr>
        <w:pStyle w:val="Titlu1"/>
        <w:rPr>
          <w:rFonts w:ascii="Times New Roman" w:hAnsi="Times New Roman" w:cs="Times New Roman"/>
          <w:sz w:val="24"/>
          <w:szCs w:val="24"/>
        </w:rPr>
      </w:pPr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16.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Criteriul</w:t>
      </w:r>
      <w:proofErr w:type="spellEnd"/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atribuire</w:t>
      </w:r>
      <w:proofErr w:type="spellEnd"/>
    </w:p>
    <w:p w14:paraId="5F1B7CDD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r w:rsidRPr="007A0413">
        <w:rPr>
          <w:rFonts w:cs="Times New Roman"/>
          <w:sz w:val="24"/>
          <w:szCs w:val="24"/>
        </w:rPr>
        <w:t xml:space="preserve">PREȚUL CEL MAI SCĂZUT, </w:t>
      </w:r>
      <w:proofErr w:type="spellStart"/>
      <w:r w:rsidRPr="007A0413">
        <w:rPr>
          <w:rFonts w:cs="Times New Roman"/>
          <w:sz w:val="24"/>
          <w:szCs w:val="24"/>
        </w:rPr>
        <w:t>pentru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ofertele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admisibile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conforme</w:t>
      </w:r>
      <w:proofErr w:type="spellEnd"/>
      <w:r w:rsidRPr="007A0413">
        <w:rPr>
          <w:rFonts w:cs="Times New Roman"/>
          <w:sz w:val="24"/>
          <w:szCs w:val="24"/>
        </w:rPr>
        <w:t xml:space="preserve">. </w:t>
      </w:r>
      <w:proofErr w:type="spellStart"/>
      <w:r w:rsidRPr="007A0413">
        <w:rPr>
          <w:rFonts w:cs="Times New Roman"/>
          <w:sz w:val="24"/>
          <w:szCs w:val="24"/>
        </w:rPr>
        <w:t>Evaluarea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tehnică</w:t>
      </w:r>
      <w:proofErr w:type="spellEnd"/>
      <w:r w:rsidRPr="007A0413">
        <w:rPr>
          <w:rFonts w:cs="Times New Roman"/>
          <w:sz w:val="24"/>
          <w:szCs w:val="24"/>
        </w:rPr>
        <w:t xml:space="preserve"> precede </w:t>
      </w:r>
      <w:proofErr w:type="spellStart"/>
      <w:r w:rsidRPr="007A0413">
        <w:rPr>
          <w:rFonts w:cs="Times New Roman"/>
          <w:sz w:val="24"/>
          <w:szCs w:val="24"/>
        </w:rPr>
        <w:t>compararea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prețurilor</w:t>
      </w:r>
      <w:proofErr w:type="spellEnd"/>
      <w:r w:rsidRPr="007A0413">
        <w:rPr>
          <w:rFonts w:cs="Times New Roman"/>
          <w:sz w:val="24"/>
          <w:szCs w:val="24"/>
        </w:rPr>
        <w:t xml:space="preserve">.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caz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egalitate</w:t>
      </w:r>
      <w:proofErr w:type="spellEnd"/>
      <w:r w:rsidRPr="007A0413">
        <w:rPr>
          <w:rFonts w:cs="Times New Roman"/>
          <w:sz w:val="24"/>
          <w:szCs w:val="24"/>
        </w:rPr>
        <w:t xml:space="preserve"> pe </w:t>
      </w:r>
      <w:proofErr w:type="spellStart"/>
      <w:r w:rsidRPr="007A0413">
        <w:rPr>
          <w:rFonts w:cs="Times New Roman"/>
          <w:sz w:val="24"/>
          <w:szCs w:val="24"/>
        </w:rPr>
        <w:t>primul</w:t>
      </w:r>
      <w:proofErr w:type="spellEnd"/>
      <w:r w:rsidRPr="007A0413">
        <w:rPr>
          <w:rFonts w:cs="Times New Roman"/>
          <w:sz w:val="24"/>
          <w:szCs w:val="24"/>
        </w:rPr>
        <w:t xml:space="preserve"> loc se </w:t>
      </w:r>
      <w:proofErr w:type="spellStart"/>
      <w:r w:rsidRPr="007A0413">
        <w:rPr>
          <w:rFonts w:cs="Times New Roman"/>
          <w:sz w:val="24"/>
          <w:szCs w:val="24"/>
        </w:rPr>
        <w:t>poate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solicita</w:t>
      </w:r>
      <w:proofErr w:type="spellEnd"/>
      <w:r w:rsidRPr="007A0413">
        <w:rPr>
          <w:rFonts w:cs="Times New Roman"/>
          <w:sz w:val="24"/>
          <w:szCs w:val="24"/>
        </w:rPr>
        <w:t xml:space="preserve"> o </w:t>
      </w:r>
      <w:proofErr w:type="spellStart"/>
      <w:r w:rsidRPr="007A0413">
        <w:rPr>
          <w:rFonts w:cs="Times New Roman"/>
          <w:sz w:val="24"/>
          <w:szCs w:val="24"/>
        </w:rPr>
        <w:t>nouă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propunere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financiară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ofertanților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aflați</w:t>
      </w:r>
      <w:proofErr w:type="spellEnd"/>
      <w:r w:rsidRPr="007A0413">
        <w:rPr>
          <w:rFonts w:cs="Times New Roman"/>
          <w:sz w:val="24"/>
          <w:szCs w:val="24"/>
        </w:rPr>
        <w:t xml:space="preserve"> la </w:t>
      </w:r>
      <w:proofErr w:type="spellStart"/>
      <w:r w:rsidRPr="007A0413">
        <w:rPr>
          <w:rFonts w:cs="Times New Roman"/>
          <w:sz w:val="24"/>
          <w:szCs w:val="24"/>
        </w:rPr>
        <w:t>egalitate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potrivit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procedurii</w:t>
      </w:r>
      <w:proofErr w:type="spellEnd"/>
      <w:r w:rsidRPr="007A0413">
        <w:rPr>
          <w:rFonts w:cs="Times New Roman"/>
          <w:sz w:val="24"/>
          <w:szCs w:val="24"/>
        </w:rPr>
        <w:t xml:space="preserve"> interne, </w:t>
      </w:r>
      <w:proofErr w:type="spellStart"/>
      <w:r w:rsidRPr="007A0413">
        <w:rPr>
          <w:rFonts w:cs="Times New Roman"/>
          <w:sz w:val="24"/>
          <w:szCs w:val="24"/>
        </w:rPr>
        <w:t>fără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modificarea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propunerilor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tehnice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3C920BB1" w14:textId="77777777" w:rsidR="00E10285" w:rsidRPr="007A0413" w:rsidRDefault="003B7C42">
      <w:pPr>
        <w:pStyle w:val="Titlu1"/>
        <w:rPr>
          <w:rFonts w:ascii="Times New Roman" w:hAnsi="Times New Roman" w:cs="Times New Roman"/>
          <w:sz w:val="24"/>
          <w:szCs w:val="24"/>
        </w:rPr>
      </w:pPr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17.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Garanția</w:t>
      </w:r>
      <w:proofErr w:type="spellEnd"/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participare</w:t>
      </w:r>
      <w:proofErr w:type="spellEnd"/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garanția</w:t>
      </w:r>
      <w:proofErr w:type="spellEnd"/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bună</w:t>
      </w:r>
      <w:proofErr w:type="spellEnd"/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execuție</w:t>
      </w:r>
      <w:proofErr w:type="spellEnd"/>
    </w:p>
    <w:p w14:paraId="49D7643C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Garanție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participare</w:t>
      </w:r>
      <w:proofErr w:type="spellEnd"/>
      <w:r w:rsidRPr="007A0413">
        <w:rPr>
          <w:rFonts w:cs="Times New Roman"/>
          <w:sz w:val="24"/>
          <w:szCs w:val="24"/>
        </w:rPr>
        <w:t xml:space="preserve">: nu se </w:t>
      </w:r>
      <w:proofErr w:type="spellStart"/>
      <w:r w:rsidRPr="007A0413">
        <w:rPr>
          <w:rFonts w:cs="Times New Roman"/>
          <w:sz w:val="24"/>
          <w:szCs w:val="24"/>
        </w:rPr>
        <w:t>solicită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672D30F4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Garanția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bună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execuție</w:t>
      </w:r>
      <w:proofErr w:type="spellEnd"/>
      <w:r w:rsidRPr="007A0413">
        <w:rPr>
          <w:rFonts w:cs="Times New Roman"/>
          <w:sz w:val="24"/>
          <w:szCs w:val="24"/>
        </w:rPr>
        <w:t xml:space="preserve">: 5% din </w:t>
      </w:r>
      <w:proofErr w:type="spellStart"/>
      <w:r w:rsidRPr="007A0413">
        <w:rPr>
          <w:rFonts w:cs="Times New Roman"/>
          <w:sz w:val="24"/>
          <w:szCs w:val="24"/>
        </w:rPr>
        <w:t>prețul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contractului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fără</w:t>
      </w:r>
      <w:proofErr w:type="spellEnd"/>
      <w:r w:rsidRPr="007A0413">
        <w:rPr>
          <w:rFonts w:cs="Times New Roman"/>
          <w:sz w:val="24"/>
          <w:szCs w:val="24"/>
        </w:rPr>
        <w:t xml:space="preserve"> TVA. Se </w:t>
      </w:r>
      <w:proofErr w:type="spellStart"/>
      <w:r w:rsidRPr="007A0413">
        <w:rPr>
          <w:rFonts w:cs="Times New Roman"/>
          <w:sz w:val="24"/>
          <w:szCs w:val="24"/>
        </w:rPr>
        <w:t>constituie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termenul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prin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modalitățile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prevăzute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Legea</w:t>
      </w:r>
      <w:proofErr w:type="spellEnd"/>
      <w:r w:rsidRPr="007A0413">
        <w:rPr>
          <w:rFonts w:cs="Times New Roman"/>
          <w:sz w:val="24"/>
          <w:szCs w:val="24"/>
        </w:rPr>
        <w:t xml:space="preserve"> nr. 98/2016, HG nr. 395/2016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proiectul</w:t>
      </w:r>
      <w:proofErr w:type="spellEnd"/>
      <w:r w:rsidRPr="007A0413">
        <w:rPr>
          <w:rFonts w:cs="Times New Roman"/>
          <w:sz w:val="24"/>
          <w:szCs w:val="24"/>
        </w:rPr>
        <w:t xml:space="preserve"> de contract. </w:t>
      </w:r>
      <w:proofErr w:type="spellStart"/>
      <w:r w:rsidRPr="007A0413">
        <w:rPr>
          <w:rFonts w:cs="Times New Roman"/>
          <w:sz w:val="24"/>
          <w:szCs w:val="24"/>
        </w:rPr>
        <w:t>Termenul</w:t>
      </w:r>
      <w:proofErr w:type="spellEnd"/>
      <w:r w:rsidRPr="007A0413">
        <w:rPr>
          <w:rFonts w:cs="Times New Roman"/>
          <w:sz w:val="24"/>
          <w:szCs w:val="24"/>
        </w:rPr>
        <w:t xml:space="preserve"> standard de </w:t>
      </w:r>
      <w:proofErr w:type="spellStart"/>
      <w:r w:rsidRPr="007A0413">
        <w:rPr>
          <w:rFonts w:cs="Times New Roman"/>
          <w:sz w:val="24"/>
          <w:szCs w:val="24"/>
        </w:rPr>
        <w:t>constituire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este</w:t>
      </w:r>
      <w:proofErr w:type="spellEnd"/>
      <w:r w:rsidRPr="007A0413">
        <w:rPr>
          <w:rFonts w:cs="Times New Roman"/>
          <w:sz w:val="24"/>
          <w:szCs w:val="24"/>
        </w:rPr>
        <w:t xml:space="preserve"> de 5 </w:t>
      </w:r>
      <w:proofErr w:type="spellStart"/>
      <w:r w:rsidRPr="007A0413">
        <w:rPr>
          <w:rFonts w:cs="Times New Roman"/>
          <w:sz w:val="24"/>
          <w:szCs w:val="24"/>
        </w:rPr>
        <w:t>zile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lucrătoare</w:t>
      </w:r>
      <w:proofErr w:type="spellEnd"/>
      <w:r w:rsidRPr="007A0413">
        <w:rPr>
          <w:rFonts w:cs="Times New Roman"/>
          <w:sz w:val="24"/>
          <w:szCs w:val="24"/>
        </w:rPr>
        <w:t xml:space="preserve"> de la </w:t>
      </w:r>
      <w:proofErr w:type="spellStart"/>
      <w:r w:rsidRPr="007A0413">
        <w:rPr>
          <w:rFonts w:cs="Times New Roman"/>
          <w:sz w:val="24"/>
          <w:szCs w:val="24"/>
        </w:rPr>
        <w:t>semnarea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contractului</w:t>
      </w:r>
      <w:proofErr w:type="spellEnd"/>
      <w:r w:rsidRPr="007A0413">
        <w:rPr>
          <w:rFonts w:cs="Times New Roman"/>
          <w:sz w:val="24"/>
          <w:szCs w:val="24"/>
        </w:rPr>
        <w:t xml:space="preserve">, cu </w:t>
      </w:r>
      <w:proofErr w:type="spellStart"/>
      <w:r w:rsidRPr="007A0413">
        <w:rPr>
          <w:rFonts w:cs="Times New Roman"/>
          <w:sz w:val="24"/>
          <w:szCs w:val="24"/>
        </w:rPr>
        <w:t>posibilitatea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prelungirii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numai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condițiile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legii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4BBBF4B4" w14:textId="77777777" w:rsidR="00E10285" w:rsidRPr="007A0413" w:rsidRDefault="003B7C42">
      <w:pPr>
        <w:pStyle w:val="Titlu1"/>
        <w:rPr>
          <w:rFonts w:ascii="Times New Roman" w:hAnsi="Times New Roman" w:cs="Times New Roman"/>
          <w:sz w:val="24"/>
          <w:szCs w:val="24"/>
        </w:rPr>
      </w:pPr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18. Limba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ofertei</w:t>
      </w:r>
      <w:proofErr w:type="spellEnd"/>
    </w:p>
    <w:p w14:paraId="04A78518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Română</w:t>
      </w:r>
      <w:proofErr w:type="spellEnd"/>
      <w:r w:rsidRPr="007A0413">
        <w:rPr>
          <w:rFonts w:cs="Times New Roman"/>
          <w:sz w:val="24"/>
          <w:szCs w:val="24"/>
        </w:rPr>
        <w:t xml:space="preserve">. </w:t>
      </w:r>
      <w:proofErr w:type="spellStart"/>
      <w:r w:rsidRPr="007A0413">
        <w:rPr>
          <w:rFonts w:cs="Times New Roman"/>
          <w:sz w:val="24"/>
          <w:szCs w:val="24"/>
        </w:rPr>
        <w:t>Documentele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emise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altă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limbă</w:t>
      </w:r>
      <w:proofErr w:type="spellEnd"/>
      <w:r w:rsidRPr="007A0413">
        <w:rPr>
          <w:rFonts w:cs="Times New Roman"/>
          <w:sz w:val="24"/>
          <w:szCs w:val="24"/>
        </w:rPr>
        <w:t xml:space="preserve"> se </w:t>
      </w:r>
      <w:proofErr w:type="spellStart"/>
      <w:r w:rsidRPr="007A0413">
        <w:rPr>
          <w:rFonts w:cs="Times New Roman"/>
          <w:sz w:val="24"/>
          <w:szCs w:val="24"/>
        </w:rPr>
        <w:t>prezintă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însoțite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traducere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limba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română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forma </w:t>
      </w:r>
      <w:proofErr w:type="spellStart"/>
      <w:r w:rsidRPr="007A0413">
        <w:rPr>
          <w:rFonts w:cs="Times New Roman"/>
          <w:sz w:val="24"/>
          <w:szCs w:val="24"/>
        </w:rPr>
        <w:t>solicitată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prin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documentație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lege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29A9AC2F" w14:textId="77777777" w:rsidR="00E10285" w:rsidRPr="007A0413" w:rsidRDefault="003B7C42">
      <w:pPr>
        <w:pStyle w:val="Titlu1"/>
        <w:rPr>
          <w:rFonts w:ascii="Times New Roman" w:hAnsi="Times New Roman" w:cs="Times New Roman"/>
          <w:sz w:val="24"/>
          <w:szCs w:val="24"/>
        </w:rPr>
      </w:pPr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19.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valabilitate</w:t>
      </w:r>
      <w:proofErr w:type="spellEnd"/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A0413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ofertei</w:t>
      </w:r>
      <w:proofErr w:type="spellEnd"/>
    </w:p>
    <w:p w14:paraId="6D3F3EF8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r w:rsidRPr="007A0413">
        <w:rPr>
          <w:rFonts w:cs="Times New Roman"/>
          <w:sz w:val="24"/>
          <w:szCs w:val="24"/>
        </w:rPr>
        <w:t xml:space="preserve">90 de </w:t>
      </w:r>
      <w:proofErr w:type="spellStart"/>
      <w:r w:rsidRPr="007A0413">
        <w:rPr>
          <w:rFonts w:cs="Times New Roman"/>
          <w:sz w:val="24"/>
          <w:szCs w:val="24"/>
        </w:rPr>
        <w:t>zile</w:t>
      </w:r>
      <w:proofErr w:type="spellEnd"/>
      <w:r w:rsidRPr="007A0413">
        <w:rPr>
          <w:rFonts w:cs="Times New Roman"/>
          <w:sz w:val="24"/>
          <w:szCs w:val="24"/>
        </w:rPr>
        <w:t xml:space="preserve"> de la </w:t>
      </w:r>
      <w:proofErr w:type="spellStart"/>
      <w:r w:rsidRPr="007A0413">
        <w:rPr>
          <w:rFonts w:cs="Times New Roman"/>
          <w:sz w:val="24"/>
          <w:szCs w:val="24"/>
        </w:rPr>
        <w:t>termenul-limită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depunere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gramStart"/>
      <w:r w:rsidRPr="007A0413">
        <w:rPr>
          <w:rFonts w:cs="Times New Roman"/>
          <w:sz w:val="24"/>
          <w:szCs w:val="24"/>
        </w:rPr>
        <w:t>a</w:t>
      </w:r>
      <w:proofErr w:type="gram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ofertelor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2E5F9D44" w14:textId="77777777" w:rsidR="00E10285" w:rsidRPr="007A0413" w:rsidRDefault="003B7C42">
      <w:pPr>
        <w:pStyle w:val="Titlu1"/>
        <w:rPr>
          <w:rFonts w:ascii="Times New Roman" w:hAnsi="Times New Roman" w:cs="Times New Roman"/>
          <w:sz w:val="24"/>
          <w:szCs w:val="24"/>
        </w:rPr>
      </w:pPr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20. Modul de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prezentare</w:t>
      </w:r>
      <w:proofErr w:type="spellEnd"/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A0413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ofertei</w:t>
      </w:r>
      <w:proofErr w:type="spellEnd"/>
    </w:p>
    <w:p w14:paraId="25210635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Oferta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va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cuprinde</w:t>
      </w:r>
      <w:proofErr w:type="spellEnd"/>
      <w:r w:rsidRPr="007A0413">
        <w:rPr>
          <w:rFonts w:cs="Times New Roman"/>
          <w:sz w:val="24"/>
          <w:szCs w:val="24"/>
        </w:rPr>
        <w:t xml:space="preserve"> distinct: (A) </w:t>
      </w:r>
      <w:proofErr w:type="spellStart"/>
      <w:r w:rsidRPr="007A0413">
        <w:rPr>
          <w:rFonts w:cs="Times New Roman"/>
          <w:sz w:val="24"/>
          <w:szCs w:val="24"/>
        </w:rPr>
        <w:t>documente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calificare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declarații</w:t>
      </w:r>
      <w:proofErr w:type="spellEnd"/>
      <w:r w:rsidRPr="007A0413">
        <w:rPr>
          <w:rFonts w:cs="Times New Roman"/>
          <w:sz w:val="24"/>
          <w:szCs w:val="24"/>
        </w:rPr>
        <w:t xml:space="preserve">; (B) </w:t>
      </w:r>
      <w:proofErr w:type="spellStart"/>
      <w:r w:rsidRPr="007A0413">
        <w:rPr>
          <w:rFonts w:cs="Times New Roman"/>
          <w:sz w:val="24"/>
          <w:szCs w:val="24"/>
        </w:rPr>
        <w:t>propunerea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tehnică</w:t>
      </w:r>
      <w:proofErr w:type="spellEnd"/>
      <w:r w:rsidRPr="007A0413">
        <w:rPr>
          <w:rFonts w:cs="Times New Roman"/>
          <w:sz w:val="24"/>
          <w:szCs w:val="24"/>
        </w:rPr>
        <w:t xml:space="preserve">; (C) </w:t>
      </w:r>
      <w:proofErr w:type="spellStart"/>
      <w:r w:rsidRPr="007A0413">
        <w:rPr>
          <w:rFonts w:cs="Times New Roman"/>
          <w:sz w:val="24"/>
          <w:szCs w:val="24"/>
        </w:rPr>
        <w:t>propunerea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financiară</w:t>
      </w:r>
      <w:proofErr w:type="spellEnd"/>
      <w:r w:rsidRPr="007A0413">
        <w:rPr>
          <w:rFonts w:cs="Times New Roman"/>
          <w:sz w:val="24"/>
          <w:szCs w:val="24"/>
        </w:rPr>
        <w:t xml:space="preserve">; (D) </w:t>
      </w:r>
      <w:proofErr w:type="spellStart"/>
      <w:r w:rsidRPr="007A0413">
        <w:rPr>
          <w:rFonts w:cs="Times New Roman"/>
          <w:sz w:val="24"/>
          <w:szCs w:val="24"/>
        </w:rPr>
        <w:t>proiectul</w:t>
      </w:r>
      <w:proofErr w:type="spellEnd"/>
      <w:r w:rsidRPr="007A0413">
        <w:rPr>
          <w:rFonts w:cs="Times New Roman"/>
          <w:sz w:val="24"/>
          <w:szCs w:val="24"/>
        </w:rPr>
        <w:t xml:space="preserve"> de contract </w:t>
      </w:r>
      <w:proofErr w:type="spellStart"/>
      <w:r w:rsidRPr="007A0413">
        <w:rPr>
          <w:rFonts w:cs="Times New Roman"/>
          <w:sz w:val="24"/>
          <w:szCs w:val="24"/>
        </w:rPr>
        <w:t>însușit</w:t>
      </w:r>
      <w:proofErr w:type="spellEnd"/>
      <w:r w:rsidRPr="007A0413">
        <w:rPr>
          <w:rFonts w:cs="Times New Roman"/>
          <w:sz w:val="24"/>
          <w:szCs w:val="24"/>
        </w:rPr>
        <w:t xml:space="preserve">; (E) </w:t>
      </w:r>
      <w:proofErr w:type="spellStart"/>
      <w:r w:rsidRPr="007A0413">
        <w:rPr>
          <w:rFonts w:cs="Times New Roman"/>
          <w:sz w:val="24"/>
          <w:szCs w:val="24"/>
        </w:rPr>
        <w:t>documente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privind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asocierea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subcontractarea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terții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dacă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este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cazul</w:t>
      </w:r>
      <w:proofErr w:type="spellEnd"/>
      <w:r w:rsidRPr="007A0413">
        <w:rPr>
          <w:rFonts w:cs="Times New Roman"/>
          <w:sz w:val="24"/>
          <w:szCs w:val="24"/>
        </w:rPr>
        <w:t xml:space="preserve">. </w:t>
      </w:r>
      <w:proofErr w:type="spellStart"/>
      <w:r w:rsidRPr="007A0413">
        <w:rPr>
          <w:rFonts w:cs="Times New Roman"/>
          <w:sz w:val="24"/>
          <w:szCs w:val="24"/>
        </w:rPr>
        <w:t>Fiecare</w:t>
      </w:r>
      <w:proofErr w:type="spellEnd"/>
      <w:r w:rsidRPr="007A0413">
        <w:rPr>
          <w:rFonts w:cs="Times New Roman"/>
          <w:sz w:val="24"/>
          <w:szCs w:val="24"/>
        </w:rPr>
        <w:t xml:space="preserve"> document </w:t>
      </w:r>
      <w:proofErr w:type="spellStart"/>
      <w:r w:rsidRPr="007A0413">
        <w:rPr>
          <w:rFonts w:cs="Times New Roman"/>
          <w:sz w:val="24"/>
          <w:szCs w:val="24"/>
        </w:rPr>
        <w:t>va</w:t>
      </w:r>
      <w:proofErr w:type="spellEnd"/>
      <w:r w:rsidRPr="007A0413">
        <w:rPr>
          <w:rFonts w:cs="Times New Roman"/>
          <w:sz w:val="24"/>
          <w:szCs w:val="24"/>
        </w:rPr>
        <w:t xml:space="preserve"> fi </w:t>
      </w:r>
      <w:proofErr w:type="spellStart"/>
      <w:r w:rsidRPr="007A0413">
        <w:rPr>
          <w:rFonts w:cs="Times New Roman"/>
          <w:sz w:val="24"/>
          <w:szCs w:val="24"/>
        </w:rPr>
        <w:t>semnat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reprezentantul</w:t>
      </w:r>
      <w:proofErr w:type="spellEnd"/>
      <w:r w:rsidRPr="007A0413">
        <w:rPr>
          <w:rFonts w:cs="Times New Roman"/>
          <w:sz w:val="24"/>
          <w:szCs w:val="24"/>
        </w:rPr>
        <w:t xml:space="preserve"> legal </w:t>
      </w:r>
      <w:proofErr w:type="spellStart"/>
      <w:r w:rsidRPr="007A0413">
        <w:rPr>
          <w:rFonts w:cs="Times New Roman"/>
          <w:sz w:val="24"/>
          <w:szCs w:val="24"/>
        </w:rPr>
        <w:t>ori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persoana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împuternicită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7EF7E42F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r w:rsidRPr="007A0413">
        <w:rPr>
          <w:rFonts w:cs="Times New Roman"/>
          <w:sz w:val="24"/>
          <w:szCs w:val="24"/>
        </w:rPr>
        <w:lastRenderedPageBreak/>
        <w:t xml:space="preserve">Nu se </w:t>
      </w:r>
      <w:proofErr w:type="spellStart"/>
      <w:r w:rsidRPr="007A0413">
        <w:rPr>
          <w:rFonts w:cs="Times New Roman"/>
          <w:sz w:val="24"/>
          <w:szCs w:val="24"/>
        </w:rPr>
        <w:t>acceptă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oferte</w:t>
      </w:r>
      <w:proofErr w:type="spellEnd"/>
      <w:r w:rsidRPr="007A0413">
        <w:rPr>
          <w:rFonts w:cs="Times New Roman"/>
          <w:sz w:val="24"/>
          <w:szCs w:val="24"/>
        </w:rPr>
        <w:t xml:space="preserve"> alternative. </w:t>
      </w:r>
      <w:proofErr w:type="spellStart"/>
      <w:r w:rsidRPr="007A0413">
        <w:rPr>
          <w:rFonts w:cs="Times New Roman"/>
          <w:sz w:val="24"/>
          <w:szCs w:val="24"/>
        </w:rPr>
        <w:t>Ofertele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depuse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după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termenul-limită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sau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prin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altă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modalitate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decât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indicată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invitație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documentație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vor</w:t>
      </w:r>
      <w:proofErr w:type="spellEnd"/>
      <w:r w:rsidRPr="007A0413">
        <w:rPr>
          <w:rFonts w:cs="Times New Roman"/>
          <w:sz w:val="24"/>
          <w:szCs w:val="24"/>
        </w:rPr>
        <w:t xml:space="preserve"> fi </w:t>
      </w:r>
      <w:proofErr w:type="spellStart"/>
      <w:r w:rsidRPr="007A0413">
        <w:rPr>
          <w:rFonts w:cs="Times New Roman"/>
          <w:sz w:val="24"/>
          <w:szCs w:val="24"/>
        </w:rPr>
        <w:t>tratate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potrivit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procedurii</w:t>
      </w:r>
      <w:proofErr w:type="spellEnd"/>
      <w:r w:rsidRPr="007A0413">
        <w:rPr>
          <w:rFonts w:cs="Times New Roman"/>
          <w:sz w:val="24"/>
          <w:szCs w:val="24"/>
        </w:rPr>
        <w:t xml:space="preserve"> interne </w:t>
      </w:r>
      <w:proofErr w:type="spellStart"/>
      <w:r w:rsidRPr="007A0413">
        <w:rPr>
          <w:rFonts w:cs="Times New Roman"/>
          <w:sz w:val="24"/>
          <w:szCs w:val="24"/>
        </w:rPr>
        <w:t>aplicabile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06F9E37A" w14:textId="77777777" w:rsidR="00E10285" w:rsidRPr="007A0413" w:rsidRDefault="003B7C42">
      <w:pPr>
        <w:pStyle w:val="Titlu1"/>
        <w:rPr>
          <w:rFonts w:ascii="Times New Roman" w:hAnsi="Times New Roman" w:cs="Times New Roman"/>
          <w:sz w:val="24"/>
          <w:szCs w:val="24"/>
        </w:rPr>
      </w:pPr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21.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Instrucțiuni</w:t>
      </w:r>
      <w:proofErr w:type="spellEnd"/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evaluarea</w:t>
      </w:r>
      <w:proofErr w:type="spellEnd"/>
    </w:p>
    <w:p w14:paraId="3B98714C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Autoritatea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contractantă</w:t>
      </w:r>
      <w:proofErr w:type="spellEnd"/>
      <w:r w:rsidRPr="007A0413">
        <w:rPr>
          <w:rFonts w:cs="Times New Roman"/>
          <w:sz w:val="24"/>
          <w:szCs w:val="24"/>
        </w:rPr>
        <w:t xml:space="preserve"> nu </w:t>
      </w:r>
      <w:proofErr w:type="spellStart"/>
      <w:r w:rsidRPr="007A0413">
        <w:rPr>
          <w:rFonts w:cs="Times New Roman"/>
          <w:sz w:val="24"/>
          <w:szCs w:val="24"/>
        </w:rPr>
        <w:t>organizează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ședință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publică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deschidere</w:t>
      </w:r>
      <w:proofErr w:type="spellEnd"/>
      <w:r w:rsidRPr="007A0413">
        <w:rPr>
          <w:rFonts w:cs="Times New Roman"/>
          <w:sz w:val="24"/>
          <w:szCs w:val="24"/>
        </w:rPr>
        <w:t xml:space="preserve">. Comisia de </w:t>
      </w:r>
      <w:proofErr w:type="spellStart"/>
      <w:r w:rsidRPr="007A0413">
        <w:rPr>
          <w:rFonts w:cs="Times New Roman"/>
          <w:sz w:val="24"/>
          <w:szCs w:val="24"/>
        </w:rPr>
        <w:t>evaluare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verifică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documentele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calificare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conformitatea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propunerii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tehnice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propunerea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financiară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poate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solicita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clarificări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condițiile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legislației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procedurii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proprii</w:t>
      </w:r>
      <w:proofErr w:type="spellEnd"/>
      <w:r w:rsidRPr="007A0413">
        <w:rPr>
          <w:rFonts w:cs="Times New Roman"/>
          <w:sz w:val="24"/>
          <w:szCs w:val="24"/>
        </w:rPr>
        <w:t xml:space="preserve">. </w:t>
      </w:r>
      <w:proofErr w:type="spellStart"/>
      <w:r w:rsidRPr="007A0413">
        <w:rPr>
          <w:rFonts w:cs="Times New Roman"/>
          <w:sz w:val="24"/>
          <w:szCs w:val="24"/>
        </w:rPr>
        <w:t>Contractul</w:t>
      </w:r>
      <w:proofErr w:type="spellEnd"/>
      <w:r w:rsidRPr="007A0413">
        <w:rPr>
          <w:rFonts w:cs="Times New Roman"/>
          <w:sz w:val="24"/>
          <w:szCs w:val="24"/>
        </w:rPr>
        <w:t xml:space="preserve"> se </w:t>
      </w:r>
      <w:proofErr w:type="spellStart"/>
      <w:r w:rsidRPr="007A0413">
        <w:rPr>
          <w:rFonts w:cs="Times New Roman"/>
          <w:sz w:val="24"/>
          <w:szCs w:val="24"/>
        </w:rPr>
        <w:t>atribuie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ofertantului</w:t>
      </w:r>
      <w:proofErr w:type="spellEnd"/>
      <w:r w:rsidRPr="007A0413">
        <w:rPr>
          <w:rFonts w:cs="Times New Roman"/>
          <w:sz w:val="24"/>
          <w:szCs w:val="24"/>
        </w:rPr>
        <w:t xml:space="preserve"> care </w:t>
      </w:r>
      <w:proofErr w:type="spellStart"/>
      <w:r w:rsidRPr="007A0413">
        <w:rPr>
          <w:rFonts w:cs="Times New Roman"/>
          <w:sz w:val="24"/>
          <w:szCs w:val="24"/>
        </w:rPr>
        <w:t>îndeplinește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cerințele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are </w:t>
      </w:r>
      <w:proofErr w:type="spellStart"/>
      <w:r w:rsidRPr="007A0413">
        <w:rPr>
          <w:rFonts w:cs="Times New Roman"/>
          <w:sz w:val="24"/>
          <w:szCs w:val="24"/>
        </w:rPr>
        <w:t>oferta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declarată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câștigătoare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potrivit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criteriului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stabilit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623F505E" w14:textId="77777777" w:rsidR="00E10285" w:rsidRPr="007A0413" w:rsidRDefault="003B7C42">
      <w:pPr>
        <w:pStyle w:val="Titlu1"/>
        <w:rPr>
          <w:rFonts w:ascii="Times New Roman" w:hAnsi="Times New Roman" w:cs="Times New Roman"/>
          <w:sz w:val="24"/>
          <w:szCs w:val="24"/>
        </w:rPr>
      </w:pPr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22.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Căi</w:t>
      </w:r>
      <w:proofErr w:type="spellEnd"/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atac</w:t>
      </w:r>
      <w:proofErr w:type="spellEnd"/>
    </w:p>
    <w:p w14:paraId="31FB053C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Contestațiile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celelalte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remedii</w:t>
      </w:r>
      <w:proofErr w:type="spellEnd"/>
      <w:r w:rsidRPr="007A0413">
        <w:rPr>
          <w:rFonts w:cs="Times New Roman"/>
          <w:sz w:val="24"/>
          <w:szCs w:val="24"/>
        </w:rPr>
        <w:t xml:space="preserve"> se </w:t>
      </w:r>
      <w:proofErr w:type="spellStart"/>
      <w:r w:rsidRPr="007A0413">
        <w:rPr>
          <w:rFonts w:cs="Times New Roman"/>
          <w:sz w:val="24"/>
          <w:szCs w:val="24"/>
        </w:rPr>
        <w:t>exercită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condițiile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Legii</w:t>
      </w:r>
      <w:proofErr w:type="spellEnd"/>
      <w:r w:rsidRPr="007A0413">
        <w:rPr>
          <w:rFonts w:cs="Times New Roman"/>
          <w:sz w:val="24"/>
          <w:szCs w:val="24"/>
        </w:rPr>
        <w:t xml:space="preserve"> nr. 101/2016, cu </w:t>
      </w:r>
      <w:proofErr w:type="spellStart"/>
      <w:r w:rsidRPr="007A0413">
        <w:rPr>
          <w:rFonts w:cs="Times New Roman"/>
          <w:sz w:val="24"/>
          <w:szCs w:val="24"/>
        </w:rPr>
        <w:t>modificările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completările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ulterioare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06049588" w14:textId="77777777" w:rsidR="00E10285" w:rsidRPr="007A0413" w:rsidRDefault="003B7C42">
      <w:pPr>
        <w:pStyle w:val="Titlu1"/>
        <w:rPr>
          <w:rFonts w:ascii="Times New Roman" w:hAnsi="Times New Roman" w:cs="Times New Roman"/>
          <w:sz w:val="24"/>
          <w:szCs w:val="24"/>
        </w:rPr>
      </w:pPr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23.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Clauza</w:t>
      </w:r>
      <w:proofErr w:type="spellEnd"/>
      <w:r w:rsidRPr="007A0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 w:val="24"/>
          <w:szCs w:val="24"/>
        </w:rPr>
        <w:t>suspensivă</w:t>
      </w:r>
      <w:proofErr w:type="spellEnd"/>
    </w:p>
    <w:p w14:paraId="78E947DD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Procedura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este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inițiată</w:t>
      </w:r>
      <w:proofErr w:type="spellEnd"/>
      <w:r w:rsidRPr="007A0413">
        <w:rPr>
          <w:rFonts w:cs="Times New Roman"/>
          <w:sz w:val="24"/>
          <w:szCs w:val="24"/>
        </w:rPr>
        <w:t xml:space="preserve"> sub </w:t>
      </w:r>
      <w:proofErr w:type="spellStart"/>
      <w:r w:rsidRPr="007A0413">
        <w:rPr>
          <w:rFonts w:cs="Times New Roman"/>
          <w:sz w:val="24"/>
          <w:szCs w:val="24"/>
        </w:rPr>
        <w:t>incidența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unei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clauze</w:t>
      </w:r>
      <w:proofErr w:type="spellEnd"/>
      <w:r w:rsidRPr="007A0413">
        <w:rPr>
          <w:rFonts w:cs="Times New Roman"/>
          <w:sz w:val="24"/>
          <w:szCs w:val="24"/>
        </w:rPr>
        <w:t xml:space="preserve"> suspensive: </w:t>
      </w:r>
      <w:proofErr w:type="spellStart"/>
      <w:r w:rsidRPr="007A0413">
        <w:rPr>
          <w:rFonts w:cs="Times New Roman"/>
          <w:sz w:val="24"/>
          <w:szCs w:val="24"/>
        </w:rPr>
        <w:t>încheierea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contractului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este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condiționată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existența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aprobarea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creditelor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bugetare</w:t>
      </w:r>
      <w:proofErr w:type="spellEnd"/>
      <w:r w:rsidRPr="007A0413">
        <w:rPr>
          <w:rFonts w:cs="Times New Roman"/>
          <w:sz w:val="24"/>
          <w:szCs w:val="24"/>
        </w:rPr>
        <w:t xml:space="preserve"> cu </w:t>
      </w:r>
      <w:proofErr w:type="spellStart"/>
      <w:r w:rsidRPr="007A0413">
        <w:rPr>
          <w:rFonts w:cs="Times New Roman"/>
          <w:sz w:val="24"/>
          <w:szCs w:val="24"/>
        </w:rPr>
        <w:t>această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destinație</w:t>
      </w:r>
      <w:proofErr w:type="spellEnd"/>
      <w:r w:rsidRPr="007A0413">
        <w:rPr>
          <w:rFonts w:cs="Times New Roman"/>
          <w:sz w:val="24"/>
          <w:szCs w:val="24"/>
        </w:rPr>
        <w:t xml:space="preserve">. </w:t>
      </w:r>
      <w:proofErr w:type="spellStart"/>
      <w:r w:rsidRPr="007A0413">
        <w:rPr>
          <w:rFonts w:cs="Times New Roman"/>
          <w:sz w:val="24"/>
          <w:szCs w:val="24"/>
        </w:rPr>
        <w:t>Autoritatea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contractantă</w:t>
      </w:r>
      <w:proofErr w:type="spellEnd"/>
      <w:r w:rsidRPr="007A0413">
        <w:rPr>
          <w:rFonts w:cs="Times New Roman"/>
          <w:sz w:val="24"/>
          <w:szCs w:val="24"/>
        </w:rPr>
        <w:t xml:space="preserve"> nu </w:t>
      </w:r>
      <w:proofErr w:type="spellStart"/>
      <w:r w:rsidRPr="007A0413">
        <w:rPr>
          <w:rFonts w:cs="Times New Roman"/>
          <w:sz w:val="24"/>
          <w:szCs w:val="24"/>
        </w:rPr>
        <w:t>va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semna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contractul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lipsa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fondurilor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necesare</w:t>
      </w:r>
      <w:proofErr w:type="spellEnd"/>
      <w:r w:rsidRPr="007A0413">
        <w:rPr>
          <w:rFonts w:cs="Times New Roman"/>
          <w:sz w:val="24"/>
          <w:szCs w:val="24"/>
        </w:rPr>
        <w:t xml:space="preserve">. </w:t>
      </w:r>
      <w:proofErr w:type="spellStart"/>
      <w:r w:rsidRPr="007A0413">
        <w:rPr>
          <w:rFonts w:cs="Times New Roman"/>
          <w:sz w:val="24"/>
          <w:szCs w:val="24"/>
        </w:rPr>
        <w:t>Dacă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finanțarea</w:t>
      </w:r>
      <w:proofErr w:type="spellEnd"/>
      <w:r w:rsidRPr="007A0413">
        <w:rPr>
          <w:rFonts w:cs="Times New Roman"/>
          <w:sz w:val="24"/>
          <w:szCs w:val="24"/>
        </w:rPr>
        <w:t xml:space="preserve"> nu </w:t>
      </w:r>
      <w:proofErr w:type="spellStart"/>
      <w:r w:rsidRPr="007A0413">
        <w:rPr>
          <w:rFonts w:cs="Times New Roman"/>
          <w:sz w:val="24"/>
          <w:szCs w:val="24"/>
        </w:rPr>
        <w:t>este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asigurată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termenul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compatibil</w:t>
      </w:r>
      <w:proofErr w:type="spellEnd"/>
      <w:r w:rsidRPr="007A0413">
        <w:rPr>
          <w:rFonts w:cs="Times New Roman"/>
          <w:sz w:val="24"/>
          <w:szCs w:val="24"/>
        </w:rPr>
        <w:t xml:space="preserve"> cu </w:t>
      </w:r>
      <w:proofErr w:type="spellStart"/>
      <w:r w:rsidRPr="007A0413">
        <w:rPr>
          <w:rFonts w:cs="Times New Roman"/>
          <w:sz w:val="24"/>
          <w:szCs w:val="24"/>
        </w:rPr>
        <w:t>desfășurarea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evenimentului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autoritatea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contractantă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va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aplica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măsurile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prevăzute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legislație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documentație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inclusiv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dacă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este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cazul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anularea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procedurii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2876D1BD" w14:textId="77777777" w:rsidR="00E10285" w:rsidRPr="007A0413" w:rsidRDefault="003B7C42">
      <w:pPr>
        <w:rPr>
          <w:rFonts w:cs="Times New Roman"/>
          <w:sz w:val="24"/>
          <w:szCs w:val="24"/>
        </w:rPr>
      </w:pPr>
      <w:r w:rsidRPr="007A0413">
        <w:rPr>
          <w:rFonts w:cs="Times New Roman"/>
          <w:sz w:val="24"/>
          <w:szCs w:val="24"/>
        </w:rPr>
        <w:br w:type="page"/>
      </w:r>
    </w:p>
    <w:p w14:paraId="69044AD9" w14:textId="11E966B1" w:rsidR="00EE76A8" w:rsidRPr="007A0413" w:rsidRDefault="003B7C42" w:rsidP="00EE76A8">
      <w:pPr>
        <w:spacing w:before="160" w:after="300"/>
        <w:jc w:val="center"/>
        <w:rPr>
          <w:rFonts w:cs="Times New Roman"/>
          <w:sz w:val="24"/>
        </w:rPr>
      </w:pPr>
      <w:r w:rsidRPr="007A0413">
        <w:rPr>
          <w:rFonts w:cs="Times New Roman"/>
          <w:b/>
          <w:sz w:val="24"/>
          <w:szCs w:val="24"/>
        </w:rPr>
        <w:lastRenderedPageBreak/>
        <w:t>SECȚIUNEA II</w:t>
      </w:r>
      <w:r w:rsidRPr="007A0413">
        <w:rPr>
          <w:rFonts w:cs="Times New Roman"/>
          <w:b/>
          <w:sz w:val="24"/>
          <w:szCs w:val="24"/>
        </w:rPr>
        <w:br/>
      </w:r>
      <w:r w:rsidR="00EE76A8" w:rsidRPr="007A0413">
        <w:rPr>
          <w:rFonts w:cs="Times New Roman"/>
          <w:b/>
          <w:sz w:val="24"/>
        </w:rPr>
        <w:t>CAIET DE SARCINI</w:t>
      </w:r>
    </w:p>
    <w:p w14:paraId="64B859C5" w14:textId="77777777" w:rsidR="00EE76A8" w:rsidRPr="007A0413" w:rsidRDefault="00EE76A8" w:rsidP="00EE76A8">
      <w:pPr>
        <w:spacing w:after="80"/>
        <w:jc w:val="center"/>
        <w:rPr>
          <w:rFonts w:cs="Times New Roman"/>
          <w:sz w:val="24"/>
        </w:rPr>
      </w:pPr>
      <w:proofErr w:type="spellStart"/>
      <w:r w:rsidRPr="007A0413">
        <w:rPr>
          <w:rFonts w:cs="Times New Roman"/>
          <w:b/>
          <w:sz w:val="24"/>
        </w:rPr>
        <w:t>privind</w:t>
      </w:r>
      <w:proofErr w:type="spellEnd"/>
      <w:r w:rsidRPr="007A0413">
        <w:rPr>
          <w:rFonts w:cs="Times New Roman"/>
          <w:b/>
          <w:sz w:val="24"/>
        </w:rPr>
        <w:t xml:space="preserve"> </w:t>
      </w:r>
      <w:proofErr w:type="spellStart"/>
      <w:r w:rsidRPr="007A0413">
        <w:rPr>
          <w:rFonts w:cs="Times New Roman"/>
          <w:b/>
          <w:sz w:val="24"/>
        </w:rPr>
        <w:t>achiziția</w:t>
      </w:r>
      <w:proofErr w:type="spellEnd"/>
      <w:r w:rsidRPr="007A0413">
        <w:rPr>
          <w:rFonts w:cs="Times New Roman"/>
          <w:b/>
          <w:sz w:val="24"/>
        </w:rPr>
        <w:t xml:space="preserve"> </w:t>
      </w:r>
      <w:proofErr w:type="spellStart"/>
      <w:r w:rsidRPr="007A0413">
        <w:rPr>
          <w:rFonts w:cs="Times New Roman"/>
          <w:b/>
          <w:sz w:val="24"/>
        </w:rPr>
        <w:t>serviciilor</w:t>
      </w:r>
      <w:proofErr w:type="spellEnd"/>
      <w:r w:rsidRPr="007A0413">
        <w:rPr>
          <w:rFonts w:cs="Times New Roman"/>
          <w:b/>
          <w:sz w:val="24"/>
        </w:rPr>
        <w:t xml:space="preserve"> integrate </w:t>
      </w:r>
      <w:proofErr w:type="spellStart"/>
      <w:r w:rsidRPr="007A0413">
        <w:rPr>
          <w:rFonts w:cs="Times New Roman"/>
          <w:b/>
          <w:sz w:val="24"/>
        </w:rPr>
        <w:t>pentru</w:t>
      </w:r>
      <w:proofErr w:type="spellEnd"/>
      <w:r w:rsidRPr="007A0413">
        <w:rPr>
          <w:rFonts w:cs="Times New Roman"/>
          <w:b/>
          <w:sz w:val="24"/>
        </w:rPr>
        <w:t xml:space="preserve"> </w:t>
      </w:r>
      <w:proofErr w:type="spellStart"/>
      <w:r w:rsidRPr="007A0413">
        <w:rPr>
          <w:rFonts w:cs="Times New Roman"/>
          <w:b/>
          <w:sz w:val="24"/>
        </w:rPr>
        <w:t>organizarea</w:t>
      </w:r>
      <w:proofErr w:type="spellEnd"/>
      <w:r w:rsidRPr="007A0413">
        <w:rPr>
          <w:rFonts w:cs="Times New Roman"/>
          <w:b/>
          <w:sz w:val="24"/>
        </w:rPr>
        <w:t xml:space="preserve"> </w:t>
      </w:r>
      <w:proofErr w:type="spellStart"/>
      <w:r w:rsidRPr="007A0413">
        <w:rPr>
          <w:rFonts w:cs="Times New Roman"/>
          <w:b/>
          <w:sz w:val="24"/>
        </w:rPr>
        <w:t>și</w:t>
      </w:r>
      <w:proofErr w:type="spellEnd"/>
      <w:r w:rsidRPr="007A0413">
        <w:rPr>
          <w:rFonts w:cs="Times New Roman"/>
          <w:b/>
          <w:sz w:val="24"/>
        </w:rPr>
        <w:t xml:space="preserve"> </w:t>
      </w:r>
      <w:proofErr w:type="spellStart"/>
      <w:r w:rsidRPr="007A0413">
        <w:rPr>
          <w:rFonts w:cs="Times New Roman"/>
          <w:b/>
          <w:sz w:val="24"/>
        </w:rPr>
        <w:t>desfășurarea</w:t>
      </w:r>
      <w:proofErr w:type="spellEnd"/>
      <w:r w:rsidRPr="007A0413">
        <w:rPr>
          <w:rFonts w:cs="Times New Roman"/>
          <w:b/>
          <w:sz w:val="24"/>
        </w:rPr>
        <w:t xml:space="preserve"> </w:t>
      </w:r>
      <w:proofErr w:type="spellStart"/>
      <w:r w:rsidRPr="007A0413">
        <w:rPr>
          <w:rFonts w:cs="Times New Roman"/>
          <w:b/>
          <w:sz w:val="24"/>
        </w:rPr>
        <w:t>evenimentului</w:t>
      </w:r>
      <w:proofErr w:type="spellEnd"/>
    </w:p>
    <w:p w14:paraId="0F58CCD6" w14:textId="77777777" w:rsidR="00EE76A8" w:rsidRPr="007A0413" w:rsidRDefault="00EE76A8" w:rsidP="00EE76A8">
      <w:pPr>
        <w:spacing w:after="60"/>
        <w:jc w:val="center"/>
        <w:rPr>
          <w:rFonts w:cs="Times New Roman"/>
          <w:sz w:val="24"/>
        </w:rPr>
      </w:pPr>
      <w:r w:rsidRPr="007A0413">
        <w:rPr>
          <w:rFonts w:cs="Times New Roman"/>
          <w:b/>
          <w:sz w:val="24"/>
        </w:rPr>
        <w:t xml:space="preserve">„PRIETENII PUFOȘI – EDIȚIA </w:t>
      </w:r>
      <w:proofErr w:type="gramStart"/>
      <w:r w:rsidRPr="007A0413">
        <w:rPr>
          <w:rFonts w:cs="Times New Roman"/>
          <w:b/>
          <w:sz w:val="24"/>
        </w:rPr>
        <w:t>A</w:t>
      </w:r>
      <w:proofErr w:type="gramEnd"/>
      <w:r w:rsidRPr="007A0413">
        <w:rPr>
          <w:rFonts w:cs="Times New Roman"/>
          <w:b/>
          <w:sz w:val="24"/>
        </w:rPr>
        <w:t xml:space="preserve"> II-A”</w:t>
      </w:r>
    </w:p>
    <w:p w14:paraId="5CB6E14B" w14:textId="77777777" w:rsidR="00EE76A8" w:rsidRPr="007A0413" w:rsidRDefault="00EE76A8" w:rsidP="00EE76A8">
      <w:pPr>
        <w:spacing w:after="280"/>
        <w:jc w:val="center"/>
        <w:rPr>
          <w:rFonts w:cs="Times New Roman"/>
          <w:sz w:val="24"/>
        </w:rPr>
      </w:pPr>
      <w:r w:rsidRPr="007A0413">
        <w:rPr>
          <w:rFonts w:cs="Times New Roman"/>
          <w:b/>
          <w:i/>
          <w:sz w:val="24"/>
        </w:rPr>
        <w:t xml:space="preserve">Festival urban </w:t>
      </w:r>
      <w:proofErr w:type="spellStart"/>
      <w:r w:rsidRPr="007A0413">
        <w:rPr>
          <w:rFonts w:cs="Times New Roman"/>
          <w:b/>
          <w:i/>
          <w:sz w:val="24"/>
        </w:rPr>
        <w:t>dedicat</w:t>
      </w:r>
      <w:proofErr w:type="spellEnd"/>
      <w:r w:rsidRPr="007A0413">
        <w:rPr>
          <w:rFonts w:cs="Times New Roman"/>
          <w:b/>
          <w:i/>
          <w:sz w:val="24"/>
        </w:rPr>
        <w:t xml:space="preserve"> </w:t>
      </w:r>
      <w:proofErr w:type="spellStart"/>
      <w:r w:rsidRPr="007A0413">
        <w:rPr>
          <w:rFonts w:cs="Times New Roman"/>
          <w:b/>
          <w:i/>
          <w:sz w:val="24"/>
        </w:rPr>
        <w:t>adopției</w:t>
      </w:r>
      <w:proofErr w:type="spellEnd"/>
      <w:r w:rsidRPr="007A0413">
        <w:rPr>
          <w:rFonts w:cs="Times New Roman"/>
          <w:b/>
          <w:i/>
          <w:sz w:val="24"/>
        </w:rPr>
        <w:t xml:space="preserve"> </w:t>
      </w:r>
      <w:proofErr w:type="spellStart"/>
      <w:r w:rsidRPr="007A0413">
        <w:rPr>
          <w:rFonts w:cs="Times New Roman"/>
          <w:b/>
          <w:i/>
          <w:sz w:val="24"/>
        </w:rPr>
        <w:t>responsabile</w:t>
      </w:r>
      <w:proofErr w:type="spellEnd"/>
      <w:r w:rsidRPr="007A0413">
        <w:rPr>
          <w:rFonts w:cs="Times New Roman"/>
          <w:b/>
          <w:i/>
          <w:sz w:val="24"/>
        </w:rPr>
        <w:t xml:space="preserve">, </w:t>
      </w:r>
      <w:proofErr w:type="spellStart"/>
      <w:r w:rsidRPr="007A0413">
        <w:rPr>
          <w:rFonts w:cs="Times New Roman"/>
          <w:b/>
          <w:i/>
          <w:sz w:val="24"/>
        </w:rPr>
        <w:t>educației</w:t>
      </w:r>
      <w:proofErr w:type="spellEnd"/>
      <w:r w:rsidRPr="007A0413">
        <w:rPr>
          <w:rFonts w:cs="Times New Roman"/>
          <w:b/>
          <w:i/>
          <w:sz w:val="24"/>
        </w:rPr>
        <w:t xml:space="preserve"> </w:t>
      </w:r>
      <w:proofErr w:type="spellStart"/>
      <w:r w:rsidRPr="007A0413">
        <w:rPr>
          <w:rFonts w:cs="Times New Roman"/>
          <w:b/>
          <w:i/>
          <w:sz w:val="24"/>
        </w:rPr>
        <w:t>civice</w:t>
      </w:r>
      <w:proofErr w:type="spellEnd"/>
      <w:r w:rsidRPr="007A0413">
        <w:rPr>
          <w:rFonts w:cs="Times New Roman"/>
          <w:b/>
          <w:i/>
          <w:sz w:val="24"/>
        </w:rPr>
        <w:t xml:space="preserve"> </w:t>
      </w:r>
      <w:proofErr w:type="spellStart"/>
      <w:r w:rsidRPr="007A0413">
        <w:rPr>
          <w:rFonts w:cs="Times New Roman"/>
          <w:b/>
          <w:i/>
          <w:sz w:val="24"/>
        </w:rPr>
        <w:t>și</w:t>
      </w:r>
      <w:proofErr w:type="spellEnd"/>
      <w:r w:rsidRPr="007A0413">
        <w:rPr>
          <w:rFonts w:cs="Times New Roman"/>
          <w:b/>
          <w:i/>
          <w:sz w:val="24"/>
        </w:rPr>
        <w:t xml:space="preserve"> </w:t>
      </w:r>
      <w:proofErr w:type="spellStart"/>
      <w:r w:rsidRPr="007A0413">
        <w:rPr>
          <w:rFonts w:cs="Times New Roman"/>
          <w:b/>
          <w:i/>
          <w:sz w:val="24"/>
        </w:rPr>
        <w:t>promovării</w:t>
      </w:r>
      <w:proofErr w:type="spellEnd"/>
      <w:r w:rsidRPr="007A0413">
        <w:rPr>
          <w:rFonts w:cs="Times New Roman"/>
          <w:b/>
          <w:i/>
          <w:sz w:val="24"/>
        </w:rPr>
        <w:t xml:space="preserve"> </w:t>
      </w:r>
      <w:proofErr w:type="spellStart"/>
      <w:r w:rsidRPr="007A0413">
        <w:rPr>
          <w:rFonts w:cs="Times New Roman"/>
          <w:b/>
          <w:i/>
          <w:sz w:val="24"/>
        </w:rPr>
        <w:t>bunăstării</w:t>
      </w:r>
      <w:proofErr w:type="spellEnd"/>
      <w:r w:rsidRPr="007A0413">
        <w:rPr>
          <w:rFonts w:cs="Times New Roman"/>
          <w:b/>
          <w:i/>
          <w:sz w:val="24"/>
        </w:rPr>
        <w:t xml:space="preserve"> </w:t>
      </w:r>
      <w:proofErr w:type="spellStart"/>
      <w:r w:rsidRPr="007A0413">
        <w:rPr>
          <w:rFonts w:cs="Times New Roman"/>
          <w:b/>
          <w:i/>
          <w:sz w:val="24"/>
        </w:rPr>
        <w:t>animalelor</w:t>
      </w:r>
      <w:proofErr w:type="spellEnd"/>
    </w:p>
    <w:tbl>
      <w:tblPr>
        <w:tblW w:w="9014" w:type="dxa"/>
        <w:jc w:val="center"/>
        <w:tblBorders>
          <w:top w:val="single" w:sz="5" w:space="0" w:color="8EA9C1"/>
          <w:left w:val="single" w:sz="5" w:space="0" w:color="8EA9C1"/>
          <w:bottom w:val="single" w:sz="5" w:space="0" w:color="8EA9C1"/>
          <w:right w:val="single" w:sz="5" w:space="0" w:color="8EA9C1"/>
          <w:insideH w:val="single" w:sz="5" w:space="0" w:color="8EA9C1"/>
          <w:insideV w:val="single" w:sz="5" w:space="0" w:color="8EA9C1"/>
        </w:tblBorders>
        <w:tblLayout w:type="fixed"/>
        <w:tblLook w:val="04A0" w:firstRow="1" w:lastRow="0" w:firstColumn="1" w:lastColumn="0" w:noHBand="0" w:noVBand="1"/>
      </w:tblPr>
      <w:tblGrid>
        <w:gridCol w:w="2721"/>
        <w:gridCol w:w="6293"/>
      </w:tblGrid>
      <w:tr w:rsidR="00EE76A8" w:rsidRPr="007A0413" w14:paraId="4A27B20C" w14:textId="77777777" w:rsidTr="007E0AAE">
        <w:trPr>
          <w:jc w:val="center"/>
        </w:trPr>
        <w:tc>
          <w:tcPr>
            <w:tcW w:w="272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EEDD2E2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b/>
                <w:sz w:val="24"/>
              </w:rPr>
              <w:t>Autoritatea</w:t>
            </w:r>
            <w:proofErr w:type="spellEnd"/>
            <w:r w:rsidRPr="007A0413">
              <w:rPr>
                <w:rFonts w:cs="Times New Roman"/>
                <w:b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b/>
                <w:sz w:val="24"/>
              </w:rPr>
              <w:t>contractantă</w:t>
            </w:r>
            <w:proofErr w:type="spellEnd"/>
          </w:p>
        </w:tc>
        <w:tc>
          <w:tcPr>
            <w:tcW w:w="629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4C023BC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Sectorul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2 al </w:t>
            </w:r>
            <w:proofErr w:type="spellStart"/>
            <w:r w:rsidRPr="007A0413">
              <w:rPr>
                <w:rFonts w:cs="Times New Roman"/>
                <w:sz w:val="24"/>
              </w:rPr>
              <w:t>Municipiului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București</w:t>
            </w:r>
            <w:proofErr w:type="spellEnd"/>
          </w:p>
        </w:tc>
      </w:tr>
      <w:tr w:rsidR="00EE76A8" w:rsidRPr="007A0413" w14:paraId="7471E759" w14:textId="77777777" w:rsidTr="007E0AAE">
        <w:trPr>
          <w:jc w:val="center"/>
        </w:trPr>
        <w:tc>
          <w:tcPr>
            <w:tcW w:w="272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FE64C86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b/>
                <w:sz w:val="24"/>
              </w:rPr>
              <w:t>Structura</w:t>
            </w:r>
            <w:proofErr w:type="spellEnd"/>
            <w:r w:rsidRPr="007A0413">
              <w:rPr>
                <w:rFonts w:cs="Times New Roman"/>
                <w:b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b/>
                <w:sz w:val="24"/>
              </w:rPr>
              <w:t>beneficiară</w:t>
            </w:r>
            <w:proofErr w:type="spellEnd"/>
          </w:p>
        </w:tc>
        <w:tc>
          <w:tcPr>
            <w:tcW w:w="629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112AC89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Direcția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Utilități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Publice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Mediu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– </w:t>
            </w:r>
            <w:proofErr w:type="spellStart"/>
            <w:r w:rsidRPr="007A0413">
              <w:rPr>
                <w:rFonts w:cs="Times New Roman"/>
                <w:sz w:val="24"/>
              </w:rPr>
              <w:t>Compartiment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Adăpost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Animale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Sector 2</w:t>
            </w:r>
          </w:p>
        </w:tc>
      </w:tr>
      <w:tr w:rsidR="00EE76A8" w:rsidRPr="007A0413" w14:paraId="242673C5" w14:textId="77777777" w:rsidTr="007E0AAE">
        <w:trPr>
          <w:jc w:val="center"/>
        </w:trPr>
        <w:tc>
          <w:tcPr>
            <w:tcW w:w="272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0C52A9B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Cod CPV principal</w:t>
            </w:r>
          </w:p>
        </w:tc>
        <w:tc>
          <w:tcPr>
            <w:tcW w:w="629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7005E17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79952000-2 – </w:t>
            </w:r>
            <w:proofErr w:type="spellStart"/>
            <w:r w:rsidRPr="007A0413">
              <w:rPr>
                <w:rFonts w:cs="Times New Roman"/>
                <w:sz w:val="24"/>
              </w:rPr>
              <w:t>Servicii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pentru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evenimente</w:t>
            </w:r>
            <w:proofErr w:type="spellEnd"/>
          </w:p>
        </w:tc>
      </w:tr>
      <w:tr w:rsidR="00EE76A8" w:rsidRPr="007A0413" w14:paraId="509D1AFC" w14:textId="77777777" w:rsidTr="007E0AAE">
        <w:trPr>
          <w:jc w:val="center"/>
        </w:trPr>
        <w:tc>
          <w:tcPr>
            <w:tcW w:w="272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234171E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b/>
                <w:sz w:val="24"/>
              </w:rPr>
              <w:t>Locul</w:t>
            </w:r>
            <w:proofErr w:type="spellEnd"/>
            <w:r w:rsidRPr="007A0413">
              <w:rPr>
                <w:rFonts w:cs="Times New Roman"/>
                <w:b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b/>
                <w:sz w:val="24"/>
              </w:rPr>
              <w:t>desfășurării</w:t>
            </w:r>
            <w:proofErr w:type="spellEnd"/>
          </w:p>
        </w:tc>
        <w:tc>
          <w:tcPr>
            <w:tcW w:w="629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367CFD6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Parcul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Plumbuita, Sector 2, </w:t>
            </w:r>
            <w:proofErr w:type="spellStart"/>
            <w:r w:rsidRPr="007A0413">
              <w:rPr>
                <w:rFonts w:cs="Times New Roman"/>
                <w:sz w:val="24"/>
              </w:rPr>
              <w:t>Municipiul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București</w:t>
            </w:r>
            <w:proofErr w:type="spellEnd"/>
          </w:p>
        </w:tc>
      </w:tr>
      <w:tr w:rsidR="00EE76A8" w:rsidRPr="007A0413" w14:paraId="3BA332C7" w14:textId="77777777" w:rsidTr="007E0AAE">
        <w:trPr>
          <w:jc w:val="center"/>
        </w:trPr>
        <w:tc>
          <w:tcPr>
            <w:tcW w:w="272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6211202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b/>
                <w:sz w:val="24"/>
              </w:rPr>
              <w:t>Perioada</w:t>
            </w:r>
            <w:proofErr w:type="spellEnd"/>
            <w:r w:rsidRPr="007A0413">
              <w:rPr>
                <w:rFonts w:cs="Times New Roman"/>
                <w:b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b/>
                <w:sz w:val="24"/>
              </w:rPr>
              <w:t>evenimentului</w:t>
            </w:r>
            <w:proofErr w:type="spellEnd"/>
          </w:p>
        </w:tc>
        <w:tc>
          <w:tcPr>
            <w:tcW w:w="629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DBCB61D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25–27 </w:t>
            </w:r>
            <w:proofErr w:type="spellStart"/>
            <w:r w:rsidRPr="007A0413">
              <w:rPr>
                <w:rFonts w:cs="Times New Roman"/>
                <w:sz w:val="24"/>
              </w:rPr>
              <w:t>septembrie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2026</w:t>
            </w:r>
          </w:p>
        </w:tc>
      </w:tr>
      <w:tr w:rsidR="00EE76A8" w:rsidRPr="007A0413" w14:paraId="3F890D88" w14:textId="77777777" w:rsidTr="007E0AAE">
        <w:trPr>
          <w:jc w:val="center"/>
        </w:trPr>
        <w:tc>
          <w:tcPr>
            <w:tcW w:w="272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EDFD7A1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b/>
                <w:sz w:val="24"/>
              </w:rPr>
              <w:t>Valoarea</w:t>
            </w:r>
            <w:proofErr w:type="spellEnd"/>
            <w:r w:rsidRPr="007A0413">
              <w:rPr>
                <w:rFonts w:cs="Times New Roman"/>
                <w:b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b/>
                <w:sz w:val="24"/>
              </w:rPr>
              <w:t>estimată</w:t>
            </w:r>
            <w:proofErr w:type="spellEnd"/>
          </w:p>
        </w:tc>
        <w:tc>
          <w:tcPr>
            <w:tcW w:w="629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C60256F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1.000.000 lei </w:t>
            </w:r>
            <w:proofErr w:type="spellStart"/>
            <w:r w:rsidRPr="007A0413">
              <w:rPr>
                <w:rFonts w:cs="Times New Roman"/>
                <w:sz w:val="24"/>
              </w:rPr>
              <w:t>fără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TVA</w:t>
            </w:r>
          </w:p>
        </w:tc>
      </w:tr>
      <w:tr w:rsidR="00EE76A8" w:rsidRPr="007A0413" w14:paraId="7DCE6EE7" w14:textId="77777777" w:rsidTr="007E0AAE">
        <w:trPr>
          <w:jc w:val="center"/>
        </w:trPr>
        <w:tc>
          <w:tcPr>
            <w:tcW w:w="272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7D8FE24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b/>
                <w:sz w:val="24"/>
              </w:rPr>
              <w:t>Documente</w:t>
            </w:r>
            <w:proofErr w:type="spellEnd"/>
            <w:r w:rsidRPr="007A0413">
              <w:rPr>
                <w:rFonts w:cs="Times New Roman"/>
                <w:b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b/>
                <w:sz w:val="24"/>
              </w:rPr>
              <w:t>referință</w:t>
            </w:r>
            <w:proofErr w:type="spellEnd"/>
          </w:p>
        </w:tc>
        <w:tc>
          <w:tcPr>
            <w:tcW w:w="629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A9A557D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HCL Sector 2 nr. 125/30.04.2026; </w:t>
            </w:r>
            <w:proofErr w:type="spellStart"/>
            <w:r w:rsidRPr="007A0413">
              <w:rPr>
                <w:rFonts w:cs="Times New Roman"/>
                <w:sz w:val="24"/>
              </w:rPr>
              <w:t>Referatul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necesitate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nr. 114402/19.06.2026</w:t>
            </w:r>
          </w:p>
        </w:tc>
      </w:tr>
    </w:tbl>
    <w:p w14:paraId="73819398" w14:textId="77777777" w:rsidR="00EE76A8" w:rsidRPr="007A0413" w:rsidRDefault="00EE76A8" w:rsidP="00EE76A8">
      <w:pPr>
        <w:rPr>
          <w:rFonts w:cs="Times New Roman"/>
          <w:sz w:val="24"/>
        </w:rPr>
      </w:pPr>
    </w:p>
    <w:p w14:paraId="4D081BD7" w14:textId="77777777" w:rsidR="00EE76A8" w:rsidRPr="007A0413" w:rsidRDefault="00EE76A8" w:rsidP="00EE76A8">
      <w:pPr>
        <w:rPr>
          <w:rFonts w:cs="Times New Roman"/>
          <w:sz w:val="24"/>
        </w:rPr>
        <w:sectPr w:rsidR="00EE76A8" w:rsidRPr="007A0413">
          <w:headerReference w:type="first" r:id="rId8"/>
          <w:footerReference w:type="first" r:id="rId9"/>
          <w:pgSz w:w="11906" w:h="16838"/>
          <w:pgMar w:top="1806" w:right="1440" w:bottom="1560" w:left="1440" w:header="11" w:footer="425" w:gutter="0"/>
          <w:cols w:space="720"/>
          <w:titlePg/>
          <w:docGrid w:linePitch="360"/>
        </w:sectPr>
      </w:pPr>
    </w:p>
    <w:p w14:paraId="4B20D70E" w14:textId="77777777" w:rsidR="00EE76A8" w:rsidRPr="007A0413" w:rsidRDefault="00EE76A8" w:rsidP="00EE76A8">
      <w:pPr>
        <w:pStyle w:val="Titlu1"/>
        <w:rPr>
          <w:rFonts w:ascii="Times New Roman" w:hAnsi="Times New Roman" w:cs="Times New Roman"/>
          <w:color w:val="auto"/>
          <w:sz w:val="24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CUPRINS</w:t>
      </w:r>
    </w:p>
    <w:p w14:paraId="45E706A8" w14:textId="77777777" w:rsidR="00EE76A8" w:rsidRPr="007A0413" w:rsidRDefault="00EE76A8" w:rsidP="00EE76A8">
      <w:pPr>
        <w:spacing w:after="60"/>
        <w:ind w:left="170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1. </w:t>
      </w:r>
      <w:proofErr w:type="spellStart"/>
      <w:r w:rsidRPr="007A0413">
        <w:rPr>
          <w:rFonts w:cs="Times New Roman"/>
          <w:sz w:val="24"/>
        </w:rPr>
        <w:t>Informații</w:t>
      </w:r>
      <w:proofErr w:type="spellEnd"/>
      <w:r w:rsidRPr="007A0413">
        <w:rPr>
          <w:rFonts w:cs="Times New Roman"/>
          <w:sz w:val="24"/>
        </w:rPr>
        <w:t xml:space="preserve"> generale</w:t>
      </w:r>
    </w:p>
    <w:p w14:paraId="4AF73B50" w14:textId="77777777" w:rsidR="00EE76A8" w:rsidRPr="007A0413" w:rsidRDefault="00EE76A8" w:rsidP="00EE76A8">
      <w:pPr>
        <w:spacing w:after="60"/>
        <w:ind w:left="170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2. </w:t>
      </w:r>
      <w:proofErr w:type="spellStart"/>
      <w:r w:rsidRPr="007A0413">
        <w:rPr>
          <w:rFonts w:cs="Times New Roman"/>
          <w:sz w:val="24"/>
        </w:rPr>
        <w:t>Scopul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obiectivele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rezultatele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urmărite</w:t>
      </w:r>
      <w:proofErr w:type="spellEnd"/>
    </w:p>
    <w:p w14:paraId="09AB5591" w14:textId="77777777" w:rsidR="00EE76A8" w:rsidRPr="007A0413" w:rsidRDefault="00EE76A8" w:rsidP="00EE76A8">
      <w:pPr>
        <w:spacing w:after="60"/>
        <w:ind w:left="170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3. Principii generale de </w:t>
      </w:r>
      <w:proofErr w:type="spellStart"/>
      <w:r w:rsidRPr="007A0413">
        <w:rPr>
          <w:rFonts w:cs="Times New Roman"/>
          <w:sz w:val="24"/>
        </w:rPr>
        <w:t>prestare</w:t>
      </w:r>
      <w:proofErr w:type="spellEnd"/>
    </w:p>
    <w:p w14:paraId="0CFE4590" w14:textId="77777777" w:rsidR="00EE76A8" w:rsidRPr="007A0413" w:rsidRDefault="00EE76A8" w:rsidP="00EE76A8">
      <w:pPr>
        <w:spacing w:after="60"/>
        <w:ind w:left="170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4. </w:t>
      </w:r>
      <w:proofErr w:type="spellStart"/>
      <w:r w:rsidRPr="007A0413">
        <w:rPr>
          <w:rFonts w:cs="Times New Roman"/>
          <w:sz w:val="24"/>
        </w:rPr>
        <w:t>Durata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contractului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calendarul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implementare</w:t>
      </w:r>
      <w:proofErr w:type="spellEnd"/>
    </w:p>
    <w:p w14:paraId="11BF6D66" w14:textId="77777777" w:rsidR="00EE76A8" w:rsidRPr="007A0413" w:rsidRDefault="00EE76A8" w:rsidP="00EE76A8">
      <w:pPr>
        <w:spacing w:after="60"/>
        <w:ind w:left="170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5. </w:t>
      </w:r>
      <w:proofErr w:type="spellStart"/>
      <w:r w:rsidRPr="007A0413">
        <w:rPr>
          <w:rFonts w:cs="Times New Roman"/>
          <w:sz w:val="24"/>
        </w:rPr>
        <w:t>Managementul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coordonarea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proiectului</w:t>
      </w:r>
      <w:proofErr w:type="spellEnd"/>
    </w:p>
    <w:p w14:paraId="77D48B7D" w14:textId="77777777" w:rsidR="00EE76A8" w:rsidRPr="007A0413" w:rsidRDefault="00EE76A8" w:rsidP="00EE76A8">
      <w:pPr>
        <w:spacing w:after="60"/>
        <w:ind w:left="170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6. </w:t>
      </w:r>
      <w:proofErr w:type="spellStart"/>
      <w:r w:rsidRPr="007A0413">
        <w:rPr>
          <w:rFonts w:cs="Times New Roman"/>
          <w:sz w:val="24"/>
        </w:rPr>
        <w:t>Cerințe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tehnice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operaționale</w:t>
      </w:r>
      <w:proofErr w:type="spellEnd"/>
    </w:p>
    <w:p w14:paraId="2FF82569" w14:textId="77777777" w:rsidR="00EE76A8" w:rsidRPr="007A0413" w:rsidRDefault="00EE76A8" w:rsidP="00EE76A8">
      <w:pPr>
        <w:spacing w:after="60"/>
        <w:ind w:left="170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7. </w:t>
      </w:r>
      <w:proofErr w:type="spellStart"/>
      <w:r w:rsidRPr="007A0413">
        <w:rPr>
          <w:rFonts w:cs="Times New Roman"/>
          <w:sz w:val="24"/>
        </w:rPr>
        <w:t>Personalul</w:t>
      </w:r>
      <w:proofErr w:type="spellEnd"/>
      <w:r w:rsidRPr="007A0413">
        <w:rPr>
          <w:rFonts w:cs="Times New Roman"/>
          <w:sz w:val="24"/>
        </w:rPr>
        <w:t xml:space="preserve"> minim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responsabilitățile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acestuia</w:t>
      </w:r>
      <w:proofErr w:type="spellEnd"/>
    </w:p>
    <w:p w14:paraId="5DBFEF4E" w14:textId="77777777" w:rsidR="00EE76A8" w:rsidRPr="007A0413" w:rsidRDefault="00EE76A8" w:rsidP="00EE76A8">
      <w:pPr>
        <w:spacing w:after="60"/>
        <w:ind w:left="170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8. </w:t>
      </w:r>
      <w:proofErr w:type="spellStart"/>
      <w:r w:rsidRPr="007A0413">
        <w:rPr>
          <w:rFonts w:cs="Times New Roman"/>
          <w:sz w:val="24"/>
        </w:rPr>
        <w:t>Avize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autorizații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licențe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conformitate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legală</w:t>
      </w:r>
      <w:proofErr w:type="spellEnd"/>
    </w:p>
    <w:p w14:paraId="274C6C16" w14:textId="77777777" w:rsidR="00EE76A8" w:rsidRPr="007A0413" w:rsidRDefault="00EE76A8" w:rsidP="00EE76A8">
      <w:pPr>
        <w:spacing w:after="60"/>
        <w:ind w:left="170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9. </w:t>
      </w:r>
      <w:proofErr w:type="spellStart"/>
      <w:r w:rsidRPr="007A0413">
        <w:rPr>
          <w:rFonts w:cs="Times New Roman"/>
          <w:sz w:val="24"/>
        </w:rPr>
        <w:t>Livrabile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documente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raportare</w:t>
      </w:r>
      <w:proofErr w:type="spellEnd"/>
    </w:p>
    <w:p w14:paraId="39DB5F49" w14:textId="77777777" w:rsidR="00EE76A8" w:rsidRPr="007A0413" w:rsidRDefault="00EE76A8" w:rsidP="00EE76A8">
      <w:pPr>
        <w:spacing w:after="60"/>
        <w:ind w:left="170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10. </w:t>
      </w:r>
      <w:proofErr w:type="spellStart"/>
      <w:r w:rsidRPr="007A0413">
        <w:rPr>
          <w:rFonts w:cs="Times New Roman"/>
          <w:sz w:val="24"/>
        </w:rPr>
        <w:t>Verificarea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recepția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controlul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calității</w:t>
      </w:r>
      <w:proofErr w:type="spellEnd"/>
    </w:p>
    <w:p w14:paraId="2FE33E73" w14:textId="77777777" w:rsidR="00EE76A8" w:rsidRPr="007A0413" w:rsidRDefault="00EE76A8" w:rsidP="00EE76A8">
      <w:pPr>
        <w:spacing w:after="60"/>
        <w:ind w:left="170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11. </w:t>
      </w:r>
      <w:proofErr w:type="spellStart"/>
      <w:r w:rsidRPr="007A0413">
        <w:rPr>
          <w:rFonts w:cs="Times New Roman"/>
          <w:sz w:val="24"/>
        </w:rPr>
        <w:t>Obligațiile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părților</w:t>
      </w:r>
      <w:proofErr w:type="spellEnd"/>
    </w:p>
    <w:p w14:paraId="3BDF8DD5" w14:textId="77777777" w:rsidR="00EE76A8" w:rsidRPr="007A0413" w:rsidRDefault="00EE76A8" w:rsidP="00EE76A8">
      <w:pPr>
        <w:spacing w:after="60"/>
        <w:ind w:left="170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12. </w:t>
      </w:r>
      <w:proofErr w:type="spellStart"/>
      <w:r w:rsidRPr="007A0413">
        <w:rPr>
          <w:rFonts w:cs="Times New Roman"/>
          <w:sz w:val="24"/>
        </w:rPr>
        <w:t>Cerințe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privind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elaborarea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propunerii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tehnice</w:t>
      </w:r>
      <w:proofErr w:type="spellEnd"/>
    </w:p>
    <w:p w14:paraId="0A50E5DF" w14:textId="77777777" w:rsidR="00EE76A8" w:rsidRPr="007A0413" w:rsidRDefault="00EE76A8" w:rsidP="00EE76A8">
      <w:pPr>
        <w:spacing w:after="60"/>
        <w:ind w:left="170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13. </w:t>
      </w:r>
      <w:proofErr w:type="spellStart"/>
      <w:r w:rsidRPr="007A0413">
        <w:rPr>
          <w:rFonts w:cs="Times New Roman"/>
          <w:sz w:val="24"/>
        </w:rPr>
        <w:t>Cerințe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financiare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condiții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contractuale</w:t>
      </w:r>
      <w:proofErr w:type="spellEnd"/>
    </w:p>
    <w:p w14:paraId="5C8F460C" w14:textId="77777777" w:rsidR="00EE76A8" w:rsidRPr="007A0413" w:rsidRDefault="00EE76A8" w:rsidP="00EE76A8">
      <w:pPr>
        <w:spacing w:after="60"/>
        <w:ind w:left="170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14. </w:t>
      </w:r>
      <w:proofErr w:type="spellStart"/>
      <w:r w:rsidRPr="007A0413">
        <w:rPr>
          <w:rFonts w:cs="Times New Roman"/>
          <w:sz w:val="24"/>
        </w:rPr>
        <w:t>Dispoziții</w:t>
      </w:r>
      <w:proofErr w:type="spellEnd"/>
      <w:r w:rsidRPr="007A0413">
        <w:rPr>
          <w:rFonts w:cs="Times New Roman"/>
          <w:sz w:val="24"/>
        </w:rPr>
        <w:t xml:space="preserve"> finale</w:t>
      </w:r>
    </w:p>
    <w:p w14:paraId="7F7F1060" w14:textId="77777777" w:rsidR="00EE76A8" w:rsidRPr="007A0413" w:rsidRDefault="00EE76A8" w:rsidP="00EE76A8">
      <w:pPr>
        <w:spacing w:after="60"/>
        <w:ind w:left="170"/>
        <w:rPr>
          <w:rFonts w:cs="Times New Roman"/>
          <w:sz w:val="24"/>
        </w:rPr>
      </w:pPr>
      <w:proofErr w:type="spellStart"/>
      <w:r w:rsidRPr="007A0413">
        <w:rPr>
          <w:rFonts w:cs="Times New Roman"/>
          <w:sz w:val="24"/>
        </w:rPr>
        <w:t>Anexa</w:t>
      </w:r>
      <w:proofErr w:type="spellEnd"/>
      <w:r w:rsidRPr="007A0413">
        <w:rPr>
          <w:rFonts w:cs="Times New Roman"/>
          <w:sz w:val="24"/>
        </w:rPr>
        <w:t xml:space="preserve"> nr. 1 – </w:t>
      </w:r>
      <w:proofErr w:type="spellStart"/>
      <w:r w:rsidRPr="007A0413">
        <w:rPr>
          <w:rFonts w:cs="Times New Roman"/>
          <w:sz w:val="24"/>
        </w:rPr>
        <w:t>Specificații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tehnice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minime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obligatorii</w:t>
      </w:r>
      <w:proofErr w:type="spellEnd"/>
    </w:p>
    <w:p w14:paraId="48A420CB" w14:textId="77777777" w:rsidR="00EE76A8" w:rsidRPr="007A0413" w:rsidRDefault="00EE76A8" w:rsidP="00EE76A8">
      <w:pPr>
        <w:spacing w:after="60"/>
        <w:ind w:left="170"/>
        <w:rPr>
          <w:rFonts w:cs="Times New Roman"/>
          <w:sz w:val="24"/>
        </w:rPr>
      </w:pPr>
      <w:proofErr w:type="spellStart"/>
      <w:r w:rsidRPr="007A0413">
        <w:rPr>
          <w:rFonts w:cs="Times New Roman"/>
          <w:sz w:val="24"/>
        </w:rPr>
        <w:t>Anexa</w:t>
      </w:r>
      <w:proofErr w:type="spellEnd"/>
      <w:r w:rsidRPr="007A0413">
        <w:rPr>
          <w:rFonts w:cs="Times New Roman"/>
          <w:sz w:val="24"/>
        </w:rPr>
        <w:t xml:space="preserve"> nr. 2 – </w:t>
      </w:r>
      <w:proofErr w:type="spellStart"/>
      <w:r w:rsidRPr="007A0413">
        <w:rPr>
          <w:rFonts w:cs="Times New Roman"/>
          <w:sz w:val="24"/>
        </w:rPr>
        <w:t>Calendarul</w:t>
      </w:r>
      <w:proofErr w:type="spellEnd"/>
      <w:r w:rsidRPr="007A0413">
        <w:rPr>
          <w:rFonts w:cs="Times New Roman"/>
          <w:sz w:val="24"/>
        </w:rPr>
        <w:t xml:space="preserve"> minimal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livrabilele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contractului</w:t>
      </w:r>
      <w:proofErr w:type="spellEnd"/>
    </w:p>
    <w:p w14:paraId="5B8AF791" w14:textId="77777777" w:rsidR="00EE76A8" w:rsidRPr="007A0413" w:rsidRDefault="00EE76A8" w:rsidP="00EE76A8">
      <w:pPr>
        <w:spacing w:after="60"/>
        <w:ind w:left="170"/>
        <w:rPr>
          <w:rFonts w:cs="Times New Roman"/>
          <w:sz w:val="24"/>
        </w:rPr>
      </w:pPr>
      <w:proofErr w:type="spellStart"/>
      <w:r w:rsidRPr="007A0413">
        <w:rPr>
          <w:rFonts w:cs="Times New Roman"/>
          <w:sz w:val="24"/>
        </w:rPr>
        <w:t>Anexa</w:t>
      </w:r>
      <w:proofErr w:type="spellEnd"/>
      <w:r w:rsidRPr="007A0413">
        <w:rPr>
          <w:rFonts w:cs="Times New Roman"/>
          <w:sz w:val="24"/>
        </w:rPr>
        <w:t xml:space="preserve"> nr. 3 – Matrice de </w:t>
      </w:r>
      <w:proofErr w:type="spellStart"/>
      <w:r w:rsidRPr="007A0413">
        <w:rPr>
          <w:rFonts w:cs="Times New Roman"/>
          <w:sz w:val="24"/>
        </w:rPr>
        <w:t>conformitate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propunerea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tehnică</w:t>
      </w:r>
      <w:proofErr w:type="spellEnd"/>
    </w:p>
    <w:p w14:paraId="7D485E1F" w14:textId="77777777" w:rsidR="00EE76A8" w:rsidRPr="007A0413" w:rsidRDefault="00EE76A8" w:rsidP="00EE76A8">
      <w:pPr>
        <w:spacing w:after="60"/>
        <w:ind w:left="170"/>
        <w:rPr>
          <w:rFonts w:cs="Times New Roman"/>
          <w:sz w:val="24"/>
        </w:rPr>
      </w:pPr>
      <w:proofErr w:type="spellStart"/>
      <w:r w:rsidRPr="007A0413">
        <w:rPr>
          <w:rFonts w:cs="Times New Roman"/>
          <w:sz w:val="24"/>
        </w:rPr>
        <w:t>Anexa</w:t>
      </w:r>
      <w:proofErr w:type="spellEnd"/>
      <w:r w:rsidRPr="007A0413">
        <w:rPr>
          <w:rFonts w:cs="Times New Roman"/>
          <w:sz w:val="24"/>
        </w:rPr>
        <w:t xml:space="preserve"> nr. 4 – </w:t>
      </w:r>
      <w:proofErr w:type="spellStart"/>
      <w:r w:rsidRPr="007A0413">
        <w:rPr>
          <w:rFonts w:cs="Times New Roman"/>
          <w:sz w:val="24"/>
        </w:rPr>
        <w:t>Centralizator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orientativ</w:t>
      </w:r>
      <w:proofErr w:type="spellEnd"/>
      <w:r w:rsidRPr="007A0413">
        <w:rPr>
          <w:rFonts w:cs="Times New Roman"/>
          <w:sz w:val="24"/>
        </w:rPr>
        <w:t xml:space="preserve"> al </w:t>
      </w:r>
      <w:proofErr w:type="spellStart"/>
      <w:r w:rsidRPr="007A0413">
        <w:rPr>
          <w:rFonts w:cs="Times New Roman"/>
          <w:sz w:val="24"/>
        </w:rPr>
        <w:t>propunerii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financiare</w:t>
      </w:r>
      <w:proofErr w:type="spellEnd"/>
    </w:p>
    <w:tbl>
      <w:tblPr>
        <w:tblW w:w="9524" w:type="dxa"/>
        <w:jc w:val="center"/>
        <w:tblLayout w:type="fixed"/>
        <w:tblLook w:val="04A0" w:firstRow="1" w:lastRow="0" w:firstColumn="1" w:lastColumn="0" w:noHBand="0" w:noVBand="1"/>
      </w:tblPr>
      <w:tblGrid>
        <w:gridCol w:w="9524"/>
      </w:tblGrid>
      <w:tr w:rsidR="00EE76A8" w:rsidRPr="007A0413" w14:paraId="03A5E098" w14:textId="77777777" w:rsidTr="007E0AAE">
        <w:trPr>
          <w:jc w:val="center"/>
        </w:trPr>
        <w:tc>
          <w:tcPr>
            <w:tcW w:w="9524" w:type="dxa"/>
            <w:tcBorders>
              <w:top w:val="single" w:sz="4" w:space="0" w:color="8EA9C1"/>
              <w:left w:val="single" w:sz="18" w:space="0" w:color="0A4F9E"/>
              <w:bottom w:val="single" w:sz="4" w:space="0" w:color="8EA9C1"/>
              <w:right w:val="single" w:sz="4" w:space="0" w:color="8EA9C1"/>
            </w:tcBorders>
            <w:tcMar>
              <w:top w:w="120" w:type="dxa"/>
              <w:left w:w="170" w:type="dxa"/>
              <w:bottom w:w="120" w:type="dxa"/>
              <w:right w:w="170" w:type="dxa"/>
            </w:tcMar>
          </w:tcPr>
          <w:p w14:paraId="5C4FD368" w14:textId="77777777" w:rsidR="00EE76A8" w:rsidRPr="007A0413" w:rsidRDefault="00EE76A8" w:rsidP="007E0AAE">
            <w:pPr>
              <w:spacing w:after="60"/>
              <w:rPr>
                <w:rFonts w:cs="Times New Roman"/>
                <w:sz w:val="24"/>
              </w:rPr>
            </w:pPr>
          </w:p>
          <w:p w14:paraId="7D6E1844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Prezentul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Caiet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sarcini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stabilește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cerințele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tehnice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operaționale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minime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obligatorii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pentru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prestarea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serviciilor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care fac </w:t>
            </w:r>
            <w:proofErr w:type="spellStart"/>
            <w:r w:rsidRPr="007A0413">
              <w:rPr>
                <w:rFonts w:cs="Times New Roman"/>
                <w:sz w:val="24"/>
              </w:rPr>
              <w:t>obiectul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achiziției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</w:tbl>
    <w:p w14:paraId="0DA5CC50" w14:textId="77777777" w:rsidR="00EE76A8" w:rsidRPr="007A0413" w:rsidRDefault="00EE76A8" w:rsidP="00EE76A8">
      <w:pPr>
        <w:rPr>
          <w:rFonts w:cs="Times New Roman"/>
          <w:sz w:val="24"/>
        </w:rPr>
      </w:pPr>
    </w:p>
    <w:p w14:paraId="2C9BC92B" w14:textId="77777777" w:rsidR="00EE76A8" w:rsidRPr="007A0413" w:rsidRDefault="00EE76A8" w:rsidP="00EE76A8">
      <w:pPr>
        <w:pStyle w:val="Titlu1"/>
        <w:pageBreakBefore/>
        <w:rPr>
          <w:rFonts w:ascii="Times New Roman" w:hAnsi="Times New Roman" w:cs="Times New Roman"/>
          <w:color w:val="auto"/>
          <w:sz w:val="24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1. INFORMAȚII GENERALE</w:t>
      </w:r>
    </w:p>
    <w:p w14:paraId="6F81419F" w14:textId="77777777" w:rsidR="00EE76A8" w:rsidRPr="007A0413" w:rsidRDefault="00EE76A8" w:rsidP="00EE76A8">
      <w:pPr>
        <w:pStyle w:val="Titlu2"/>
        <w:rPr>
          <w:rFonts w:ascii="Times New Roman" w:hAnsi="Times New Roman" w:cs="Times New Roman"/>
          <w:color w:val="auto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1.1.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Autoritatea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contractantă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structura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beneficiară</w:t>
      </w:r>
      <w:proofErr w:type="spellEnd"/>
    </w:p>
    <w:p w14:paraId="4CBF6A25" w14:textId="77777777" w:rsidR="00EE76A8" w:rsidRPr="007A0413" w:rsidRDefault="00EE76A8" w:rsidP="00EE76A8">
      <w:pPr>
        <w:spacing w:line="259" w:lineRule="auto"/>
        <w:ind w:firstLine="369"/>
        <w:rPr>
          <w:rFonts w:cs="Times New Roman"/>
          <w:sz w:val="24"/>
        </w:rPr>
      </w:pPr>
      <w:proofErr w:type="spellStart"/>
      <w:r w:rsidRPr="007A0413">
        <w:rPr>
          <w:rFonts w:cs="Times New Roman"/>
          <w:sz w:val="24"/>
        </w:rPr>
        <w:t>Autoritatea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contractantă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este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Sectorul</w:t>
      </w:r>
      <w:proofErr w:type="spellEnd"/>
      <w:r w:rsidRPr="007A0413">
        <w:rPr>
          <w:rFonts w:cs="Times New Roman"/>
          <w:sz w:val="24"/>
        </w:rPr>
        <w:t xml:space="preserve"> 2 al </w:t>
      </w:r>
      <w:proofErr w:type="spellStart"/>
      <w:r w:rsidRPr="007A0413">
        <w:rPr>
          <w:rFonts w:cs="Times New Roman"/>
          <w:sz w:val="24"/>
        </w:rPr>
        <w:t>Municipiului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București</w:t>
      </w:r>
      <w:proofErr w:type="spellEnd"/>
      <w:r w:rsidRPr="007A0413">
        <w:rPr>
          <w:rFonts w:cs="Times New Roman"/>
          <w:sz w:val="24"/>
        </w:rPr>
        <w:t xml:space="preserve">. </w:t>
      </w:r>
      <w:proofErr w:type="spellStart"/>
      <w:r w:rsidRPr="007A0413">
        <w:rPr>
          <w:rFonts w:cs="Times New Roman"/>
          <w:sz w:val="24"/>
        </w:rPr>
        <w:t>Structura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beneficiară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responsabilă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componenta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specialitate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este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Direcția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Utilități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Publice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Mediu</w:t>
      </w:r>
      <w:proofErr w:type="spellEnd"/>
      <w:r w:rsidRPr="007A0413">
        <w:rPr>
          <w:rFonts w:cs="Times New Roman"/>
          <w:sz w:val="24"/>
        </w:rPr>
        <w:t xml:space="preserve"> – </w:t>
      </w:r>
      <w:proofErr w:type="spellStart"/>
      <w:r w:rsidRPr="007A0413">
        <w:rPr>
          <w:rFonts w:cs="Times New Roman"/>
          <w:sz w:val="24"/>
        </w:rPr>
        <w:t>Compartiment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Adăpost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Animale</w:t>
      </w:r>
      <w:proofErr w:type="spellEnd"/>
      <w:r w:rsidRPr="007A0413">
        <w:rPr>
          <w:rFonts w:cs="Times New Roman"/>
          <w:sz w:val="24"/>
        </w:rPr>
        <w:t xml:space="preserve"> Sector 2,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colaborare</w:t>
      </w:r>
      <w:proofErr w:type="spellEnd"/>
      <w:r w:rsidRPr="007A0413">
        <w:rPr>
          <w:rFonts w:cs="Times New Roman"/>
          <w:sz w:val="24"/>
        </w:rPr>
        <w:t xml:space="preserve"> cu </w:t>
      </w:r>
      <w:proofErr w:type="spellStart"/>
      <w:r w:rsidRPr="007A0413">
        <w:rPr>
          <w:rFonts w:cs="Times New Roman"/>
          <w:sz w:val="24"/>
        </w:rPr>
        <w:t>structurile</w:t>
      </w:r>
      <w:proofErr w:type="spellEnd"/>
      <w:r w:rsidRPr="007A0413">
        <w:rPr>
          <w:rFonts w:cs="Times New Roman"/>
          <w:sz w:val="24"/>
        </w:rPr>
        <w:t xml:space="preserve"> de resort ale </w:t>
      </w:r>
      <w:proofErr w:type="spellStart"/>
      <w:r w:rsidRPr="007A0413">
        <w:rPr>
          <w:rFonts w:cs="Times New Roman"/>
          <w:sz w:val="24"/>
        </w:rPr>
        <w:t>autorității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contractante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cu </w:t>
      </w:r>
      <w:proofErr w:type="spellStart"/>
      <w:r w:rsidRPr="007A0413">
        <w:rPr>
          <w:rFonts w:cs="Times New Roman"/>
          <w:sz w:val="24"/>
        </w:rPr>
        <w:t>instituțiile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publice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interes</w:t>
      </w:r>
      <w:proofErr w:type="spellEnd"/>
      <w:r w:rsidRPr="007A0413">
        <w:rPr>
          <w:rFonts w:cs="Times New Roman"/>
          <w:sz w:val="24"/>
        </w:rPr>
        <w:t xml:space="preserve"> local implicate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proiect</w:t>
      </w:r>
      <w:proofErr w:type="spellEnd"/>
      <w:r w:rsidRPr="007A0413">
        <w:rPr>
          <w:rFonts w:cs="Times New Roman"/>
          <w:sz w:val="24"/>
        </w:rPr>
        <w:t>.</w:t>
      </w:r>
    </w:p>
    <w:p w14:paraId="6657F12B" w14:textId="77777777" w:rsidR="00EE76A8" w:rsidRPr="007A0413" w:rsidRDefault="00EE76A8" w:rsidP="00EE76A8">
      <w:pPr>
        <w:pStyle w:val="Titlu2"/>
        <w:rPr>
          <w:rFonts w:ascii="Times New Roman" w:hAnsi="Times New Roman" w:cs="Times New Roman"/>
          <w:color w:val="auto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1.2.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Contextul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achiziției</w:t>
      </w:r>
      <w:proofErr w:type="spellEnd"/>
    </w:p>
    <w:p w14:paraId="56CBF5C2" w14:textId="77777777" w:rsidR="00EE76A8" w:rsidRPr="007A0413" w:rsidRDefault="00EE76A8" w:rsidP="00EE76A8">
      <w:pPr>
        <w:spacing w:line="259" w:lineRule="auto"/>
        <w:ind w:firstLine="369"/>
        <w:rPr>
          <w:rFonts w:cs="Times New Roman"/>
          <w:sz w:val="24"/>
        </w:rPr>
      </w:pPr>
      <w:proofErr w:type="spellStart"/>
      <w:r w:rsidRPr="007A0413">
        <w:rPr>
          <w:rFonts w:cs="Times New Roman"/>
          <w:sz w:val="24"/>
        </w:rPr>
        <w:t>Achiziția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este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inițiată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vederea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punerii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aplicare</w:t>
      </w:r>
      <w:proofErr w:type="spellEnd"/>
      <w:r w:rsidRPr="007A0413">
        <w:rPr>
          <w:rFonts w:cs="Times New Roman"/>
          <w:sz w:val="24"/>
        </w:rPr>
        <w:t xml:space="preserve"> a </w:t>
      </w:r>
      <w:proofErr w:type="spellStart"/>
      <w:r w:rsidRPr="007A0413">
        <w:rPr>
          <w:rFonts w:cs="Times New Roman"/>
          <w:sz w:val="24"/>
        </w:rPr>
        <w:t>Hotărârii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Consiliului</w:t>
      </w:r>
      <w:proofErr w:type="spellEnd"/>
      <w:r w:rsidRPr="007A0413">
        <w:rPr>
          <w:rFonts w:cs="Times New Roman"/>
          <w:sz w:val="24"/>
        </w:rPr>
        <w:t xml:space="preserve"> Local Sector 2 nr. 125/30.04.2026 </w:t>
      </w:r>
      <w:proofErr w:type="spellStart"/>
      <w:r w:rsidRPr="007A0413">
        <w:rPr>
          <w:rFonts w:cs="Times New Roman"/>
          <w:sz w:val="24"/>
        </w:rPr>
        <w:t>privind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aprobarea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organizării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proiectului</w:t>
      </w:r>
      <w:proofErr w:type="spellEnd"/>
      <w:r w:rsidRPr="007A0413">
        <w:rPr>
          <w:rFonts w:cs="Times New Roman"/>
          <w:sz w:val="24"/>
        </w:rPr>
        <w:t xml:space="preserve"> „</w:t>
      </w:r>
      <w:proofErr w:type="spellStart"/>
      <w:r w:rsidRPr="007A0413">
        <w:rPr>
          <w:rFonts w:cs="Times New Roman"/>
          <w:sz w:val="24"/>
        </w:rPr>
        <w:t>Prietenii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Pufoși</w:t>
      </w:r>
      <w:proofErr w:type="spellEnd"/>
      <w:r w:rsidRPr="007A0413">
        <w:rPr>
          <w:rFonts w:cs="Times New Roman"/>
          <w:sz w:val="24"/>
        </w:rPr>
        <w:t xml:space="preserve"> – </w:t>
      </w:r>
      <w:proofErr w:type="spellStart"/>
      <w:r w:rsidRPr="007A0413">
        <w:rPr>
          <w:rFonts w:cs="Times New Roman"/>
          <w:sz w:val="24"/>
        </w:rPr>
        <w:t>Ediția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gramStart"/>
      <w:r w:rsidRPr="007A0413">
        <w:rPr>
          <w:rFonts w:cs="Times New Roman"/>
          <w:sz w:val="24"/>
        </w:rPr>
        <w:t>a</w:t>
      </w:r>
      <w:proofErr w:type="gramEnd"/>
      <w:r w:rsidRPr="007A0413">
        <w:rPr>
          <w:rFonts w:cs="Times New Roman"/>
          <w:sz w:val="24"/>
        </w:rPr>
        <w:t xml:space="preserve"> II-a”, precum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baza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Referatului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necesitate</w:t>
      </w:r>
      <w:proofErr w:type="spellEnd"/>
      <w:r w:rsidRPr="007A0413">
        <w:rPr>
          <w:rFonts w:cs="Times New Roman"/>
          <w:sz w:val="24"/>
        </w:rPr>
        <w:t xml:space="preserve"> nr. 114402/19.06.2026. </w:t>
      </w:r>
      <w:proofErr w:type="spellStart"/>
      <w:r w:rsidRPr="007A0413">
        <w:rPr>
          <w:rFonts w:cs="Times New Roman"/>
          <w:sz w:val="24"/>
        </w:rPr>
        <w:t>Autoritatea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contractantă</w:t>
      </w:r>
      <w:proofErr w:type="spellEnd"/>
      <w:r w:rsidRPr="007A0413">
        <w:rPr>
          <w:rFonts w:cs="Times New Roman"/>
          <w:sz w:val="24"/>
        </w:rPr>
        <w:t xml:space="preserve"> nu </w:t>
      </w:r>
      <w:proofErr w:type="spellStart"/>
      <w:r w:rsidRPr="007A0413">
        <w:rPr>
          <w:rFonts w:cs="Times New Roman"/>
          <w:sz w:val="24"/>
        </w:rPr>
        <w:t>dispune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prin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resurse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proprii</w:t>
      </w:r>
      <w:proofErr w:type="spellEnd"/>
      <w:r w:rsidRPr="007A0413">
        <w:rPr>
          <w:rFonts w:cs="Times New Roman"/>
          <w:sz w:val="24"/>
        </w:rPr>
        <w:t xml:space="preserve">, de </w:t>
      </w:r>
      <w:proofErr w:type="spellStart"/>
      <w:r w:rsidRPr="007A0413">
        <w:rPr>
          <w:rFonts w:cs="Times New Roman"/>
          <w:sz w:val="24"/>
        </w:rPr>
        <w:t>întreaga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logistică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tehnică</w:t>
      </w:r>
      <w:proofErr w:type="spellEnd"/>
      <w:r w:rsidRPr="007A0413">
        <w:rPr>
          <w:rFonts w:cs="Times New Roman"/>
          <w:sz w:val="24"/>
        </w:rPr>
        <w:t xml:space="preserve">, de </w:t>
      </w:r>
      <w:proofErr w:type="spellStart"/>
      <w:r w:rsidRPr="007A0413">
        <w:rPr>
          <w:rFonts w:cs="Times New Roman"/>
          <w:sz w:val="24"/>
        </w:rPr>
        <w:t>resursele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umane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specializate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competențele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artistice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producție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necesare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implementării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unui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eveniment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această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amploare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motiv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care se </w:t>
      </w:r>
      <w:proofErr w:type="spellStart"/>
      <w:r w:rsidRPr="007A0413">
        <w:rPr>
          <w:rFonts w:cs="Times New Roman"/>
          <w:sz w:val="24"/>
        </w:rPr>
        <w:t>impune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contractarea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unui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prestator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specializat</w:t>
      </w:r>
      <w:proofErr w:type="spellEnd"/>
      <w:r w:rsidRPr="007A0413">
        <w:rPr>
          <w:rFonts w:cs="Times New Roman"/>
          <w:sz w:val="24"/>
        </w:rPr>
        <w:t>.</w:t>
      </w:r>
    </w:p>
    <w:p w14:paraId="699FE5F8" w14:textId="77777777" w:rsidR="00EE76A8" w:rsidRPr="007A0413" w:rsidRDefault="00EE76A8" w:rsidP="00EE76A8">
      <w:pPr>
        <w:pStyle w:val="Titlu2"/>
        <w:rPr>
          <w:rFonts w:ascii="Times New Roman" w:hAnsi="Times New Roman" w:cs="Times New Roman"/>
          <w:color w:val="auto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1.3.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Obiectul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contractului</w:t>
      </w:r>
      <w:proofErr w:type="spellEnd"/>
    </w:p>
    <w:p w14:paraId="36465AC6" w14:textId="77777777" w:rsidR="00EE76A8" w:rsidRPr="007A0413" w:rsidRDefault="00EE76A8" w:rsidP="00EE76A8">
      <w:pPr>
        <w:spacing w:line="259" w:lineRule="auto"/>
        <w:ind w:firstLine="369"/>
        <w:rPr>
          <w:rFonts w:cs="Times New Roman"/>
          <w:sz w:val="24"/>
        </w:rPr>
      </w:pPr>
      <w:proofErr w:type="spellStart"/>
      <w:r w:rsidRPr="007A0413">
        <w:rPr>
          <w:rFonts w:cs="Times New Roman"/>
          <w:sz w:val="24"/>
        </w:rPr>
        <w:t>Obiectul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contractului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constituie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prestarea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sistem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integrat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la </w:t>
      </w:r>
      <w:proofErr w:type="spellStart"/>
      <w:r w:rsidRPr="007A0413">
        <w:rPr>
          <w:rFonts w:cs="Times New Roman"/>
          <w:sz w:val="24"/>
        </w:rPr>
        <w:t>cheie</w:t>
      </w:r>
      <w:proofErr w:type="spellEnd"/>
      <w:r w:rsidRPr="007A0413">
        <w:rPr>
          <w:rFonts w:cs="Times New Roman"/>
          <w:sz w:val="24"/>
        </w:rPr>
        <w:t xml:space="preserve">, a </w:t>
      </w:r>
      <w:proofErr w:type="spellStart"/>
      <w:r w:rsidRPr="007A0413">
        <w:rPr>
          <w:rFonts w:cs="Times New Roman"/>
          <w:sz w:val="24"/>
        </w:rPr>
        <w:t>serviciilor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planificare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organizare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producție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coordonare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promovare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implementare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închidere</w:t>
      </w:r>
      <w:proofErr w:type="spellEnd"/>
      <w:r w:rsidRPr="007A0413">
        <w:rPr>
          <w:rFonts w:cs="Times New Roman"/>
          <w:sz w:val="24"/>
        </w:rPr>
        <w:t xml:space="preserve"> a </w:t>
      </w:r>
      <w:proofErr w:type="spellStart"/>
      <w:r w:rsidRPr="007A0413">
        <w:rPr>
          <w:rFonts w:cs="Times New Roman"/>
          <w:sz w:val="24"/>
        </w:rPr>
        <w:t>evenimentului</w:t>
      </w:r>
      <w:proofErr w:type="spellEnd"/>
      <w:r w:rsidRPr="007A0413">
        <w:rPr>
          <w:rFonts w:cs="Times New Roman"/>
          <w:sz w:val="24"/>
        </w:rPr>
        <w:t xml:space="preserve"> „</w:t>
      </w:r>
      <w:proofErr w:type="spellStart"/>
      <w:r w:rsidRPr="007A0413">
        <w:rPr>
          <w:rFonts w:cs="Times New Roman"/>
          <w:sz w:val="24"/>
        </w:rPr>
        <w:t>Prietenii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Pufoși</w:t>
      </w:r>
      <w:proofErr w:type="spellEnd"/>
      <w:r w:rsidRPr="007A0413">
        <w:rPr>
          <w:rFonts w:cs="Times New Roman"/>
          <w:sz w:val="24"/>
        </w:rPr>
        <w:t xml:space="preserve"> – </w:t>
      </w:r>
      <w:proofErr w:type="spellStart"/>
      <w:r w:rsidRPr="007A0413">
        <w:rPr>
          <w:rFonts w:cs="Times New Roman"/>
          <w:sz w:val="24"/>
        </w:rPr>
        <w:t>Ediția</w:t>
      </w:r>
      <w:proofErr w:type="spellEnd"/>
      <w:r w:rsidRPr="007A0413">
        <w:rPr>
          <w:rFonts w:cs="Times New Roman"/>
          <w:sz w:val="24"/>
        </w:rPr>
        <w:t xml:space="preserve"> a II-a”, </w:t>
      </w:r>
      <w:proofErr w:type="spellStart"/>
      <w:r w:rsidRPr="007A0413">
        <w:rPr>
          <w:rFonts w:cs="Times New Roman"/>
          <w:sz w:val="24"/>
        </w:rPr>
        <w:t>inclusiv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furnizarea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tuturor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resurselor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umane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tehnice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logistice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artistice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necesare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obținerea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ori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sprijinirea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obținerii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avizelor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autorizațiilor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desfășurarea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activităților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demontarea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infrastructurii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ecologizarea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amplasamentului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predarea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documentelor</w:t>
      </w:r>
      <w:proofErr w:type="spellEnd"/>
      <w:r w:rsidRPr="007A0413">
        <w:rPr>
          <w:rFonts w:cs="Times New Roman"/>
          <w:sz w:val="24"/>
        </w:rPr>
        <w:t xml:space="preserve"> finale.</w:t>
      </w:r>
    </w:p>
    <w:p w14:paraId="44152530" w14:textId="77777777" w:rsidR="00EE76A8" w:rsidRPr="007A0413" w:rsidRDefault="00EE76A8" w:rsidP="00EE76A8">
      <w:pPr>
        <w:pStyle w:val="Titlu2"/>
        <w:rPr>
          <w:rFonts w:ascii="Times New Roman" w:hAnsi="Times New Roman" w:cs="Times New Roman"/>
          <w:color w:val="auto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Cs w:val="24"/>
        </w:rPr>
        <w:t>1.4. Cod CPV</w:t>
      </w:r>
    </w:p>
    <w:p w14:paraId="7A40724F" w14:textId="77777777" w:rsidR="00EE76A8" w:rsidRPr="007A0413" w:rsidRDefault="00EE76A8" w:rsidP="00EE76A8">
      <w:pPr>
        <w:spacing w:line="259" w:lineRule="auto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Cod CPV principal: 79952000-2 – </w:t>
      </w:r>
      <w:proofErr w:type="spellStart"/>
      <w:r w:rsidRPr="007A0413">
        <w:rPr>
          <w:rFonts w:cs="Times New Roman"/>
          <w:sz w:val="24"/>
        </w:rPr>
        <w:t>Servicii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evenimente</w:t>
      </w:r>
      <w:proofErr w:type="spellEnd"/>
      <w:r w:rsidRPr="007A0413">
        <w:rPr>
          <w:rFonts w:cs="Times New Roman"/>
          <w:sz w:val="24"/>
        </w:rPr>
        <w:t>.</w:t>
      </w:r>
    </w:p>
    <w:p w14:paraId="156E32AB" w14:textId="77777777" w:rsidR="00EE76A8" w:rsidRPr="007A0413" w:rsidRDefault="00EE76A8" w:rsidP="00EE76A8">
      <w:pPr>
        <w:pStyle w:val="Titlu2"/>
        <w:rPr>
          <w:rFonts w:ascii="Times New Roman" w:hAnsi="Times New Roman" w:cs="Times New Roman"/>
          <w:color w:val="auto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1.5.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Locul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de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desfășurare</w:t>
      </w:r>
      <w:proofErr w:type="spellEnd"/>
    </w:p>
    <w:p w14:paraId="3F9A883D" w14:textId="77777777" w:rsidR="00EE76A8" w:rsidRPr="007A0413" w:rsidRDefault="00EE76A8" w:rsidP="00EE76A8">
      <w:pPr>
        <w:spacing w:line="259" w:lineRule="auto"/>
        <w:ind w:firstLine="369"/>
        <w:rPr>
          <w:rFonts w:cs="Times New Roman"/>
          <w:sz w:val="24"/>
        </w:rPr>
      </w:pPr>
      <w:proofErr w:type="spellStart"/>
      <w:r w:rsidRPr="007A0413">
        <w:rPr>
          <w:rFonts w:cs="Times New Roman"/>
          <w:sz w:val="24"/>
        </w:rPr>
        <w:t>Evenimentul</w:t>
      </w:r>
      <w:proofErr w:type="spellEnd"/>
      <w:r w:rsidRPr="007A0413">
        <w:rPr>
          <w:rFonts w:cs="Times New Roman"/>
          <w:sz w:val="24"/>
        </w:rPr>
        <w:t xml:space="preserve"> se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desfășura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Parcul</w:t>
      </w:r>
      <w:proofErr w:type="spellEnd"/>
      <w:r w:rsidRPr="007A0413">
        <w:rPr>
          <w:rFonts w:cs="Times New Roman"/>
          <w:sz w:val="24"/>
        </w:rPr>
        <w:t xml:space="preserve"> Plumbuita, Sector 2, </w:t>
      </w:r>
      <w:proofErr w:type="spellStart"/>
      <w:r w:rsidRPr="007A0413">
        <w:rPr>
          <w:rFonts w:cs="Times New Roman"/>
          <w:sz w:val="24"/>
        </w:rPr>
        <w:t>Municipiul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București</w:t>
      </w:r>
      <w:proofErr w:type="spellEnd"/>
      <w:r w:rsidRPr="007A0413">
        <w:rPr>
          <w:rFonts w:cs="Times New Roman"/>
          <w:sz w:val="24"/>
        </w:rPr>
        <w:t xml:space="preserve">, cu </w:t>
      </w:r>
      <w:proofErr w:type="spellStart"/>
      <w:r w:rsidRPr="007A0413">
        <w:rPr>
          <w:rFonts w:cs="Times New Roman"/>
          <w:sz w:val="24"/>
        </w:rPr>
        <w:t>posibilitatea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utilizării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unor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spații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adiacente</w:t>
      </w:r>
      <w:proofErr w:type="spellEnd"/>
      <w:r w:rsidRPr="007A0413">
        <w:rPr>
          <w:rFonts w:cs="Times New Roman"/>
          <w:sz w:val="24"/>
        </w:rPr>
        <w:t xml:space="preserve"> strict </w:t>
      </w:r>
      <w:proofErr w:type="spellStart"/>
      <w:r w:rsidRPr="007A0413">
        <w:rPr>
          <w:rFonts w:cs="Times New Roman"/>
          <w:sz w:val="24"/>
        </w:rPr>
        <w:t>necesare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organizării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numai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condițiile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obținerii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avizelor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aprobărilor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legale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cu </w:t>
      </w:r>
      <w:proofErr w:type="spellStart"/>
      <w:r w:rsidRPr="007A0413">
        <w:rPr>
          <w:rFonts w:cs="Times New Roman"/>
          <w:sz w:val="24"/>
        </w:rPr>
        <w:t>acordul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prealabil</w:t>
      </w:r>
      <w:proofErr w:type="spellEnd"/>
      <w:r w:rsidRPr="007A0413">
        <w:rPr>
          <w:rFonts w:cs="Times New Roman"/>
          <w:sz w:val="24"/>
        </w:rPr>
        <w:t xml:space="preserve"> al </w:t>
      </w:r>
      <w:proofErr w:type="spellStart"/>
      <w:r w:rsidRPr="007A0413">
        <w:rPr>
          <w:rFonts w:cs="Times New Roman"/>
          <w:sz w:val="24"/>
        </w:rPr>
        <w:t>autorității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contractante</w:t>
      </w:r>
      <w:proofErr w:type="spellEnd"/>
      <w:r w:rsidRPr="007A0413">
        <w:rPr>
          <w:rFonts w:cs="Times New Roman"/>
          <w:sz w:val="24"/>
        </w:rPr>
        <w:t>.</w:t>
      </w:r>
    </w:p>
    <w:p w14:paraId="266955E4" w14:textId="77777777" w:rsidR="00EE76A8" w:rsidRPr="007A0413" w:rsidRDefault="00EE76A8" w:rsidP="00EE76A8">
      <w:pPr>
        <w:pStyle w:val="Titlu2"/>
        <w:rPr>
          <w:rFonts w:ascii="Times New Roman" w:hAnsi="Times New Roman" w:cs="Times New Roman"/>
          <w:color w:val="auto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1.6.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Perioada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programul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orientativ</w:t>
      </w:r>
      <w:proofErr w:type="spellEnd"/>
    </w:p>
    <w:p w14:paraId="3210DB7A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b/>
          <w:sz w:val="24"/>
        </w:rPr>
        <w:t>Perioada</w:t>
      </w:r>
      <w:proofErr w:type="spellEnd"/>
      <w:r w:rsidRPr="007A0413">
        <w:rPr>
          <w:rFonts w:cs="Times New Roman"/>
          <w:b/>
          <w:sz w:val="24"/>
        </w:rPr>
        <w:t xml:space="preserve"> </w:t>
      </w:r>
      <w:proofErr w:type="spellStart"/>
      <w:r w:rsidRPr="007A0413">
        <w:rPr>
          <w:rFonts w:cs="Times New Roman"/>
          <w:b/>
          <w:sz w:val="24"/>
        </w:rPr>
        <w:t>evenimentului</w:t>
      </w:r>
      <w:proofErr w:type="spellEnd"/>
      <w:r w:rsidRPr="007A0413">
        <w:rPr>
          <w:rFonts w:cs="Times New Roman"/>
          <w:b/>
          <w:sz w:val="24"/>
        </w:rPr>
        <w:t xml:space="preserve">: </w:t>
      </w:r>
      <w:r w:rsidRPr="007A0413">
        <w:rPr>
          <w:rFonts w:cs="Times New Roman"/>
          <w:sz w:val="24"/>
        </w:rPr>
        <w:t xml:space="preserve">25–27 </w:t>
      </w:r>
      <w:proofErr w:type="spellStart"/>
      <w:r w:rsidRPr="007A0413">
        <w:rPr>
          <w:rFonts w:cs="Times New Roman"/>
          <w:sz w:val="24"/>
        </w:rPr>
        <w:t>septembrie</w:t>
      </w:r>
      <w:proofErr w:type="spellEnd"/>
      <w:r w:rsidRPr="007A0413">
        <w:rPr>
          <w:rFonts w:cs="Times New Roman"/>
          <w:sz w:val="24"/>
        </w:rPr>
        <w:t xml:space="preserve"> 2026, </w:t>
      </w:r>
      <w:proofErr w:type="spellStart"/>
      <w:r w:rsidRPr="007A0413">
        <w:rPr>
          <w:rFonts w:cs="Times New Roman"/>
          <w:sz w:val="24"/>
        </w:rPr>
        <w:t>trei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zile</w:t>
      </w:r>
      <w:proofErr w:type="spellEnd"/>
      <w:r w:rsidRPr="007A0413">
        <w:rPr>
          <w:rFonts w:cs="Times New Roman"/>
          <w:sz w:val="24"/>
        </w:rPr>
        <w:t xml:space="preserve"> consecutive: </w:t>
      </w:r>
      <w:proofErr w:type="spellStart"/>
      <w:r w:rsidRPr="007A0413">
        <w:rPr>
          <w:rFonts w:cs="Times New Roman"/>
          <w:sz w:val="24"/>
        </w:rPr>
        <w:t>vineri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sâmbătă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duminică</w:t>
      </w:r>
      <w:proofErr w:type="spellEnd"/>
      <w:r w:rsidRPr="007A0413">
        <w:rPr>
          <w:rFonts w:cs="Times New Roman"/>
          <w:sz w:val="24"/>
        </w:rPr>
        <w:t>.</w:t>
      </w:r>
    </w:p>
    <w:p w14:paraId="4BC0B461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b/>
          <w:sz w:val="24"/>
        </w:rPr>
        <w:t>Programul</w:t>
      </w:r>
      <w:proofErr w:type="spellEnd"/>
      <w:r w:rsidRPr="007A0413">
        <w:rPr>
          <w:rFonts w:cs="Times New Roman"/>
          <w:b/>
          <w:sz w:val="24"/>
        </w:rPr>
        <w:t xml:space="preserve"> de </w:t>
      </w:r>
      <w:proofErr w:type="spellStart"/>
      <w:r w:rsidRPr="007A0413">
        <w:rPr>
          <w:rFonts w:cs="Times New Roman"/>
          <w:b/>
          <w:sz w:val="24"/>
        </w:rPr>
        <w:t>acces</w:t>
      </w:r>
      <w:proofErr w:type="spellEnd"/>
      <w:r w:rsidRPr="007A0413">
        <w:rPr>
          <w:rFonts w:cs="Times New Roman"/>
          <w:b/>
          <w:sz w:val="24"/>
        </w:rPr>
        <w:t xml:space="preserve"> al </w:t>
      </w:r>
      <w:proofErr w:type="spellStart"/>
      <w:r w:rsidRPr="007A0413">
        <w:rPr>
          <w:rFonts w:cs="Times New Roman"/>
          <w:b/>
          <w:sz w:val="24"/>
        </w:rPr>
        <w:t>publicului</w:t>
      </w:r>
      <w:proofErr w:type="spellEnd"/>
      <w:r w:rsidRPr="007A0413">
        <w:rPr>
          <w:rFonts w:cs="Times New Roman"/>
          <w:b/>
          <w:sz w:val="24"/>
        </w:rPr>
        <w:t xml:space="preserve">: </w:t>
      </w:r>
      <w:r w:rsidRPr="007A0413">
        <w:rPr>
          <w:rFonts w:cs="Times New Roman"/>
          <w:sz w:val="24"/>
        </w:rPr>
        <w:t>10:00–22:00.</w:t>
      </w:r>
    </w:p>
    <w:p w14:paraId="3AD4DE02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b/>
          <w:sz w:val="24"/>
        </w:rPr>
        <w:t>Programul</w:t>
      </w:r>
      <w:proofErr w:type="spellEnd"/>
      <w:r w:rsidRPr="007A0413">
        <w:rPr>
          <w:rFonts w:cs="Times New Roman"/>
          <w:b/>
          <w:sz w:val="24"/>
        </w:rPr>
        <w:t xml:space="preserve"> </w:t>
      </w:r>
      <w:proofErr w:type="spellStart"/>
      <w:r w:rsidRPr="007A0413">
        <w:rPr>
          <w:rFonts w:cs="Times New Roman"/>
          <w:b/>
          <w:sz w:val="24"/>
        </w:rPr>
        <w:t>zonei</w:t>
      </w:r>
      <w:proofErr w:type="spellEnd"/>
      <w:r w:rsidRPr="007A0413">
        <w:rPr>
          <w:rFonts w:cs="Times New Roman"/>
          <w:b/>
          <w:sz w:val="24"/>
        </w:rPr>
        <w:t xml:space="preserve"> de </w:t>
      </w:r>
      <w:proofErr w:type="spellStart"/>
      <w:r w:rsidRPr="007A0413">
        <w:rPr>
          <w:rFonts w:cs="Times New Roman"/>
          <w:b/>
          <w:sz w:val="24"/>
        </w:rPr>
        <w:t>adopții</w:t>
      </w:r>
      <w:proofErr w:type="spellEnd"/>
      <w:r w:rsidRPr="007A0413">
        <w:rPr>
          <w:rFonts w:cs="Times New Roman"/>
          <w:b/>
          <w:sz w:val="24"/>
        </w:rPr>
        <w:t xml:space="preserve"> </w:t>
      </w:r>
      <w:proofErr w:type="spellStart"/>
      <w:r w:rsidRPr="007A0413">
        <w:rPr>
          <w:rFonts w:cs="Times New Roman"/>
          <w:b/>
          <w:sz w:val="24"/>
        </w:rPr>
        <w:t>și</w:t>
      </w:r>
      <w:proofErr w:type="spellEnd"/>
      <w:r w:rsidRPr="007A0413">
        <w:rPr>
          <w:rFonts w:cs="Times New Roman"/>
          <w:b/>
          <w:sz w:val="24"/>
        </w:rPr>
        <w:t xml:space="preserve"> al </w:t>
      </w:r>
      <w:proofErr w:type="spellStart"/>
      <w:r w:rsidRPr="007A0413">
        <w:rPr>
          <w:rFonts w:cs="Times New Roman"/>
          <w:b/>
          <w:sz w:val="24"/>
        </w:rPr>
        <w:t>prezentărilor</w:t>
      </w:r>
      <w:proofErr w:type="spellEnd"/>
      <w:r w:rsidRPr="007A0413">
        <w:rPr>
          <w:rFonts w:cs="Times New Roman"/>
          <w:b/>
          <w:sz w:val="24"/>
        </w:rPr>
        <w:t xml:space="preserve"> cu </w:t>
      </w:r>
      <w:proofErr w:type="spellStart"/>
      <w:r w:rsidRPr="007A0413">
        <w:rPr>
          <w:rFonts w:cs="Times New Roman"/>
          <w:b/>
          <w:sz w:val="24"/>
        </w:rPr>
        <w:t>animale</w:t>
      </w:r>
      <w:proofErr w:type="spellEnd"/>
      <w:r w:rsidRPr="007A0413">
        <w:rPr>
          <w:rFonts w:cs="Times New Roman"/>
          <w:b/>
          <w:sz w:val="24"/>
        </w:rPr>
        <w:t xml:space="preserve">: </w:t>
      </w:r>
      <w:r w:rsidRPr="007A0413">
        <w:rPr>
          <w:rFonts w:cs="Times New Roman"/>
          <w:sz w:val="24"/>
        </w:rPr>
        <w:t>10:00–18:00.</w:t>
      </w:r>
    </w:p>
    <w:p w14:paraId="1355B45E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b/>
          <w:sz w:val="24"/>
        </w:rPr>
        <w:t>Programul</w:t>
      </w:r>
      <w:proofErr w:type="spellEnd"/>
      <w:r w:rsidRPr="007A0413">
        <w:rPr>
          <w:rFonts w:cs="Times New Roman"/>
          <w:b/>
          <w:sz w:val="24"/>
        </w:rPr>
        <w:t xml:space="preserve"> </w:t>
      </w:r>
      <w:proofErr w:type="spellStart"/>
      <w:r w:rsidRPr="007A0413">
        <w:rPr>
          <w:rFonts w:cs="Times New Roman"/>
          <w:b/>
          <w:sz w:val="24"/>
        </w:rPr>
        <w:t>concertelor</w:t>
      </w:r>
      <w:proofErr w:type="spellEnd"/>
      <w:r w:rsidRPr="007A0413">
        <w:rPr>
          <w:rFonts w:cs="Times New Roman"/>
          <w:b/>
          <w:sz w:val="24"/>
        </w:rPr>
        <w:t xml:space="preserve"> </w:t>
      </w:r>
      <w:proofErr w:type="spellStart"/>
      <w:r w:rsidRPr="007A0413">
        <w:rPr>
          <w:rFonts w:cs="Times New Roman"/>
          <w:b/>
          <w:sz w:val="24"/>
        </w:rPr>
        <w:t>și</w:t>
      </w:r>
      <w:proofErr w:type="spellEnd"/>
      <w:r w:rsidRPr="007A0413">
        <w:rPr>
          <w:rFonts w:cs="Times New Roman"/>
          <w:b/>
          <w:sz w:val="24"/>
        </w:rPr>
        <w:t xml:space="preserve"> al </w:t>
      </w:r>
      <w:proofErr w:type="spellStart"/>
      <w:r w:rsidRPr="007A0413">
        <w:rPr>
          <w:rFonts w:cs="Times New Roman"/>
          <w:b/>
          <w:sz w:val="24"/>
        </w:rPr>
        <w:t>activităților</w:t>
      </w:r>
      <w:proofErr w:type="spellEnd"/>
      <w:r w:rsidRPr="007A0413">
        <w:rPr>
          <w:rFonts w:cs="Times New Roman"/>
          <w:b/>
          <w:sz w:val="24"/>
        </w:rPr>
        <w:t xml:space="preserve"> de </w:t>
      </w:r>
      <w:proofErr w:type="spellStart"/>
      <w:r w:rsidRPr="007A0413">
        <w:rPr>
          <w:rFonts w:cs="Times New Roman"/>
          <w:b/>
          <w:sz w:val="24"/>
        </w:rPr>
        <w:t>scenă</w:t>
      </w:r>
      <w:proofErr w:type="spellEnd"/>
      <w:r w:rsidRPr="007A0413">
        <w:rPr>
          <w:rFonts w:cs="Times New Roman"/>
          <w:b/>
          <w:sz w:val="24"/>
        </w:rPr>
        <w:t xml:space="preserve">: </w:t>
      </w:r>
      <w:r w:rsidRPr="007A0413">
        <w:rPr>
          <w:rFonts w:cs="Times New Roman"/>
          <w:sz w:val="24"/>
        </w:rPr>
        <w:t xml:space="preserve">18:00–22:00, </w:t>
      </w:r>
      <w:proofErr w:type="spellStart"/>
      <w:r w:rsidRPr="007A0413">
        <w:rPr>
          <w:rFonts w:cs="Times New Roman"/>
          <w:sz w:val="24"/>
        </w:rPr>
        <w:t>într</w:t>
      </w:r>
      <w:proofErr w:type="spellEnd"/>
      <w:r w:rsidRPr="007A0413">
        <w:rPr>
          <w:rFonts w:cs="Times New Roman"/>
          <w:sz w:val="24"/>
        </w:rPr>
        <w:t xml:space="preserve">-o </w:t>
      </w:r>
      <w:proofErr w:type="spellStart"/>
      <w:r w:rsidRPr="007A0413">
        <w:rPr>
          <w:rFonts w:cs="Times New Roman"/>
          <w:sz w:val="24"/>
        </w:rPr>
        <w:t>zonă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distinctă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separată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funcțional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zonele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care sunt </w:t>
      </w:r>
      <w:proofErr w:type="spellStart"/>
      <w:r w:rsidRPr="007A0413">
        <w:rPr>
          <w:rFonts w:cs="Times New Roman"/>
          <w:sz w:val="24"/>
        </w:rPr>
        <w:t>prezente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animalele</w:t>
      </w:r>
      <w:proofErr w:type="spellEnd"/>
      <w:r w:rsidRPr="007A0413">
        <w:rPr>
          <w:rFonts w:cs="Times New Roman"/>
          <w:sz w:val="24"/>
        </w:rPr>
        <w:t>.</w:t>
      </w:r>
    </w:p>
    <w:p w14:paraId="59F5321E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b/>
          <w:sz w:val="24"/>
        </w:rPr>
        <w:t>Ceremonia</w:t>
      </w:r>
      <w:proofErr w:type="spellEnd"/>
      <w:r w:rsidRPr="007A0413">
        <w:rPr>
          <w:rFonts w:cs="Times New Roman"/>
          <w:b/>
          <w:sz w:val="24"/>
        </w:rPr>
        <w:t xml:space="preserve"> </w:t>
      </w:r>
      <w:proofErr w:type="spellStart"/>
      <w:r w:rsidRPr="007A0413">
        <w:rPr>
          <w:rFonts w:cs="Times New Roman"/>
          <w:b/>
          <w:sz w:val="24"/>
        </w:rPr>
        <w:t>oficială</w:t>
      </w:r>
      <w:proofErr w:type="spellEnd"/>
      <w:r w:rsidRPr="007A0413">
        <w:rPr>
          <w:rFonts w:cs="Times New Roman"/>
          <w:b/>
          <w:sz w:val="24"/>
        </w:rPr>
        <w:t xml:space="preserve"> de </w:t>
      </w:r>
      <w:proofErr w:type="spellStart"/>
      <w:r w:rsidRPr="007A0413">
        <w:rPr>
          <w:rFonts w:cs="Times New Roman"/>
          <w:b/>
          <w:sz w:val="24"/>
        </w:rPr>
        <w:t>deschidere</w:t>
      </w:r>
      <w:proofErr w:type="spellEnd"/>
      <w:r w:rsidRPr="007A0413">
        <w:rPr>
          <w:rFonts w:cs="Times New Roman"/>
          <w:b/>
          <w:sz w:val="24"/>
        </w:rPr>
        <w:t xml:space="preserve">: </w:t>
      </w:r>
      <w:proofErr w:type="spellStart"/>
      <w:r w:rsidRPr="007A0413">
        <w:rPr>
          <w:rFonts w:cs="Times New Roman"/>
          <w:sz w:val="24"/>
        </w:rPr>
        <w:t>vineri</w:t>
      </w:r>
      <w:proofErr w:type="spellEnd"/>
      <w:r w:rsidRPr="007A0413">
        <w:rPr>
          <w:rFonts w:cs="Times New Roman"/>
          <w:sz w:val="24"/>
        </w:rPr>
        <w:t xml:space="preserve">, 25 </w:t>
      </w:r>
      <w:proofErr w:type="spellStart"/>
      <w:r w:rsidRPr="007A0413">
        <w:rPr>
          <w:rFonts w:cs="Times New Roman"/>
          <w:sz w:val="24"/>
        </w:rPr>
        <w:t>septembrie</w:t>
      </w:r>
      <w:proofErr w:type="spellEnd"/>
      <w:r w:rsidRPr="007A0413">
        <w:rPr>
          <w:rFonts w:cs="Times New Roman"/>
          <w:sz w:val="24"/>
        </w:rPr>
        <w:t xml:space="preserve"> 2026, ora 12:00.</w:t>
      </w:r>
    </w:p>
    <w:p w14:paraId="2E909D0A" w14:textId="77777777" w:rsidR="00EE76A8" w:rsidRPr="007A0413" w:rsidRDefault="00EE76A8" w:rsidP="00EE76A8">
      <w:pPr>
        <w:spacing w:line="259" w:lineRule="auto"/>
        <w:ind w:firstLine="369"/>
        <w:rPr>
          <w:rFonts w:cs="Times New Roman"/>
          <w:sz w:val="24"/>
        </w:rPr>
      </w:pPr>
      <w:proofErr w:type="spellStart"/>
      <w:r w:rsidRPr="007A0413">
        <w:rPr>
          <w:rFonts w:cs="Times New Roman"/>
          <w:sz w:val="24"/>
        </w:rPr>
        <w:t>Programul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poate</w:t>
      </w:r>
      <w:proofErr w:type="spellEnd"/>
      <w:r w:rsidRPr="007A0413">
        <w:rPr>
          <w:rFonts w:cs="Times New Roman"/>
          <w:sz w:val="24"/>
        </w:rPr>
        <w:t xml:space="preserve"> fi </w:t>
      </w:r>
      <w:proofErr w:type="spellStart"/>
      <w:r w:rsidRPr="007A0413">
        <w:rPr>
          <w:rFonts w:cs="Times New Roman"/>
          <w:sz w:val="24"/>
        </w:rPr>
        <w:t>ajustat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autoritatea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contractantă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funcție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condițiile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meteorologice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cerințele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rezultate</w:t>
      </w:r>
      <w:proofErr w:type="spellEnd"/>
      <w:r w:rsidRPr="007A0413">
        <w:rPr>
          <w:rFonts w:cs="Times New Roman"/>
          <w:sz w:val="24"/>
        </w:rPr>
        <w:t xml:space="preserve"> din </w:t>
      </w:r>
      <w:proofErr w:type="spellStart"/>
      <w:r w:rsidRPr="007A0413">
        <w:rPr>
          <w:rFonts w:cs="Times New Roman"/>
          <w:sz w:val="24"/>
        </w:rPr>
        <w:t>avizele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autorizațiile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emise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sau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necesitățile</w:t>
      </w:r>
      <w:proofErr w:type="spellEnd"/>
      <w:r w:rsidRPr="007A0413">
        <w:rPr>
          <w:rFonts w:cs="Times New Roman"/>
          <w:sz w:val="24"/>
        </w:rPr>
        <w:t xml:space="preserve"> operative </w:t>
      </w:r>
      <w:proofErr w:type="spellStart"/>
      <w:r w:rsidRPr="007A0413">
        <w:rPr>
          <w:rFonts w:cs="Times New Roman"/>
          <w:sz w:val="24"/>
        </w:rPr>
        <w:t>privind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siguranța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buna </w:t>
      </w:r>
      <w:proofErr w:type="spellStart"/>
      <w:r w:rsidRPr="007A0413">
        <w:rPr>
          <w:rFonts w:cs="Times New Roman"/>
          <w:sz w:val="24"/>
        </w:rPr>
        <w:t>desfășurare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gramStart"/>
      <w:r w:rsidRPr="007A0413">
        <w:rPr>
          <w:rFonts w:cs="Times New Roman"/>
          <w:sz w:val="24"/>
        </w:rPr>
        <w:t>a</w:t>
      </w:r>
      <w:proofErr w:type="gram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evenimentului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fără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modificarea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obiectului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contractului</w:t>
      </w:r>
      <w:proofErr w:type="spellEnd"/>
      <w:r w:rsidRPr="007A0413">
        <w:rPr>
          <w:rFonts w:cs="Times New Roman"/>
          <w:sz w:val="24"/>
        </w:rPr>
        <w:t xml:space="preserve">. Orice </w:t>
      </w:r>
      <w:proofErr w:type="spellStart"/>
      <w:r w:rsidRPr="007A0413">
        <w:rPr>
          <w:rFonts w:cs="Times New Roman"/>
          <w:sz w:val="24"/>
        </w:rPr>
        <w:t>modificare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fi </w:t>
      </w:r>
      <w:proofErr w:type="spellStart"/>
      <w:r w:rsidRPr="007A0413">
        <w:rPr>
          <w:rFonts w:cs="Times New Roman"/>
          <w:sz w:val="24"/>
        </w:rPr>
        <w:t>comunicată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scris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prestatorului</w:t>
      </w:r>
      <w:proofErr w:type="spellEnd"/>
      <w:r w:rsidRPr="007A0413">
        <w:rPr>
          <w:rFonts w:cs="Times New Roman"/>
          <w:sz w:val="24"/>
        </w:rPr>
        <w:t>.</w:t>
      </w:r>
    </w:p>
    <w:p w14:paraId="7CE550EF" w14:textId="77777777" w:rsidR="00EE76A8" w:rsidRPr="007A0413" w:rsidRDefault="00EE76A8" w:rsidP="00EE76A8">
      <w:pPr>
        <w:pStyle w:val="Titlu2"/>
        <w:rPr>
          <w:rFonts w:ascii="Times New Roman" w:hAnsi="Times New Roman" w:cs="Times New Roman"/>
          <w:color w:val="auto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Cs w:val="24"/>
        </w:rPr>
        <w:lastRenderedPageBreak/>
        <w:t xml:space="preserve">1.7.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Clauza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suspensivă</w:t>
      </w:r>
      <w:proofErr w:type="spellEnd"/>
    </w:p>
    <w:p w14:paraId="045EEBE5" w14:textId="77777777" w:rsidR="00EE76A8" w:rsidRPr="007A0413" w:rsidRDefault="00EE76A8" w:rsidP="00EE76A8">
      <w:pPr>
        <w:spacing w:line="259" w:lineRule="auto"/>
        <w:ind w:firstLine="369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Finanțarea</w:t>
      </w:r>
      <w:proofErr w:type="spellEnd"/>
      <w:r w:rsidRPr="007A0413">
        <w:rPr>
          <w:rFonts w:cs="Times New Roman"/>
          <w:sz w:val="24"/>
        </w:rPr>
        <w:t xml:space="preserve"> se </w:t>
      </w:r>
      <w:proofErr w:type="spellStart"/>
      <w:r w:rsidRPr="007A0413">
        <w:rPr>
          <w:rFonts w:cs="Times New Roman"/>
          <w:sz w:val="24"/>
        </w:rPr>
        <w:t>asigură</w:t>
      </w:r>
      <w:proofErr w:type="spellEnd"/>
      <w:r w:rsidRPr="007A0413">
        <w:rPr>
          <w:rFonts w:cs="Times New Roman"/>
          <w:sz w:val="24"/>
        </w:rPr>
        <w:t xml:space="preserve"> din </w:t>
      </w:r>
      <w:proofErr w:type="spellStart"/>
      <w:r w:rsidRPr="007A0413">
        <w:rPr>
          <w:rFonts w:cs="Times New Roman"/>
          <w:sz w:val="24"/>
        </w:rPr>
        <w:t>bugetul</w:t>
      </w:r>
      <w:proofErr w:type="spellEnd"/>
      <w:r w:rsidRPr="007A0413">
        <w:rPr>
          <w:rFonts w:cs="Times New Roman"/>
          <w:sz w:val="24"/>
        </w:rPr>
        <w:t xml:space="preserve"> local al </w:t>
      </w:r>
      <w:proofErr w:type="spellStart"/>
      <w:r w:rsidRPr="007A0413">
        <w:rPr>
          <w:rFonts w:cs="Times New Roman"/>
          <w:sz w:val="24"/>
        </w:rPr>
        <w:t>Sectorului</w:t>
      </w:r>
      <w:proofErr w:type="spellEnd"/>
      <w:r w:rsidRPr="007A0413">
        <w:rPr>
          <w:rFonts w:cs="Times New Roman"/>
          <w:sz w:val="24"/>
        </w:rPr>
        <w:t xml:space="preserve"> 2,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limita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creditelor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bugetare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aprobate</w:t>
      </w:r>
      <w:proofErr w:type="spellEnd"/>
      <w:r w:rsidRPr="007A0413">
        <w:rPr>
          <w:rFonts w:cs="Times New Roman"/>
          <w:sz w:val="24"/>
        </w:rPr>
        <w:t xml:space="preserve">, precum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după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caz</w:t>
      </w:r>
      <w:proofErr w:type="spellEnd"/>
      <w:r w:rsidRPr="007A0413">
        <w:rPr>
          <w:rFonts w:cs="Times New Roman"/>
          <w:sz w:val="24"/>
        </w:rPr>
        <w:t xml:space="preserve">, din </w:t>
      </w:r>
      <w:proofErr w:type="spellStart"/>
      <w:r w:rsidRPr="007A0413">
        <w:rPr>
          <w:rFonts w:cs="Times New Roman"/>
          <w:sz w:val="24"/>
        </w:rPr>
        <w:t>sponsorizări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donații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parteneriate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ori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alte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surse</w:t>
      </w:r>
      <w:proofErr w:type="spellEnd"/>
      <w:r w:rsidRPr="007A0413">
        <w:rPr>
          <w:rFonts w:cs="Times New Roman"/>
          <w:sz w:val="24"/>
        </w:rPr>
        <w:t xml:space="preserve"> legal </w:t>
      </w:r>
      <w:proofErr w:type="spellStart"/>
      <w:r w:rsidRPr="007A0413">
        <w:rPr>
          <w:rFonts w:cs="Times New Roman"/>
          <w:sz w:val="24"/>
        </w:rPr>
        <w:t>constituite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condițiile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stabilite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autoritatea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contractantă</w:t>
      </w:r>
      <w:proofErr w:type="spellEnd"/>
      <w:r w:rsidRPr="007A0413">
        <w:rPr>
          <w:rFonts w:cs="Times New Roman"/>
          <w:sz w:val="24"/>
        </w:rPr>
        <w:t>.</w:t>
      </w:r>
    </w:p>
    <w:tbl>
      <w:tblPr>
        <w:tblW w:w="9524" w:type="dxa"/>
        <w:jc w:val="center"/>
        <w:tblLayout w:type="fixed"/>
        <w:tblLook w:val="04A0" w:firstRow="1" w:lastRow="0" w:firstColumn="1" w:lastColumn="0" w:noHBand="0" w:noVBand="1"/>
      </w:tblPr>
      <w:tblGrid>
        <w:gridCol w:w="9524"/>
      </w:tblGrid>
      <w:tr w:rsidR="00EE76A8" w:rsidRPr="007A0413" w14:paraId="36D38624" w14:textId="77777777" w:rsidTr="007E0AAE">
        <w:trPr>
          <w:jc w:val="center"/>
        </w:trPr>
        <w:tc>
          <w:tcPr>
            <w:tcW w:w="9524" w:type="dxa"/>
            <w:tcBorders>
              <w:top w:val="single" w:sz="4" w:space="0" w:color="8EA9C1"/>
              <w:left w:val="single" w:sz="18" w:space="0" w:color="0A4F9E"/>
              <w:bottom w:val="single" w:sz="4" w:space="0" w:color="8EA9C1"/>
              <w:right w:val="single" w:sz="4" w:space="0" w:color="8EA9C1"/>
            </w:tcBorders>
            <w:tcMar>
              <w:top w:w="120" w:type="dxa"/>
              <w:left w:w="170" w:type="dxa"/>
              <w:bottom w:w="120" w:type="dxa"/>
              <w:right w:w="170" w:type="dxa"/>
            </w:tcMar>
          </w:tcPr>
          <w:p w14:paraId="488C6876" w14:textId="77777777" w:rsidR="00EE76A8" w:rsidRPr="007A0413" w:rsidRDefault="00EE76A8" w:rsidP="007E0AAE">
            <w:pPr>
              <w:spacing w:after="60"/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b/>
                <w:sz w:val="24"/>
              </w:rPr>
              <w:t>Clauză</w:t>
            </w:r>
            <w:proofErr w:type="spellEnd"/>
            <w:r w:rsidRPr="007A0413">
              <w:rPr>
                <w:rFonts w:cs="Times New Roman"/>
                <w:b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b/>
                <w:sz w:val="24"/>
              </w:rPr>
              <w:t>suspensivă</w:t>
            </w:r>
            <w:proofErr w:type="spellEnd"/>
          </w:p>
          <w:p w14:paraId="4D906084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Procedura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atribuire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poate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fi </w:t>
            </w:r>
            <w:proofErr w:type="spellStart"/>
            <w:r w:rsidRPr="007A0413">
              <w:rPr>
                <w:rFonts w:cs="Times New Roman"/>
                <w:sz w:val="24"/>
              </w:rPr>
              <w:t>derulată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anterior </w:t>
            </w:r>
            <w:proofErr w:type="spellStart"/>
            <w:r w:rsidRPr="007A0413">
              <w:rPr>
                <w:rFonts w:cs="Times New Roman"/>
                <w:sz w:val="24"/>
              </w:rPr>
              <w:t>alocării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integrale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a </w:t>
            </w:r>
            <w:proofErr w:type="spellStart"/>
            <w:r w:rsidRPr="007A0413">
              <w:rPr>
                <w:rFonts w:cs="Times New Roman"/>
                <w:sz w:val="24"/>
              </w:rPr>
              <w:t>creditelor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bugetare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însă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încheierea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contractului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este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condiționată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existența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aprobarea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creditelor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bugetare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cu </w:t>
            </w:r>
            <w:proofErr w:type="spellStart"/>
            <w:r w:rsidRPr="007A0413">
              <w:rPr>
                <w:rFonts w:cs="Times New Roman"/>
                <w:sz w:val="24"/>
              </w:rPr>
              <w:t>această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destinație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. </w:t>
            </w:r>
            <w:proofErr w:type="spellStart"/>
            <w:r w:rsidRPr="007A0413">
              <w:rPr>
                <w:rFonts w:cs="Times New Roman"/>
                <w:sz w:val="24"/>
              </w:rPr>
              <w:t>Condițiile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complete ale </w:t>
            </w:r>
            <w:proofErr w:type="spellStart"/>
            <w:r w:rsidRPr="007A0413">
              <w:rPr>
                <w:rFonts w:cs="Times New Roman"/>
                <w:sz w:val="24"/>
              </w:rPr>
              <w:t>clauzei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suspensive se </w:t>
            </w:r>
            <w:proofErr w:type="spellStart"/>
            <w:r w:rsidRPr="007A0413">
              <w:rPr>
                <w:rFonts w:cs="Times New Roman"/>
                <w:sz w:val="24"/>
              </w:rPr>
              <w:t>vor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prelua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în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documentația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atribuire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în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proiectul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contract.</w:t>
            </w:r>
          </w:p>
        </w:tc>
      </w:tr>
    </w:tbl>
    <w:p w14:paraId="6BCDD2EA" w14:textId="77777777" w:rsidR="00EE76A8" w:rsidRPr="007A0413" w:rsidRDefault="00EE76A8" w:rsidP="00EE76A8">
      <w:pPr>
        <w:rPr>
          <w:rFonts w:cs="Times New Roman"/>
          <w:sz w:val="24"/>
        </w:rPr>
      </w:pPr>
    </w:p>
    <w:p w14:paraId="522151EB" w14:textId="77777777" w:rsidR="00EE76A8" w:rsidRPr="007A0413" w:rsidRDefault="00EE76A8" w:rsidP="00EE76A8">
      <w:pPr>
        <w:pStyle w:val="Titlu2"/>
        <w:rPr>
          <w:rFonts w:ascii="Times New Roman" w:hAnsi="Times New Roman" w:cs="Times New Roman"/>
          <w:color w:val="auto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1.8. Natura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întinderea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obligației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prestatorului</w:t>
      </w:r>
      <w:proofErr w:type="spellEnd"/>
    </w:p>
    <w:p w14:paraId="63508866" w14:textId="77777777" w:rsidR="00EE76A8" w:rsidRPr="007A0413" w:rsidRDefault="00EE76A8" w:rsidP="00EE76A8">
      <w:pPr>
        <w:spacing w:line="259" w:lineRule="auto"/>
        <w:ind w:firstLine="369"/>
        <w:rPr>
          <w:rFonts w:cs="Times New Roman"/>
          <w:sz w:val="24"/>
        </w:rPr>
      </w:pPr>
      <w:proofErr w:type="spellStart"/>
      <w:r w:rsidRPr="007A0413">
        <w:rPr>
          <w:rFonts w:cs="Times New Roman"/>
          <w:sz w:val="24"/>
        </w:rPr>
        <w:t>Prestatorul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asigura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toate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operațiunile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resursele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necesare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îndeplinirii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cerințelor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prevăzute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expres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prezentul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Caiet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sarcini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anexele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acestuia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inclusiv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operațiunile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auxiliare</w:t>
      </w:r>
      <w:proofErr w:type="spellEnd"/>
      <w:r w:rsidRPr="007A0413">
        <w:rPr>
          <w:rFonts w:cs="Times New Roman"/>
          <w:sz w:val="24"/>
        </w:rPr>
        <w:t xml:space="preserve"> direct </w:t>
      </w:r>
      <w:proofErr w:type="spellStart"/>
      <w:r w:rsidRPr="007A0413">
        <w:rPr>
          <w:rFonts w:cs="Times New Roman"/>
          <w:sz w:val="24"/>
        </w:rPr>
        <w:t>necesare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realizării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acestora</w:t>
      </w:r>
      <w:proofErr w:type="spellEnd"/>
      <w:r w:rsidRPr="007A0413">
        <w:rPr>
          <w:rFonts w:cs="Times New Roman"/>
          <w:sz w:val="24"/>
        </w:rPr>
        <w:t xml:space="preserve">. </w:t>
      </w:r>
      <w:proofErr w:type="spellStart"/>
      <w:r w:rsidRPr="007A0413">
        <w:rPr>
          <w:rFonts w:cs="Times New Roman"/>
          <w:sz w:val="24"/>
        </w:rPr>
        <w:t>Costurile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aferente</w:t>
      </w:r>
      <w:proofErr w:type="spellEnd"/>
      <w:r w:rsidRPr="007A0413">
        <w:rPr>
          <w:rFonts w:cs="Times New Roman"/>
          <w:sz w:val="24"/>
        </w:rPr>
        <w:t xml:space="preserve"> sunt </w:t>
      </w:r>
      <w:proofErr w:type="spellStart"/>
      <w:r w:rsidRPr="007A0413">
        <w:rPr>
          <w:rFonts w:cs="Times New Roman"/>
          <w:sz w:val="24"/>
        </w:rPr>
        <w:t>incluse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prețul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ofertat</w:t>
      </w:r>
      <w:proofErr w:type="spellEnd"/>
      <w:r w:rsidRPr="007A0413">
        <w:rPr>
          <w:rFonts w:cs="Times New Roman"/>
          <w:sz w:val="24"/>
        </w:rPr>
        <w:t>.</w:t>
      </w:r>
    </w:p>
    <w:p w14:paraId="238D9DB4" w14:textId="77777777" w:rsidR="00EE76A8" w:rsidRPr="007A0413" w:rsidRDefault="00EE76A8" w:rsidP="00EE76A8">
      <w:pPr>
        <w:pStyle w:val="Titlu1"/>
        <w:rPr>
          <w:rFonts w:ascii="Times New Roman" w:hAnsi="Times New Roman" w:cs="Times New Roman"/>
          <w:color w:val="auto"/>
          <w:sz w:val="24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 w:val="24"/>
          <w:szCs w:val="24"/>
        </w:rPr>
        <w:t>2. SCOPUL, OBIECTIVELE ȘI REZULTATELE URMĂRITE</w:t>
      </w:r>
    </w:p>
    <w:p w14:paraId="0AE7C468" w14:textId="77777777" w:rsidR="00EE76A8" w:rsidRPr="007A0413" w:rsidRDefault="00EE76A8" w:rsidP="00EE76A8">
      <w:pPr>
        <w:pStyle w:val="Titlu2"/>
        <w:rPr>
          <w:rFonts w:ascii="Times New Roman" w:hAnsi="Times New Roman" w:cs="Times New Roman"/>
          <w:color w:val="auto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2.1.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Scopul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principal</w:t>
      </w:r>
    </w:p>
    <w:p w14:paraId="78667E3A" w14:textId="77777777" w:rsidR="00EE76A8" w:rsidRPr="007A0413" w:rsidRDefault="00EE76A8" w:rsidP="00EE76A8">
      <w:pPr>
        <w:spacing w:line="259" w:lineRule="auto"/>
        <w:ind w:firstLine="369"/>
        <w:rPr>
          <w:rFonts w:cs="Times New Roman"/>
          <w:sz w:val="24"/>
        </w:rPr>
      </w:pPr>
      <w:proofErr w:type="spellStart"/>
      <w:r w:rsidRPr="007A0413">
        <w:rPr>
          <w:rFonts w:cs="Times New Roman"/>
          <w:sz w:val="24"/>
        </w:rPr>
        <w:t>Scopul</w:t>
      </w:r>
      <w:proofErr w:type="spellEnd"/>
      <w:r w:rsidRPr="007A0413">
        <w:rPr>
          <w:rFonts w:cs="Times New Roman"/>
          <w:sz w:val="24"/>
        </w:rPr>
        <w:t xml:space="preserve"> principal </w:t>
      </w:r>
      <w:proofErr w:type="spellStart"/>
      <w:r w:rsidRPr="007A0413">
        <w:rPr>
          <w:rFonts w:cs="Times New Roman"/>
          <w:sz w:val="24"/>
        </w:rPr>
        <w:t>îl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reprezintă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promovarea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facilitarea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adopției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responsabile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gramStart"/>
      <w:r w:rsidRPr="007A0413">
        <w:rPr>
          <w:rFonts w:cs="Times New Roman"/>
          <w:sz w:val="24"/>
        </w:rPr>
        <w:t>a</w:t>
      </w:r>
      <w:proofErr w:type="gram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animalelor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provenite</w:t>
      </w:r>
      <w:proofErr w:type="spellEnd"/>
      <w:r w:rsidRPr="007A0413">
        <w:rPr>
          <w:rFonts w:cs="Times New Roman"/>
          <w:sz w:val="24"/>
        </w:rPr>
        <w:t xml:space="preserve"> din </w:t>
      </w:r>
      <w:proofErr w:type="spellStart"/>
      <w:r w:rsidRPr="007A0413">
        <w:rPr>
          <w:rFonts w:cs="Times New Roman"/>
          <w:sz w:val="24"/>
        </w:rPr>
        <w:t>adăposturile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proprii</w:t>
      </w:r>
      <w:proofErr w:type="spellEnd"/>
      <w:r w:rsidRPr="007A0413">
        <w:rPr>
          <w:rFonts w:cs="Times New Roman"/>
          <w:sz w:val="24"/>
        </w:rPr>
        <w:t xml:space="preserve"> ale </w:t>
      </w:r>
      <w:proofErr w:type="spellStart"/>
      <w:r w:rsidRPr="007A0413">
        <w:rPr>
          <w:rFonts w:cs="Times New Roman"/>
          <w:sz w:val="24"/>
        </w:rPr>
        <w:t>Sectorului</w:t>
      </w:r>
      <w:proofErr w:type="spellEnd"/>
      <w:r w:rsidRPr="007A0413">
        <w:rPr>
          <w:rFonts w:cs="Times New Roman"/>
          <w:sz w:val="24"/>
        </w:rPr>
        <w:t xml:space="preserve"> 2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din </w:t>
      </w:r>
      <w:proofErr w:type="spellStart"/>
      <w:r w:rsidRPr="007A0413">
        <w:rPr>
          <w:rFonts w:cs="Times New Roman"/>
          <w:sz w:val="24"/>
        </w:rPr>
        <w:t>adăposturile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ori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centrele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aflate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îngrijirea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organizațiilor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neguvernamentale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partenere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concomitent</w:t>
      </w:r>
      <w:proofErr w:type="spellEnd"/>
      <w:r w:rsidRPr="007A0413">
        <w:rPr>
          <w:rFonts w:cs="Times New Roman"/>
          <w:sz w:val="24"/>
        </w:rPr>
        <w:t xml:space="preserve"> cu </w:t>
      </w:r>
      <w:proofErr w:type="spellStart"/>
      <w:r w:rsidRPr="007A0413">
        <w:rPr>
          <w:rFonts w:cs="Times New Roman"/>
          <w:sz w:val="24"/>
        </w:rPr>
        <w:t>informarea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publicului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privind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adopția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responsabilă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sterilizarea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microciparea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îngrijirea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corectă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obligațiile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legale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protecția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animalelor</w:t>
      </w:r>
      <w:proofErr w:type="spellEnd"/>
      <w:r w:rsidRPr="007A0413">
        <w:rPr>
          <w:rFonts w:cs="Times New Roman"/>
          <w:sz w:val="24"/>
        </w:rPr>
        <w:t>.</w:t>
      </w:r>
    </w:p>
    <w:p w14:paraId="0F057CF8" w14:textId="77777777" w:rsidR="00EE76A8" w:rsidRPr="007A0413" w:rsidRDefault="00EE76A8" w:rsidP="00EE76A8">
      <w:pPr>
        <w:pStyle w:val="Titlu2"/>
        <w:ind w:firstLine="369"/>
        <w:rPr>
          <w:rFonts w:ascii="Times New Roman" w:eastAsia="Times New Roman" w:hAnsi="Times New Roman" w:cs="Times New Roman"/>
          <w:b w:val="0"/>
          <w:color w:val="auto"/>
          <w:szCs w:val="24"/>
        </w:rPr>
      </w:pPr>
      <w:proofErr w:type="spellStart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>În</w:t>
      </w:r>
      <w:proofErr w:type="spellEnd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>cadrul</w:t>
      </w:r>
      <w:proofErr w:type="spellEnd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>evenimentului</w:t>
      </w:r>
      <w:proofErr w:type="spellEnd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 xml:space="preserve"> se are </w:t>
      </w:r>
      <w:proofErr w:type="spellStart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>în</w:t>
      </w:r>
      <w:proofErr w:type="spellEnd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>vedere</w:t>
      </w:r>
      <w:proofErr w:type="spellEnd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 xml:space="preserve">, cu </w:t>
      </w:r>
      <w:proofErr w:type="spellStart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>caracter</w:t>
      </w:r>
      <w:proofErr w:type="spellEnd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>orientativ</w:t>
      </w:r>
      <w:proofErr w:type="spellEnd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 xml:space="preserve">, </w:t>
      </w:r>
      <w:proofErr w:type="spellStart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>promovarea</w:t>
      </w:r>
      <w:proofErr w:type="spellEnd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>activă</w:t>
      </w:r>
      <w:proofErr w:type="spellEnd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 xml:space="preserve"> </w:t>
      </w:r>
      <w:proofErr w:type="gramStart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>a</w:t>
      </w:r>
      <w:proofErr w:type="gramEnd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>aproximativ</w:t>
      </w:r>
      <w:proofErr w:type="spellEnd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 xml:space="preserve"> 460 de </w:t>
      </w:r>
      <w:proofErr w:type="spellStart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>câini</w:t>
      </w:r>
      <w:proofErr w:type="spellEnd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>pisici</w:t>
      </w:r>
      <w:proofErr w:type="spellEnd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>aflați</w:t>
      </w:r>
      <w:proofErr w:type="spellEnd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>în</w:t>
      </w:r>
      <w:proofErr w:type="spellEnd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>adăposturile</w:t>
      </w:r>
      <w:proofErr w:type="spellEnd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>Sectorului</w:t>
      </w:r>
      <w:proofErr w:type="spellEnd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 xml:space="preserve"> 2, precum </w:t>
      </w:r>
      <w:proofErr w:type="spellStart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 xml:space="preserve"> </w:t>
      </w:r>
      <w:proofErr w:type="gramStart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>a</w:t>
      </w:r>
      <w:proofErr w:type="gramEnd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>animalelor</w:t>
      </w:r>
      <w:proofErr w:type="spellEnd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>prezentate</w:t>
      </w:r>
      <w:proofErr w:type="spellEnd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 xml:space="preserve"> de </w:t>
      </w:r>
      <w:proofErr w:type="spellStart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>organizațiile</w:t>
      </w:r>
      <w:proofErr w:type="spellEnd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>participante</w:t>
      </w:r>
      <w:proofErr w:type="spellEnd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 xml:space="preserve">. </w:t>
      </w:r>
      <w:proofErr w:type="spellStart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>Numărul</w:t>
      </w:r>
      <w:proofErr w:type="spellEnd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>efectiv</w:t>
      </w:r>
      <w:proofErr w:type="spellEnd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 xml:space="preserve"> al </w:t>
      </w:r>
      <w:proofErr w:type="spellStart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>animalelor</w:t>
      </w:r>
      <w:proofErr w:type="spellEnd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>va</w:t>
      </w:r>
      <w:proofErr w:type="spellEnd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 xml:space="preserve"> fi </w:t>
      </w:r>
      <w:proofErr w:type="spellStart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>stabilit</w:t>
      </w:r>
      <w:proofErr w:type="spellEnd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>comunicat</w:t>
      </w:r>
      <w:proofErr w:type="spellEnd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 xml:space="preserve"> de </w:t>
      </w:r>
      <w:proofErr w:type="spellStart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>structura</w:t>
      </w:r>
      <w:proofErr w:type="spellEnd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 xml:space="preserve"> de </w:t>
      </w:r>
      <w:proofErr w:type="spellStart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>specialitate</w:t>
      </w:r>
      <w:proofErr w:type="spellEnd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>înainte</w:t>
      </w:r>
      <w:proofErr w:type="spellEnd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 xml:space="preserve"> de </w:t>
      </w:r>
      <w:proofErr w:type="spellStart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>desfășurarea</w:t>
      </w:r>
      <w:proofErr w:type="spellEnd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>evenimentului</w:t>
      </w:r>
      <w:proofErr w:type="spellEnd"/>
      <w:r w:rsidRPr="007A0413">
        <w:rPr>
          <w:rFonts w:ascii="Times New Roman" w:eastAsia="Times New Roman" w:hAnsi="Times New Roman" w:cs="Times New Roman"/>
          <w:b w:val="0"/>
          <w:color w:val="auto"/>
          <w:szCs w:val="24"/>
        </w:rPr>
        <w:t>.</w:t>
      </w:r>
    </w:p>
    <w:p w14:paraId="60980059" w14:textId="77777777" w:rsidR="00EE76A8" w:rsidRPr="007A0413" w:rsidRDefault="00EE76A8" w:rsidP="00EE76A8">
      <w:pPr>
        <w:pStyle w:val="Titlu2"/>
        <w:rPr>
          <w:rFonts w:ascii="Times New Roman" w:hAnsi="Times New Roman" w:cs="Times New Roman"/>
          <w:color w:val="auto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2.2.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Obiective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specifice</w:t>
      </w:r>
      <w:proofErr w:type="spellEnd"/>
    </w:p>
    <w:p w14:paraId="42523065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creșterea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vizibilității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animalelor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disponibile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adopție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facilitarea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interacțiunii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dintre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acestea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potențialii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adoptatori</w:t>
      </w:r>
      <w:proofErr w:type="spellEnd"/>
      <w:r w:rsidRPr="007A0413">
        <w:rPr>
          <w:rFonts w:cs="Times New Roman"/>
          <w:sz w:val="24"/>
        </w:rPr>
        <w:t>;</w:t>
      </w:r>
    </w:p>
    <w:p w14:paraId="66177944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stimularea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adopțiilor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responsabile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informarea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adoptatorilor</w:t>
      </w:r>
      <w:proofErr w:type="spellEnd"/>
      <w:r w:rsidRPr="007A0413">
        <w:rPr>
          <w:rFonts w:cs="Times New Roman"/>
          <w:sz w:val="24"/>
        </w:rPr>
        <w:t xml:space="preserve"> cu </w:t>
      </w:r>
      <w:proofErr w:type="spellStart"/>
      <w:r w:rsidRPr="007A0413">
        <w:rPr>
          <w:rFonts w:cs="Times New Roman"/>
          <w:sz w:val="24"/>
        </w:rPr>
        <w:t>privire</w:t>
      </w:r>
      <w:proofErr w:type="spellEnd"/>
      <w:r w:rsidRPr="007A0413">
        <w:rPr>
          <w:rFonts w:cs="Times New Roman"/>
          <w:sz w:val="24"/>
        </w:rPr>
        <w:t xml:space="preserve"> la </w:t>
      </w:r>
      <w:proofErr w:type="spellStart"/>
      <w:r w:rsidRPr="007A0413">
        <w:rPr>
          <w:rFonts w:cs="Times New Roman"/>
          <w:sz w:val="24"/>
        </w:rPr>
        <w:t>obligațiile</w:t>
      </w:r>
      <w:proofErr w:type="spellEnd"/>
      <w:r w:rsidRPr="007A0413">
        <w:rPr>
          <w:rFonts w:cs="Times New Roman"/>
          <w:sz w:val="24"/>
        </w:rPr>
        <w:t xml:space="preserve"> post-</w:t>
      </w:r>
      <w:proofErr w:type="spellStart"/>
      <w:r w:rsidRPr="007A0413">
        <w:rPr>
          <w:rFonts w:cs="Times New Roman"/>
          <w:sz w:val="24"/>
        </w:rPr>
        <w:t>adopție</w:t>
      </w:r>
      <w:proofErr w:type="spellEnd"/>
      <w:r w:rsidRPr="007A0413">
        <w:rPr>
          <w:rFonts w:cs="Times New Roman"/>
          <w:sz w:val="24"/>
        </w:rPr>
        <w:t>;</w:t>
      </w:r>
    </w:p>
    <w:p w14:paraId="2D941918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creșterea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gradului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conștientizare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privind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legislația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responsabilitățile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legale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morale ale </w:t>
      </w:r>
      <w:proofErr w:type="spellStart"/>
      <w:r w:rsidRPr="007A0413">
        <w:rPr>
          <w:rFonts w:cs="Times New Roman"/>
          <w:sz w:val="24"/>
        </w:rPr>
        <w:t>deținătorilor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animale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bunele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practici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îngrijire</w:t>
      </w:r>
      <w:proofErr w:type="spellEnd"/>
      <w:r w:rsidRPr="007A0413">
        <w:rPr>
          <w:rFonts w:cs="Times New Roman"/>
          <w:sz w:val="24"/>
        </w:rPr>
        <w:t>;</w:t>
      </w:r>
    </w:p>
    <w:p w14:paraId="25937D12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promovarea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respectului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protecției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a </w:t>
      </w:r>
      <w:proofErr w:type="spellStart"/>
      <w:r w:rsidRPr="007A0413">
        <w:rPr>
          <w:rFonts w:cs="Times New Roman"/>
          <w:sz w:val="24"/>
        </w:rPr>
        <w:t>standardelor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bunăstare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animalele</w:t>
      </w:r>
      <w:proofErr w:type="spellEnd"/>
      <w:r w:rsidRPr="007A0413">
        <w:rPr>
          <w:rFonts w:cs="Times New Roman"/>
          <w:sz w:val="24"/>
        </w:rPr>
        <w:t xml:space="preserve"> din </w:t>
      </w:r>
      <w:proofErr w:type="spellStart"/>
      <w:r w:rsidRPr="007A0413">
        <w:rPr>
          <w:rFonts w:cs="Times New Roman"/>
          <w:sz w:val="24"/>
        </w:rPr>
        <w:t>mediul</w:t>
      </w:r>
      <w:proofErr w:type="spellEnd"/>
      <w:r w:rsidRPr="007A0413">
        <w:rPr>
          <w:rFonts w:cs="Times New Roman"/>
          <w:sz w:val="24"/>
        </w:rPr>
        <w:t xml:space="preserve"> urban;</w:t>
      </w:r>
    </w:p>
    <w:p w14:paraId="2631DCBB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desfășurarea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activități</w:t>
      </w:r>
      <w:proofErr w:type="spellEnd"/>
      <w:r w:rsidRPr="007A0413">
        <w:rPr>
          <w:rFonts w:cs="Times New Roman"/>
          <w:sz w:val="24"/>
        </w:rPr>
        <w:t xml:space="preserve"> educative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interactive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copii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tineri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familii</w:t>
      </w:r>
      <w:proofErr w:type="spellEnd"/>
      <w:r w:rsidRPr="007A0413">
        <w:rPr>
          <w:rFonts w:cs="Times New Roman"/>
          <w:sz w:val="24"/>
        </w:rPr>
        <w:t>;</w:t>
      </w:r>
    </w:p>
    <w:p w14:paraId="61EDA675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promovarea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voluntariatului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a </w:t>
      </w:r>
      <w:proofErr w:type="spellStart"/>
      <w:r w:rsidRPr="007A0413">
        <w:rPr>
          <w:rFonts w:cs="Times New Roman"/>
          <w:sz w:val="24"/>
        </w:rPr>
        <w:t>parteneriatului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dintre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autoritatea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locală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organizații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neguvernamentale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specialiști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instituții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publice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comunitate</w:t>
      </w:r>
      <w:proofErr w:type="spellEnd"/>
      <w:r w:rsidRPr="007A0413">
        <w:rPr>
          <w:rFonts w:cs="Times New Roman"/>
          <w:sz w:val="24"/>
        </w:rPr>
        <w:t>;</w:t>
      </w:r>
    </w:p>
    <w:p w14:paraId="7517BD01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oferirea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unui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cadru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atractiv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sigur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accesibil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incluziv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public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participanți</w:t>
      </w:r>
      <w:proofErr w:type="spellEnd"/>
      <w:r w:rsidRPr="007A0413">
        <w:rPr>
          <w:rFonts w:cs="Times New Roman"/>
          <w:sz w:val="24"/>
        </w:rPr>
        <w:t>;</w:t>
      </w:r>
    </w:p>
    <w:p w14:paraId="2ABABBC9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consolidarea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imaginii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Sectorului</w:t>
      </w:r>
      <w:proofErr w:type="spellEnd"/>
      <w:r w:rsidRPr="007A0413">
        <w:rPr>
          <w:rFonts w:cs="Times New Roman"/>
          <w:sz w:val="24"/>
        </w:rPr>
        <w:t xml:space="preserve"> 2 ca </w:t>
      </w:r>
      <w:proofErr w:type="spellStart"/>
      <w:r w:rsidRPr="007A0413">
        <w:rPr>
          <w:rFonts w:cs="Times New Roman"/>
          <w:sz w:val="24"/>
        </w:rPr>
        <w:t>administrație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implicată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activ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protecția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bunăstarea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animalelor</w:t>
      </w:r>
      <w:proofErr w:type="spellEnd"/>
      <w:r w:rsidRPr="007A0413">
        <w:rPr>
          <w:rFonts w:cs="Times New Roman"/>
          <w:sz w:val="24"/>
        </w:rPr>
        <w:t>.</w:t>
      </w:r>
    </w:p>
    <w:p w14:paraId="58C2E190" w14:textId="77777777" w:rsidR="00EE76A8" w:rsidRPr="007A0413" w:rsidRDefault="00EE76A8" w:rsidP="00EE76A8">
      <w:pPr>
        <w:pStyle w:val="Titlu2"/>
        <w:rPr>
          <w:rFonts w:ascii="Times New Roman" w:hAnsi="Times New Roman" w:cs="Times New Roman"/>
          <w:color w:val="auto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Cs w:val="24"/>
        </w:rPr>
        <w:lastRenderedPageBreak/>
        <w:t xml:space="preserve">2.3.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Rezultate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urmărite</w:t>
      </w:r>
      <w:proofErr w:type="spellEnd"/>
    </w:p>
    <w:p w14:paraId="47543F75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creșterea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numărului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adopții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a </w:t>
      </w:r>
      <w:proofErr w:type="spellStart"/>
      <w:r w:rsidRPr="007A0413">
        <w:rPr>
          <w:rFonts w:cs="Times New Roman"/>
          <w:sz w:val="24"/>
        </w:rPr>
        <w:t>solicitărilor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adopție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animalele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participante</w:t>
      </w:r>
      <w:proofErr w:type="spellEnd"/>
      <w:r w:rsidRPr="007A0413">
        <w:rPr>
          <w:rFonts w:cs="Times New Roman"/>
          <w:sz w:val="24"/>
        </w:rPr>
        <w:t>;</w:t>
      </w:r>
    </w:p>
    <w:p w14:paraId="061345CC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creșterea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gradului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informare</w:t>
      </w:r>
      <w:proofErr w:type="spellEnd"/>
      <w:r w:rsidRPr="007A0413">
        <w:rPr>
          <w:rFonts w:cs="Times New Roman"/>
          <w:sz w:val="24"/>
        </w:rPr>
        <w:t xml:space="preserve"> a </w:t>
      </w:r>
      <w:proofErr w:type="spellStart"/>
      <w:r w:rsidRPr="007A0413">
        <w:rPr>
          <w:rFonts w:cs="Times New Roman"/>
          <w:sz w:val="24"/>
        </w:rPr>
        <w:t>publicului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privind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protecția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animalelor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deținerea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responsabilă</w:t>
      </w:r>
      <w:proofErr w:type="spellEnd"/>
      <w:r w:rsidRPr="007A0413">
        <w:rPr>
          <w:rFonts w:cs="Times New Roman"/>
          <w:sz w:val="24"/>
        </w:rPr>
        <w:t>;</w:t>
      </w:r>
    </w:p>
    <w:p w14:paraId="2C6951DE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consolidarea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colaborării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dintre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autoritatea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locală</w:t>
      </w:r>
      <w:proofErr w:type="spellEnd"/>
      <w:r w:rsidRPr="007A0413">
        <w:rPr>
          <w:rFonts w:cs="Times New Roman"/>
          <w:sz w:val="24"/>
        </w:rPr>
        <w:t>, ONG-</w:t>
      </w:r>
      <w:proofErr w:type="spellStart"/>
      <w:r w:rsidRPr="007A0413">
        <w:rPr>
          <w:rFonts w:cs="Times New Roman"/>
          <w:sz w:val="24"/>
        </w:rPr>
        <w:t>uri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instituții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publice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specialiști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comunitate</w:t>
      </w:r>
      <w:proofErr w:type="spellEnd"/>
      <w:r w:rsidRPr="007A0413">
        <w:rPr>
          <w:rFonts w:cs="Times New Roman"/>
          <w:sz w:val="24"/>
        </w:rPr>
        <w:t>;</w:t>
      </w:r>
    </w:p>
    <w:p w14:paraId="5F76724F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realizarea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unei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campanii</w:t>
      </w:r>
      <w:proofErr w:type="spellEnd"/>
      <w:r w:rsidRPr="007A0413">
        <w:rPr>
          <w:rFonts w:cs="Times New Roman"/>
          <w:sz w:val="24"/>
        </w:rPr>
        <w:t xml:space="preserve"> integrate de </w:t>
      </w:r>
      <w:proofErr w:type="spellStart"/>
      <w:r w:rsidRPr="007A0413">
        <w:rPr>
          <w:rFonts w:cs="Times New Roman"/>
          <w:sz w:val="24"/>
        </w:rPr>
        <w:t>comunicare</w:t>
      </w:r>
      <w:proofErr w:type="spellEnd"/>
      <w:r w:rsidRPr="007A0413">
        <w:rPr>
          <w:rFonts w:cs="Times New Roman"/>
          <w:sz w:val="24"/>
        </w:rPr>
        <w:t xml:space="preserve"> cu </w:t>
      </w:r>
      <w:proofErr w:type="spellStart"/>
      <w:r w:rsidRPr="007A0413">
        <w:rPr>
          <w:rFonts w:cs="Times New Roman"/>
          <w:sz w:val="24"/>
        </w:rPr>
        <w:t>rezultate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măsurabile</w:t>
      </w:r>
      <w:proofErr w:type="spellEnd"/>
      <w:r w:rsidRPr="007A0413">
        <w:rPr>
          <w:rFonts w:cs="Times New Roman"/>
          <w:sz w:val="24"/>
        </w:rPr>
        <w:t>;</w:t>
      </w:r>
    </w:p>
    <w:p w14:paraId="5E0C3789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organizarea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unui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eveniment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fără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incidente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majore</w:t>
      </w:r>
      <w:proofErr w:type="spellEnd"/>
      <w:r w:rsidRPr="007A0413">
        <w:rPr>
          <w:rFonts w:cs="Times New Roman"/>
          <w:sz w:val="24"/>
        </w:rPr>
        <w:t xml:space="preserve">, cu </w:t>
      </w:r>
      <w:proofErr w:type="spellStart"/>
      <w:r w:rsidRPr="007A0413">
        <w:rPr>
          <w:rFonts w:cs="Times New Roman"/>
          <w:sz w:val="24"/>
        </w:rPr>
        <w:t>respectarea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cerințelor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siguranță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accesibilitate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mediu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bunăstare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animală</w:t>
      </w:r>
      <w:proofErr w:type="spellEnd"/>
      <w:r w:rsidRPr="007A0413">
        <w:rPr>
          <w:rFonts w:cs="Times New Roman"/>
          <w:sz w:val="24"/>
        </w:rPr>
        <w:t>;</w:t>
      </w:r>
    </w:p>
    <w:p w14:paraId="15BB5FC2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realizarea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unui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raport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evaluare</w:t>
      </w:r>
      <w:proofErr w:type="spellEnd"/>
      <w:r w:rsidRPr="007A0413">
        <w:rPr>
          <w:rFonts w:cs="Times New Roman"/>
          <w:sz w:val="24"/>
        </w:rPr>
        <w:t xml:space="preserve"> post-</w:t>
      </w:r>
      <w:proofErr w:type="spellStart"/>
      <w:r w:rsidRPr="007A0413">
        <w:rPr>
          <w:rFonts w:cs="Times New Roman"/>
          <w:sz w:val="24"/>
        </w:rPr>
        <w:t>eveniment</w:t>
      </w:r>
      <w:proofErr w:type="spellEnd"/>
      <w:r w:rsidRPr="007A0413">
        <w:rPr>
          <w:rFonts w:cs="Times New Roman"/>
          <w:sz w:val="24"/>
        </w:rPr>
        <w:t xml:space="preserve">, care </w:t>
      </w:r>
      <w:proofErr w:type="spellStart"/>
      <w:r w:rsidRPr="007A0413">
        <w:rPr>
          <w:rFonts w:cs="Times New Roman"/>
          <w:sz w:val="24"/>
        </w:rPr>
        <w:t>să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includă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indicatori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privind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participarea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adopțiile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partenerii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promovarea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impactul</w:t>
      </w:r>
      <w:proofErr w:type="spellEnd"/>
      <w:r w:rsidRPr="007A0413">
        <w:rPr>
          <w:rFonts w:cs="Times New Roman"/>
          <w:sz w:val="24"/>
        </w:rPr>
        <w:t xml:space="preserve"> public.</w:t>
      </w:r>
    </w:p>
    <w:tbl>
      <w:tblPr>
        <w:tblW w:w="9524" w:type="dxa"/>
        <w:jc w:val="center"/>
        <w:tblLayout w:type="fixed"/>
        <w:tblLook w:val="04A0" w:firstRow="1" w:lastRow="0" w:firstColumn="1" w:lastColumn="0" w:noHBand="0" w:noVBand="1"/>
      </w:tblPr>
      <w:tblGrid>
        <w:gridCol w:w="9524"/>
      </w:tblGrid>
      <w:tr w:rsidR="00EE76A8" w:rsidRPr="007A0413" w14:paraId="5249132A" w14:textId="77777777" w:rsidTr="007E0AAE">
        <w:trPr>
          <w:jc w:val="center"/>
        </w:trPr>
        <w:tc>
          <w:tcPr>
            <w:tcW w:w="9524" w:type="dxa"/>
            <w:tcBorders>
              <w:top w:val="single" w:sz="4" w:space="0" w:color="8EA9C1"/>
              <w:left w:val="single" w:sz="18" w:space="0" w:color="0A4F9E"/>
              <w:bottom w:val="single" w:sz="4" w:space="0" w:color="8EA9C1"/>
              <w:right w:val="single" w:sz="4" w:space="0" w:color="8EA9C1"/>
            </w:tcBorders>
            <w:tcMar>
              <w:top w:w="120" w:type="dxa"/>
              <w:left w:w="170" w:type="dxa"/>
              <w:bottom w:w="120" w:type="dxa"/>
              <w:right w:w="170" w:type="dxa"/>
            </w:tcMar>
          </w:tcPr>
          <w:p w14:paraId="505558E9" w14:textId="77777777" w:rsidR="00EE76A8" w:rsidRPr="007A0413" w:rsidRDefault="00EE76A8" w:rsidP="007E0AAE">
            <w:pPr>
              <w:spacing w:after="60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 xml:space="preserve">Indicator de </w:t>
            </w:r>
            <w:proofErr w:type="spellStart"/>
            <w:r w:rsidRPr="007A0413">
              <w:rPr>
                <w:rFonts w:cs="Times New Roman"/>
                <w:b/>
                <w:sz w:val="24"/>
              </w:rPr>
              <w:t>rezultat</w:t>
            </w:r>
            <w:proofErr w:type="spellEnd"/>
            <w:r w:rsidRPr="007A0413">
              <w:rPr>
                <w:rFonts w:cs="Times New Roman"/>
                <w:b/>
                <w:sz w:val="24"/>
              </w:rPr>
              <w:t xml:space="preserve">, nu </w:t>
            </w:r>
            <w:proofErr w:type="spellStart"/>
            <w:r w:rsidRPr="007A0413">
              <w:rPr>
                <w:rFonts w:cs="Times New Roman"/>
                <w:b/>
                <w:sz w:val="24"/>
              </w:rPr>
              <w:t>obligație</w:t>
            </w:r>
            <w:proofErr w:type="spellEnd"/>
            <w:r w:rsidRPr="007A0413">
              <w:rPr>
                <w:rFonts w:cs="Times New Roman"/>
                <w:b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b/>
                <w:sz w:val="24"/>
              </w:rPr>
              <w:t>rezultat</w:t>
            </w:r>
            <w:proofErr w:type="spellEnd"/>
          </w:p>
          <w:p w14:paraId="7540CEC3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Numărul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adopții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depinde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decizia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individuală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a </w:t>
            </w:r>
            <w:proofErr w:type="spellStart"/>
            <w:r w:rsidRPr="007A0413">
              <w:rPr>
                <w:rFonts w:cs="Times New Roman"/>
                <w:sz w:val="24"/>
              </w:rPr>
              <w:t>publicului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îndeplinirea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condițiilor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legale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adopție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. </w:t>
            </w:r>
            <w:proofErr w:type="spellStart"/>
            <w:r w:rsidRPr="007A0413">
              <w:rPr>
                <w:rFonts w:cs="Times New Roman"/>
                <w:sz w:val="24"/>
              </w:rPr>
              <w:t>Prestatorul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are </w:t>
            </w:r>
            <w:proofErr w:type="spellStart"/>
            <w:r w:rsidRPr="007A0413">
              <w:rPr>
                <w:rFonts w:cs="Times New Roman"/>
                <w:sz w:val="24"/>
              </w:rPr>
              <w:t>obligația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gramStart"/>
            <w:r w:rsidRPr="007A0413">
              <w:rPr>
                <w:rFonts w:cs="Times New Roman"/>
                <w:sz w:val="24"/>
              </w:rPr>
              <w:t>a</w:t>
            </w:r>
            <w:proofErr w:type="gram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asigura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condițiile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promovare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informare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interacțiune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prevăzute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în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caietul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sarcini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fără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a </w:t>
            </w:r>
            <w:proofErr w:type="spellStart"/>
            <w:r w:rsidRPr="007A0413">
              <w:rPr>
                <w:rFonts w:cs="Times New Roman"/>
                <w:sz w:val="24"/>
              </w:rPr>
              <w:t>garanta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un </w:t>
            </w:r>
            <w:proofErr w:type="spellStart"/>
            <w:r w:rsidRPr="007A0413">
              <w:rPr>
                <w:rFonts w:cs="Times New Roman"/>
                <w:sz w:val="24"/>
              </w:rPr>
              <w:t>număr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minim de </w:t>
            </w:r>
            <w:proofErr w:type="spellStart"/>
            <w:r w:rsidRPr="007A0413">
              <w:rPr>
                <w:rFonts w:cs="Times New Roman"/>
                <w:sz w:val="24"/>
              </w:rPr>
              <w:t>adopții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</w:tbl>
    <w:p w14:paraId="587103B4" w14:textId="77777777" w:rsidR="00EE76A8" w:rsidRPr="007A0413" w:rsidRDefault="00EE76A8" w:rsidP="00EE76A8">
      <w:pPr>
        <w:rPr>
          <w:rFonts w:cs="Times New Roman"/>
          <w:sz w:val="24"/>
        </w:rPr>
      </w:pPr>
    </w:p>
    <w:p w14:paraId="02A7FB3E" w14:textId="77777777" w:rsidR="00EE76A8" w:rsidRPr="007A0413" w:rsidRDefault="00EE76A8" w:rsidP="00EE76A8">
      <w:pPr>
        <w:pStyle w:val="Titlu1"/>
        <w:rPr>
          <w:rFonts w:ascii="Times New Roman" w:hAnsi="Times New Roman" w:cs="Times New Roman"/>
          <w:color w:val="auto"/>
          <w:sz w:val="24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 w:val="24"/>
          <w:szCs w:val="24"/>
        </w:rPr>
        <w:t>3. PRINCIPII GENERALE DE PRESTARE</w:t>
      </w:r>
    </w:p>
    <w:p w14:paraId="015E2DC1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b/>
          <w:sz w:val="24"/>
        </w:rPr>
        <w:t>Serviciu</w:t>
      </w:r>
      <w:proofErr w:type="spellEnd"/>
      <w:r w:rsidRPr="007A0413">
        <w:rPr>
          <w:rFonts w:cs="Times New Roman"/>
          <w:b/>
          <w:sz w:val="24"/>
        </w:rPr>
        <w:t xml:space="preserve"> </w:t>
      </w:r>
      <w:proofErr w:type="spellStart"/>
      <w:r w:rsidRPr="007A0413">
        <w:rPr>
          <w:rFonts w:cs="Times New Roman"/>
          <w:b/>
          <w:sz w:val="24"/>
        </w:rPr>
        <w:t>integrat</w:t>
      </w:r>
      <w:proofErr w:type="spellEnd"/>
      <w:r w:rsidRPr="007A0413">
        <w:rPr>
          <w:rFonts w:cs="Times New Roman"/>
          <w:b/>
          <w:sz w:val="24"/>
        </w:rPr>
        <w:t xml:space="preserve">: </w:t>
      </w:r>
      <w:proofErr w:type="spellStart"/>
      <w:r w:rsidRPr="007A0413">
        <w:rPr>
          <w:rFonts w:cs="Times New Roman"/>
          <w:sz w:val="24"/>
        </w:rPr>
        <w:t>prestatorul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răspunde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coordonarea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unitară</w:t>
      </w:r>
      <w:proofErr w:type="spellEnd"/>
      <w:r w:rsidRPr="007A0413">
        <w:rPr>
          <w:rFonts w:cs="Times New Roman"/>
          <w:sz w:val="24"/>
        </w:rPr>
        <w:t xml:space="preserve"> a </w:t>
      </w:r>
      <w:proofErr w:type="spellStart"/>
      <w:r w:rsidRPr="007A0413">
        <w:rPr>
          <w:rFonts w:cs="Times New Roman"/>
          <w:sz w:val="24"/>
        </w:rPr>
        <w:t>tuturor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componentelor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subcontractanților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implicați</w:t>
      </w:r>
      <w:proofErr w:type="spellEnd"/>
      <w:r w:rsidRPr="007A0413">
        <w:rPr>
          <w:rFonts w:cs="Times New Roman"/>
          <w:sz w:val="24"/>
        </w:rPr>
        <w:t>.</w:t>
      </w:r>
    </w:p>
    <w:p w14:paraId="150DE962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b/>
          <w:sz w:val="24"/>
        </w:rPr>
        <w:t>Prioritatea</w:t>
      </w:r>
      <w:proofErr w:type="spellEnd"/>
      <w:r w:rsidRPr="007A0413">
        <w:rPr>
          <w:rFonts w:cs="Times New Roman"/>
          <w:b/>
          <w:sz w:val="24"/>
        </w:rPr>
        <w:t xml:space="preserve"> </w:t>
      </w:r>
      <w:proofErr w:type="spellStart"/>
      <w:r w:rsidRPr="007A0413">
        <w:rPr>
          <w:rFonts w:cs="Times New Roman"/>
          <w:b/>
          <w:sz w:val="24"/>
        </w:rPr>
        <w:t>bunăstării</w:t>
      </w:r>
      <w:proofErr w:type="spellEnd"/>
      <w:r w:rsidRPr="007A0413">
        <w:rPr>
          <w:rFonts w:cs="Times New Roman"/>
          <w:b/>
          <w:sz w:val="24"/>
        </w:rPr>
        <w:t xml:space="preserve"> </w:t>
      </w:r>
      <w:proofErr w:type="spellStart"/>
      <w:r w:rsidRPr="007A0413">
        <w:rPr>
          <w:rFonts w:cs="Times New Roman"/>
          <w:b/>
          <w:sz w:val="24"/>
        </w:rPr>
        <w:t>animalelor</w:t>
      </w:r>
      <w:proofErr w:type="spellEnd"/>
      <w:r w:rsidRPr="007A0413">
        <w:rPr>
          <w:rFonts w:cs="Times New Roman"/>
          <w:b/>
          <w:sz w:val="24"/>
        </w:rPr>
        <w:t xml:space="preserve">: </w:t>
      </w:r>
      <w:proofErr w:type="spellStart"/>
      <w:r w:rsidRPr="007A0413">
        <w:rPr>
          <w:rFonts w:cs="Times New Roman"/>
          <w:sz w:val="24"/>
        </w:rPr>
        <w:t>programul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amplasarea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nivelul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sonor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fluxurile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activitățile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vor</w:t>
      </w:r>
      <w:proofErr w:type="spellEnd"/>
      <w:r w:rsidRPr="007A0413">
        <w:rPr>
          <w:rFonts w:cs="Times New Roman"/>
          <w:sz w:val="24"/>
        </w:rPr>
        <w:t xml:space="preserve"> fi </w:t>
      </w:r>
      <w:proofErr w:type="spellStart"/>
      <w:r w:rsidRPr="007A0413">
        <w:rPr>
          <w:rFonts w:cs="Times New Roman"/>
          <w:sz w:val="24"/>
        </w:rPr>
        <w:t>organizate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astfel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încât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limiteze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stresul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riscurile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animale</w:t>
      </w:r>
      <w:proofErr w:type="spellEnd"/>
      <w:r w:rsidRPr="007A0413">
        <w:rPr>
          <w:rFonts w:cs="Times New Roman"/>
          <w:sz w:val="24"/>
        </w:rPr>
        <w:t>.</w:t>
      </w:r>
    </w:p>
    <w:p w14:paraId="51BF1BC7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b/>
          <w:sz w:val="24"/>
        </w:rPr>
        <w:t>Siguranță</w:t>
      </w:r>
      <w:proofErr w:type="spellEnd"/>
      <w:r w:rsidRPr="007A0413">
        <w:rPr>
          <w:rFonts w:cs="Times New Roman"/>
          <w:b/>
          <w:sz w:val="24"/>
        </w:rPr>
        <w:t xml:space="preserve"> </w:t>
      </w:r>
      <w:proofErr w:type="spellStart"/>
      <w:r w:rsidRPr="007A0413">
        <w:rPr>
          <w:rFonts w:cs="Times New Roman"/>
          <w:b/>
          <w:sz w:val="24"/>
        </w:rPr>
        <w:t>și</w:t>
      </w:r>
      <w:proofErr w:type="spellEnd"/>
      <w:r w:rsidRPr="007A0413">
        <w:rPr>
          <w:rFonts w:cs="Times New Roman"/>
          <w:b/>
          <w:sz w:val="24"/>
        </w:rPr>
        <w:t xml:space="preserve"> </w:t>
      </w:r>
      <w:proofErr w:type="spellStart"/>
      <w:r w:rsidRPr="007A0413">
        <w:rPr>
          <w:rFonts w:cs="Times New Roman"/>
          <w:b/>
          <w:sz w:val="24"/>
        </w:rPr>
        <w:t>continuitate</w:t>
      </w:r>
      <w:proofErr w:type="spellEnd"/>
      <w:r w:rsidRPr="007A0413">
        <w:rPr>
          <w:rFonts w:cs="Times New Roman"/>
          <w:b/>
          <w:sz w:val="24"/>
        </w:rPr>
        <w:t xml:space="preserve">: </w:t>
      </w:r>
      <w:proofErr w:type="spellStart"/>
      <w:r w:rsidRPr="007A0413">
        <w:rPr>
          <w:rFonts w:cs="Times New Roman"/>
          <w:sz w:val="24"/>
        </w:rPr>
        <w:t>infrastructura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echipamentele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critice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avea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soluții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rezervă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personal de </w:t>
      </w:r>
      <w:proofErr w:type="spellStart"/>
      <w:r w:rsidRPr="007A0413">
        <w:rPr>
          <w:rFonts w:cs="Times New Roman"/>
          <w:sz w:val="24"/>
        </w:rPr>
        <w:t>intervenție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disponibil</w:t>
      </w:r>
      <w:proofErr w:type="spellEnd"/>
      <w:r w:rsidRPr="007A0413">
        <w:rPr>
          <w:rFonts w:cs="Times New Roman"/>
          <w:sz w:val="24"/>
        </w:rPr>
        <w:t>.</w:t>
      </w:r>
    </w:p>
    <w:p w14:paraId="2B997D70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b/>
          <w:sz w:val="24"/>
        </w:rPr>
        <w:t>Accesibilitate</w:t>
      </w:r>
      <w:proofErr w:type="spellEnd"/>
      <w:r w:rsidRPr="007A0413">
        <w:rPr>
          <w:rFonts w:cs="Times New Roman"/>
          <w:b/>
          <w:sz w:val="24"/>
        </w:rPr>
        <w:t xml:space="preserve"> </w:t>
      </w:r>
      <w:proofErr w:type="spellStart"/>
      <w:r w:rsidRPr="007A0413">
        <w:rPr>
          <w:rFonts w:cs="Times New Roman"/>
          <w:b/>
          <w:sz w:val="24"/>
        </w:rPr>
        <w:t>și</w:t>
      </w:r>
      <w:proofErr w:type="spellEnd"/>
      <w:r w:rsidRPr="007A0413">
        <w:rPr>
          <w:rFonts w:cs="Times New Roman"/>
          <w:b/>
          <w:sz w:val="24"/>
        </w:rPr>
        <w:t xml:space="preserve"> </w:t>
      </w:r>
      <w:proofErr w:type="spellStart"/>
      <w:r w:rsidRPr="007A0413">
        <w:rPr>
          <w:rFonts w:cs="Times New Roman"/>
          <w:b/>
          <w:sz w:val="24"/>
        </w:rPr>
        <w:t>incluziune</w:t>
      </w:r>
      <w:proofErr w:type="spellEnd"/>
      <w:r w:rsidRPr="007A0413">
        <w:rPr>
          <w:rFonts w:cs="Times New Roman"/>
          <w:b/>
          <w:sz w:val="24"/>
        </w:rPr>
        <w:t xml:space="preserve">: </w:t>
      </w:r>
      <w:proofErr w:type="spellStart"/>
      <w:r w:rsidRPr="007A0413">
        <w:rPr>
          <w:rFonts w:cs="Times New Roman"/>
          <w:sz w:val="24"/>
        </w:rPr>
        <w:t>traseele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zonele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facilitățile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vor</w:t>
      </w:r>
      <w:proofErr w:type="spellEnd"/>
      <w:r w:rsidRPr="007A0413">
        <w:rPr>
          <w:rFonts w:cs="Times New Roman"/>
          <w:sz w:val="24"/>
        </w:rPr>
        <w:t xml:space="preserve"> fi configurate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accesul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persoanelor</w:t>
      </w:r>
      <w:proofErr w:type="spellEnd"/>
      <w:r w:rsidRPr="007A0413">
        <w:rPr>
          <w:rFonts w:cs="Times New Roman"/>
          <w:sz w:val="24"/>
        </w:rPr>
        <w:t xml:space="preserve"> cu </w:t>
      </w:r>
      <w:proofErr w:type="spellStart"/>
      <w:r w:rsidRPr="007A0413">
        <w:rPr>
          <w:rFonts w:cs="Times New Roman"/>
          <w:sz w:val="24"/>
        </w:rPr>
        <w:t>dizabilități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al </w:t>
      </w:r>
      <w:proofErr w:type="spellStart"/>
      <w:r w:rsidRPr="007A0413">
        <w:rPr>
          <w:rFonts w:cs="Times New Roman"/>
          <w:sz w:val="24"/>
        </w:rPr>
        <w:t>familiilor</w:t>
      </w:r>
      <w:proofErr w:type="spellEnd"/>
      <w:r w:rsidRPr="007A0413">
        <w:rPr>
          <w:rFonts w:cs="Times New Roman"/>
          <w:sz w:val="24"/>
        </w:rPr>
        <w:t xml:space="preserve"> cu </w:t>
      </w:r>
      <w:proofErr w:type="spellStart"/>
      <w:r w:rsidRPr="007A0413">
        <w:rPr>
          <w:rFonts w:cs="Times New Roman"/>
          <w:sz w:val="24"/>
        </w:rPr>
        <w:t>copii</w:t>
      </w:r>
      <w:proofErr w:type="spellEnd"/>
      <w:r w:rsidRPr="007A0413">
        <w:rPr>
          <w:rFonts w:cs="Times New Roman"/>
          <w:sz w:val="24"/>
        </w:rPr>
        <w:t>.</w:t>
      </w:r>
    </w:p>
    <w:p w14:paraId="3A6DFD11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b/>
          <w:sz w:val="24"/>
        </w:rPr>
        <w:t>Neutralitate</w:t>
      </w:r>
      <w:proofErr w:type="spellEnd"/>
      <w:r w:rsidRPr="007A0413">
        <w:rPr>
          <w:rFonts w:cs="Times New Roman"/>
          <w:b/>
          <w:sz w:val="24"/>
        </w:rPr>
        <w:t xml:space="preserve"> </w:t>
      </w:r>
      <w:proofErr w:type="spellStart"/>
      <w:r w:rsidRPr="007A0413">
        <w:rPr>
          <w:rFonts w:cs="Times New Roman"/>
          <w:b/>
          <w:sz w:val="24"/>
        </w:rPr>
        <w:t>tehnică</w:t>
      </w:r>
      <w:proofErr w:type="spellEnd"/>
      <w:r w:rsidRPr="007A0413">
        <w:rPr>
          <w:rFonts w:cs="Times New Roman"/>
          <w:b/>
          <w:sz w:val="24"/>
        </w:rPr>
        <w:t xml:space="preserve">: </w:t>
      </w:r>
      <w:proofErr w:type="spellStart"/>
      <w:r w:rsidRPr="007A0413">
        <w:rPr>
          <w:rFonts w:cs="Times New Roman"/>
          <w:sz w:val="24"/>
        </w:rPr>
        <w:t>specificațiile</w:t>
      </w:r>
      <w:proofErr w:type="spellEnd"/>
      <w:r w:rsidRPr="007A0413">
        <w:rPr>
          <w:rFonts w:cs="Times New Roman"/>
          <w:sz w:val="24"/>
        </w:rPr>
        <w:t xml:space="preserve"> sunt </w:t>
      </w:r>
      <w:proofErr w:type="spellStart"/>
      <w:r w:rsidRPr="007A0413">
        <w:rPr>
          <w:rFonts w:cs="Times New Roman"/>
          <w:sz w:val="24"/>
        </w:rPr>
        <w:t>funcționale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performanță</w:t>
      </w:r>
      <w:proofErr w:type="spellEnd"/>
      <w:r w:rsidRPr="007A0413">
        <w:rPr>
          <w:rFonts w:cs="Times New Roman"/>
          <w:sz w:val="24"/>
        </w:rPr>
        <w:t xml:space="preserve">. Orice </w:t>
      </w:r>
      <w:proofErr w:type="spellStart"/>
      <w:r w:rsidRPr="007A0413">
        <w:rPr>
          <w:rFonts w:cs="Times New Roman"/>
          <w:sz w:val="24"/>
        </w:rPr>
        <w:t>referire</w:t>
      </w:r>
      <w:proofErr w:type="spellEnd"/>
      <w:r w:rsidRPr="007A0413">
        <w:rPr>
          <w:rFonts w:cs="Times New Roman"/>
          <w:sz w:val="24"/>
        </w:rPr>
        <w:t xml:space="preserve"> la un standard </w:t>
      </w:r>
      <w:proofErr w:type="spellStart"/>
      <w:r w:rsidRPr="007A0413">
        <w:rPr>
          <w:rFonts w:cs="Times New Roman"/>
          <w:sz w:val="24"/>
        </w:rPr>
        <w:t>sau</w:t>
      </w:r>
      <w:proofErr w:type="spellEnd"/>
      <w:r w:rsidRPr="007A0413">
        <w:rPr>
          <w:rFonts w:cs="Times New Roman"/>
          <w:sz w:val="24"/>
        </w:rPr>
        <w:t xml:space="preserve"> tip de </w:t>
      </w:r>
      <w:proofErr w:type="spellStart"/>
      <w:r w:rsidRPr="007A0413">
        <w:rPr>
          <w:rFonts w:cs="Times New Roman"/>
          <w:sz w:val="24"/>
        </w:rPr>
        <w:t>echipament</w:t>
      </w:r>
      <w:proofErr w:type="spellEnd"/>
      <w:r w:rsidRPr="007A0413">
        <w:rPr>
          <w:rFonts w:cs="Times New Roman"/>
          <w:sz w:val="24"/>
        </w:rPr>
        <w:t xml:space="preserve"> se </w:t>
      </w:r>
      <w:proofErr w:type="spellStart"/>
      <w:r w:rsidRPr="007A0413">
        <w:rPr>
          <w:rFonts w:cs="Times New Roman"/>
          <w:sz w:val="24"/>
        </w:rPr>
        <w:t>interpretează</w:t>
      </w:r>
      <w:proofErr w:type="spellEnd"/>
      <w:r w:rsidRPr="007A0413">
        <w:rPr>
          <w:rFonts w:cs="Times New Roman"/>
          <w:sz w:val="24"/>
        </w:rPr>
        <w:t xml:space="preserve"> ca </w:t>
      </w:r>
      <w:proofErr w:type="spellStart"/>
      <w:r w:rsidRPr="007A0413">
        <w:rPr>
          <w:rFonts w:cs="Times New Roman"/>
          <w:sz w:val="24"/>
        </w:rPr>
        <w:t>incluzând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soluții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echivalente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sau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superioare</w:t>
      </w:r>
      <w:proofErr w:type="spellEnd"/>
      <w:r w:rsidRPr="007A0413">
        <w:rPr>
          <w:rFonts w:cs="Times New Roman"/>
          <w:sz w:val="24"/>
        </w:rPr>
        <w:t>.</w:t>
      </w:r>
    </w:p>
    <w:p w14:paraId="289244AD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b/>
          <w:sz w:val="24"/>
        </w:rPr>
        <w:t>Aprobarea</w:t>
      </w:r>
      <w:proofErr w:type="spellEnd"/>
      <w:r w:rsidRPr="007A0413">
        <w:rPr>
          <w:rFonts w:cs="Times New Roman"/>
          <w:b/>
          <w:sz w:val="24"/>
        </w:rPr>
        <w:t xml:space="preserve"> </w:t>
      </w:r>
      <w:proofErr w:type="spellStart"/>
      <w:r w:rsidRPr="007A0413">
        <w:rPr>
          <w:rFonts w:cs="Times New Roman"/>
          <w:b/>
          <w:sz w:val="24"/>
        </w:rPr>
        <w:t>autorității</w:t>
      </w:r>
      <w:proofErr w:type="spellEnd"/>
      <w:r w:rsidRPr="007A0413">
        <w:rPr>
          <w:rFonts w:cs="Times New Roman"/>
          <w:b/>
          <w:sz w:val="24"/>
        </w:rPr>
        <w:t xml:space="preserve"> </w:t>
      </w:r>
      <w:proofErr w:type="spellStart"/>
      <w:r w:rsidRPr="007A0413">
        <w:rPr>
          <w:rFonts w:cs="Times New Roman"/>
          <w:b/>
          <w:sz w:val="24"/>
        </w:rPr>
        <w:t>contractante</w:t>
      </w:r>
      <w:proofErr w:type="spellEnd"/>
      <w:r w:rsidRPr="007A0413">
        <w:rPr>
          <w:rFonts w:cs="Times New Roman"/>
          <w:b/>
          <w:sz w:val="24"/>
        </w:rPr>
        <w:t xml:space="preserve">: </w:t>
      </w:r>
      <w:proofErr w:type="spellStart"/>
      <w:r w:rsidRPr="007A0413">
        <w:rPr>
          <w:rFonts w:cs="Times New Roman"/>
          <w:sz w:val="24"/>
        </w:rPr>
        <w:t>conceptul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programul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artiștii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materialele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vizuale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planul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amplasament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documentele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operaționale</w:t>
      </w:r>
      <w:proofErr w:type="spellEnd"/>
      <w:r w:rsidRPr="007A0413">
        <w:rPr>
          <w:rFonts w:cs="Times New Roman"/>
          <w:sz w:val="24"/>
        </w:rPr>
        <w:t xml:space="preserve"> se </w:t>
      </w:r>
      <w:proofErr w:type="spellStart"/>
      <w:r w:rsidRPr="007A0413">
        <w:rPr>
          <w:rFonts w:cs="Times New Roman"/>
          <w:sz w:val="24"/>
        </w:rPr>
        <w:t>supun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aprobării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prealabile</w:t>
      </w:r>
      <w:proofErr w:type="spellEnd"/>
      <w:r w:rsidRPr="007A0413">
        <w:rPr>
          <w:rFonts w:cs="Times New Roman"/>
          <w:sz w:val="24"/>
        </w:rPr>
        <w:t>.</w:t>
      </w:r>
    </w:p>
    <w:p w14:paraId="0E616FFA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b/>
          <w:sz w:val="24"/>
        </w:rPr>
        <w:t>Responsabilitate</w:t>
      </w:r>
      <w:proofErr w:type="spellEnd"/>
      <w:r w:rsidRPr="007A0413">
        <w:rPr>
          <w:rFonts w:cs="Times New Roman"/>
          <w:b/>
          <w:sz w:val="24"/>
        </w:rPr>
        <w:t xml:space="preserve"> </w:t>
      </w:r>
      <w:proofErr w:type="spellStart"/>
      <w:r w:rsidRPr="007A0413">
        <w:rPr>
          <w:rFonts w:cs="Times New Roman"/>
          <w:b/>
          <w:sz w:val="24"/>
        </w:rPr>
        <w:t>integrală</w:t>
      </w:r>
      <w:proofErr w:type="spellEnd"/>
      <w:r w:rsidRPr="007A0413">
        <w:rPr>
          <w:rFonts w:cs="Times New Roman"/>
          <w:b/>
          <w:sz w:val="24"/>
        </w:rPr>
        <w:t xml:space="preserve">: </w:t>
      </w:r>
      <w:proofErr w:type="spellStart"/>
      <w:r w:rsidRPr="007A0413">
        <w:rPr>
          <w:rFonts w:cs="Times New Roman"/>
          <w:sz w:val="24"/>
        </w:rPr>
        <w:t>aprobarea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sau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verificarea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autorității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contractante</w:t>
      </w:r>
      <w:proofErr w:type="spellEnd"/>
      <w:r w:rsidRPr="007A0413">
        <w:rPr>
          <w:rFonts w:cs="Times New Roman"/>
          <w:sz w:val="24"/>
        </w:rPr>
        <w:t xml:space="preserve"> nu </w:t>
      </w:r>
      <w:proofErr w:type="spellStart"/>
      <w:r w:rsidRPr="007A0413">
        <w:rPr>
          <w:rFonts w:cs="Times New Roman"/>
          <w:sz w:val="24"/>
        </w:rPr>
        <w:t>exonerează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prestatorul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răspunderea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legalitate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siguranță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calitate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funcționare</w:t>
      </w:r>
      <w:proofErr w:type="spellEnd"/>
      <w:r w:rsidRPr="007A0413">
        <w:rPr>
          <w:rFonts w:cs="Times New Roman"/>
          <w:sz w:val="24"/>
        </w:rPr>
        <w:t>.</w:t>
      </w:r>
    </w:p>
    <w:p w14:paraId="4B11761A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b/>
          <w:sz w:val="24"/>
        </w:rPr>
        <w:t>Preț</w:t>
      </w:r>
      <w:proofErr w:type="spellEnd"/>
      <w:r w:rsidRPr="007A0413">
        <w:rPr>
          <w:rFonts w:cs="Times New Roman"/>
          <w:b/>
          <w:sz w:val="24"/>
        </w:rPr>
        <w:t xml:space="preserve"> </w:t>
      </w:r>
      <w:proofErr w:type="spellStart"/>
      <w:r w:rsidRPr="007A0413">
        <w:rPr>
          <w:rFonts w:cs="Times New Roman"/>
          <w:b/>
          <w:sz w:val="24"/>
        </w:rPr>
        <w:t>complet</w:t>
      </w:r>
      <w:proofErr w:type="spellEnd"/>
      <w:r w:rsidRPr="007A0413">
        <w:rPr>
          <w:rFonts w:cs="Times New Roman"/>
          <w:b/>
          <w:sz w:val="24"/>
        </w:rPr>
        <w:t xml:space="preserve">: </w:t>
      </w:r>
      <w:proofErr w:type="spellStart"/>
      <w:r w:rsidRPr="007A0413">
        <w:rPr>
          <w:rFonts w:cs="Times New Roman"/>
          <w:sz w:val="24"/>
        </w:rPr>
        <w:t>oferta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include </w:t>
      </w:r>
      <w:proofErr w:type="spellStart"/>
      <w:r w:rsidRPr="007A0413">
        <w:rPr>
          <w:rFonts w:cs="Times New Roman"/>
          <w:sz w:val="24"/>
        </w:rPr>
        <w:t>toate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costurile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directe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indirecte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necesare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executării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integrale</w:t>
      </w:r>
      <w:proofErr w:type="spellEnd"/>
      <w:r w:rsidRPr="007A0413">
        <w:rPr>
          <w:rFonts w:cs="Times New Roman"/>
          <w:sz w:val="24"/>
        </w:rPr>
        <w:t xml:space="preserve"> a </w:t>
      </w:r>
      <w:proofErr w:type="spellStart"/>
      <w:r w:rsidRPr="007A0413">
        <w:rPr>
          <w:rFonts w:cs="Times New Roman"/>
          <w:sz w:val="24"/>
        </w:rPr>
        <w:t>contractului</w:t>
      </w:r>
      <w:proofErr w:type="spellEnd"/>
      <w:r w:rsidRPr="007A0413">
        <w:rPr>
          <w:rFonts w:cs="Times New Roman"/>
          <w:sz w:val="24"/>
        </w:rPr>
        <w:t>.</w:t>
      </w:r>
    </w:p>
    <w:p w14:paraId="77ECAAB2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b/>
          <w:sz w:val="24"/>
        </w:rPr>
        <w:t>Protejarea</w:t>
      </w:r>
      <w:proofErr w:type="spellEnd"/>
      <w:r w:rsidRPr="007A0413">
        <w:rPr>
          <w:rFonts w:cs="Times New Roman"/>
          <w:b/>
          <w:sz w:val="24"/>
        </w:rPr>
        <w:t xml:space="preserve"> </w:t>
      </w:r>
      <w:proofErr w:type="spellStart"/>
      <w:r w:rsidRPr="007A0413">
        <w:rPr>
          <w:rFonts w:cs="Times New Roman"/>
          <w:b/>
          <w:sz w:val="24"/>
        </w:rPr>
        <w:t>domeniului</w:t>
      </w:r>
      <w:proofErr w:type="spellEnd"/>
      <w:r w:rsidRPr="007A0413">
        <w:rPr>
          <w:rFonts w:cs="Times New Roman"/>
          <w:b/>
          <w:sz w:val="24"/>
        </w:rPr>
        <w:t xml:space="preserve"> public </w:t>
      </w:r>
      <w:proofErr w:type="spellStart"/>
      <w:r w:rsidRPr="007A0413">
        <w:rPr>
          <w:rFonts w:cs="Times New Roman"/>
          <w:b/>
          <w:sz w:val="24"/>
        </w:rPr>
        <w:t>și</w:t>
      </w:r>
      <w:proofErr w:type="spellEnd"/>
      <w:r w:rsidRPr="007A0413">
        <w:rPr>
          <w:rFonts w:cs="Times New Roman"/>
          <w:b/>
          <w:sz w:val="24"/>
        </w:rPr>
        <w:t xml:space="preserve"> a </w:t>
      </w:r>
      <w:proofErr w:type="spellStart"/>
      <w:r w:rsidRPr="007A0413">
        <w:rPr>
          <w:rFonts w:cs="Times New Roman"/>
          <w:b/>
          <w:sz w:val="24"/>
        </w:rPr>
        <w:t>spațiilor</w:t>
      </w:r>
      <w:proofErr w:type="spellEnd"/>
      <w:r w:rsidRPr="007A0413">
        <w:rPr>
          <w:rFonts w:cs="Times New Roman"/>
          <w:b/>
          <w:sz w:val="24"/>
        </w:rPr>
        <w:t xml:space="preserve"> </w:t>
      </w:r>
      <w:proofErr w:type="spellStart"/>
      <w:r w:rsidRPr="007A0413">
        <w:rPr>
          <w:rFonts w:cs="Times New Roman"/>
          <w:b/>
          <w:sz w:val="24"/>
        </w:rPr>
        <w:t>verzi</w:t>
      </w:r>
      <w:proofErr w:type="spellEnd"/>
      <w:r w:rsidRPr="007A0413">
        <w:rPr>
          <w:rFonts w:cs="Times New Roman"/>
          <w:b/>
          <w:sz w:val="24"/>
        </w:rPr>
        <w:t xml:space="preserve">: </w:t>
      </w:r>
      <w:proofErr w:type="spellStart"/>
      <w:r w:rsidRPr="007A0413">
        <w:rPr>
          <w:rFonts w:cs="Times New Roman"/>
          <w:sz w:val="24"/>
        </w:rPr>
        <w:t>prestatorul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preveni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deteriorarea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aleilor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gazonului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arborilor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mobilierului</w:t>
      </w:r>
      <w:proofErr w:type="spellEnd"/>
      <w:r w:rsidRPr="007A0413">
        <w:rPr>
          <w:rFonts w:cs="Times New Roman"/>
          <w:sz w:val="24"/>
        </w:rPr>
        <w:t xml:space="preserve"> urban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utilităților</w:t>
      </w:r>
      <w:proofErr w:type="spellEnd"/>
      <w:r w:rsidRPr="007A0413">
        <w:rPr>
          <w:rFonts w:cs="Times New Roman"/>
          <w:sz w:val="24"/>
        </w:rPr>
        <w:t>.</w:t>
      </w:r>
    </w:p>
    <w:p w14:paraId="4D5D540B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b/>
          <w:sz w:val="24"/>
        </w:rPr>
        <w:t>Comunicare</w:t>
      </w:r>
      <w:proofErr w:type="spellEnd"/>
      <w:r w:rsidRPr="007A0413">
        <w:rPr>
          <w:rFonts w:cs="Times New Roman"/>
          <w:b/>
          <w:sz w:val="24"/>
        </w:rPr>
        <w:t xml:space="preserve"> </w:t>
      </w:r>
      <w:proofErr w:type="spellStart"/>
      <w:r w:rsidRPr="007A0413">
        <w:rPr>
          <w:rFonts w:cs="Times New Roman"/>
          <w:b/>
          <w:sz w:val="24"/>
        </w:rPr>
        <w:t>documentată</w:t>
      </w:r>
      <w:proofErr w:type="spellEnd"/>
      <w:r w:rsidRPr="007A0413">
        <w:rPr>
          <w:rFonts w:cs="Times New Roman"/>
          <w:b/>
          <w:sz w:val="24"/>
        </w:rPr>
        <w:t xml:space="preserve">: </w:t>
      </w:r>
      <w:proofErr w:type="spellStart"/>
      <w:r w:rsidRPr="007A0413">
        <w:rPr>
          <w:rFonts w:cs="Times New Roman"/>
          <w:sz w:val="24"/>
        </w:rPr>
        <w:t>instrucțiunile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aprobările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modificările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relevante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vor</w:t>
      </w:r>
      <w:proofErr w:type="spellEnd"/>
      <w:r w:rsidRPr="007A0413">
        <w:rPr>
          <w:rFonts w:cs="Times New Roman"/>
          <w:sz w:val="24"/>
        </w:rPr>
        <w:t xml:space="preserve"> fi </w:t>
      </w:r>
      <w:proofErr w:type="spellStart"/>
      <w:r w:rsidRPr="007A0413">
        <w:rPr>
          <w:rFonts w:cs="Times New Roman"/>
          <w:sz w:val="24"/>
        </w:rPr>
        <w:t>consemnate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scris</w:t>
      </w:r>
      <w:proofErr w:type="spellEnd"/>
      <w:r w:rsidRPr="007A0413">
        <w:rPr>
          <w:rFonts w:cs="Times New Roman"/>
          <w:sz w:val="24"/>
        </w:rPr>
        <w:t>.</w:t>
      </w:r>
    </w:p>
    <w:p w14:paraId="106DFAB2" w14:textId="77777777" w:rsidR="00EE76A8" w:rsidRPr="007A0413" w:rsidRDefault="00EE76A8" w:rsidP="00EE76A8">
      <w:pPr>
        <w:pStyle w:val="Titlu1"/>
        <w:rPr>
          <w:rFonts w:ascii="Times New Roman" w:hAnsi="Times New Roman" w:cs="Times New Roman"/>
          <w:color w:val="auto"/>
          <w:sz w:val="24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 w:val="24"/>
          <w:szCs w:val="24"/>
        </w:rPr>
        <w:t>4. DURATA CONTRACTULUI ȘI CALENDARUL DE IMPLEMENTARE</w:t>
      </w:r>
    </w:p>
    <w:p w14:paraId="66374A31" w14:textId="77777777" w:rsidR="00EE76A8" w:rsidRPr="007A0413" w:rsidRDefault="00EE76A8" w:rsidP="00EE76A8">
      <w:pPr>
        <w:spacing w:line="259" w:lineRule="auto"/>
        <w:ind w:firstLine="369"/>
        <w:rPr>
          <w:rFonts w:cs="Times New Roman"/>
          <w:sz w:val="24"/>
        </w:rPr>
      </w:pPr>
      <w:proofErr w:type="spellStart"/>
      <w:r w:rsidRPr="007A0413">
        <w:rPr>
          <w:rFonts w:cs="Times New Roman"/>
          <w:sz w:val="24"/>
        </w:rPr>
        <w:t>Durata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contractului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începe</w:t>
      </w:r>
      <w:proofErr w:type="spellEnd"/>
      <w:r w:rsidRPr="007A0413">
        <w:rPr>
          <w:rFonts w:cs="Times New Roman"/>
          <w:sz w:val="24"/>
        </w:rPr>
        <w:t xml:space="preserve"> la data </w:t>
      </w:r>
      <w:proofErr w:type="spellStart"/>
      <w:r w:rsidRPr="007A0413">
        <w:rPr>
          <w:rFonts w:cs="Times New Roman"/>
          <w:sz w:val="24"/>
        </w:rPr>
        <w:t>intrării</w:t>
      </w:r>
      <w:proofErr w:type="spellEnd"/>
      <w:r w:rsidRPr="007A0413">
        <w:rPr>
          <w:rFonts w:cs="Times New Roman"/>
          <w:sz w:val="24"/>
        </w:rPr>
        <w:t xml:space="preserve"> sale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vigoare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se </w:t>
      </w:r>
      <w:proofErr w:type="spellStart"/>
      <w:r w:rsidRPr="007A0413">
        <w:rPr>
          <w:rFonts w:cs="Times New Roman"/>
          <w:sz w:val="24"/>
        </w:rPr>
        <w:t>încheie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după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finalizarea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tuturor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obligațiilor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inclusiv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predarea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acceptarea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raportului</w:t>
      </w:r>
      <w:proofErr w:type="spellEnd"/>
      <w:r w:rsidRPr="007A0413">
        <w:rPr>
          <w:rFonts w:cs="Times New Roman"/>
          <w:sz w:val="24"/>
        </w:rPr>
        <w:t xml:space="preserve"> final. </w:t>
      </w:r>
      <w:proofErr w:type="spellStart"/>
      <w:r w:rsidRPr="007A0413">
        <w:rPr>
          <w:rFonts w:cs="Times New Roman"/>
          <w:sz w:val="24"/>
        </w:rPr>
        <w:t>Durata</w:t>
      </w:r>
      <w:proofErr w:type="spellEnd"/>
      <w:r w:rsidRPr="007A0413">
        <w:rPr>
          <w:rFonts w:cs="Times New Roman"/>
          <w:sz w:val="24"/>
        </w:rPr>
        <w:t xml:space="preserve"> include </w:t>
      </w:r>
      <w:proofErr w:type="spellStart"/>
      <w:r w:rsidRPr="007A0413">
        <w:rPr>
          <w:rFonts w:cs="Times New Roman"/>
          <w:sz w:val="24"/>
        </w:rPr>
        <w:t>pregătirea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organizarea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promovarea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montajul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testarea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desfășurarea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evenimentului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demontarea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ecologizarea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raportarea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finală</w:t>
      </w:r>
      <w:proofErr w:type="spellEnd"/>
      <w:r w:rsidRPr="007A0413">
        <w:rPr>
          <w:rFonts w:cs="Times New Roman"/>
          <w:sz w:val="24"/>
        </w:rPr>
        <w:t>.</w:t>
      </w:r>
    </w:p>
    <w:tbl>
      <w:tblPr>
        <w:tblW w:w="9524" w:type="dxa"/>
        <w:jc w:val="center"/>
        <w:tblBorders>
          <w:top w:val="single" w:sz="5" w:space="0" w:color="8EA9C1"/>
          <w:left w:val="single" w:sz="5" w:space="0" w:color="8EA9C1"/>
          <w:bottom w:val="single" w:sz="5" w:space="0" w:color="8EA9C1"/>
          <w:right w:val="single" w:sz="5" w:space="0" w:color="8EA9C1"/>
          <w:insideH w:val="single" w:sz="5" w:space="0" w:color="8EA9C1"/>
          <w:insideV w:val="single" w:sz="5" w:space="0" w:color="8EA9C1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896"/>
        <w:gridCol w:w="3061"/>
      </w:tblGrid>
      <w:tr w:rsidR="00EE76A8" w:rsidRPr="007A0413" w14:paraId="4EC48747" w14:textId="77777777" w:rsidTr="007E0AAE">
        <w:trPr>
          <w:cantSplit/>
          <w:tblHeader/>
          <w:jc w:val="center"/>
        </w:trPr>
        <w:tc>
          <w:tcPr>
            <w:tcW w:w="56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26173C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lastRenderedPageBreak/>
              <w:t>Nr.</w:t>
            </w:r>
          </w:p>
        </w:tc>
        <w:tc>
          <w:tcPr>
            <w:tcW w:w="589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A56460B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b/>
                <w:sz w:val="24"/>
              </w:rPr>
              <w:t>Etapă</w:t>
            </w:r>
            <w:proofErr w:type="spellEnd"/>
            <w:r w:rsidRPr="007A0413">
              <w:rPr>
                <w:rFonts w:cs="Times New Roman"/>
                <w:b/>
                <w:sz w:val="24"/>
              </w:rPr>
              <w:t xml:space="preserve"> / </w:t>
            </w:r>
            <w:proofErr w:type="spellStart"/>
            <w:r w:rsidRPr="007A0413">
              <w:rPr>
                <w:rFonts w:cs="Times New Roman"/>
                <w:b/>
                <w:sz w:val="24"/>
              </w:rPr>
              <w:t>activitate</w:t>
            </w:r>
            <w:proofErr w:type="spellEnd"/>
          </w:p>
        </w:tc>
        <w:tc>
          <w:tcPr>
            <w:tcW w:w="306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AC9E78B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Termen minim</w:t>
            </w:r>
          </w:p>
        </w:tc>
      </w:tr>
      <w:tr w:rsidR="00EE76A8" w:rsidRPr="007A0413" w14:paraId="30DC57FB" w14:textId="77777777" w:rsidTr="007E0AAE">
        <w:trPr>
          <w:cantSplit/>
          <w:jc w:val="center"/>
        </w:trPr>
        <w:tc>
          <w:tcPr>
            <w:tcW w:w="56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4868914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1</w:t>
            </w:r>
          </w:p>
        </w:tc>
        <w:tc>
          <w:tcPr>
            <w:tcW w:w="5896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845BFC0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Ședință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lansare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confirmarea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echipei</w:t>
            </w:r>
            <w:proofErr w:type="spellEnd"/>
          </w:p>
        </w:tc>
        <w:tc>
          <w:tcPr>
            <w:tcW w:w="306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6D9E96A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maximum 2 </w:t>
            </w:r>
            <w:proofErr w:type="spellStart"/>
            <w:r w:rsidRPr="007A0413">
              <w:rPr>
                <w:rFonts w:cs="Times New Roman"/>
                <w:sz w:val="24"/>
              </w:rPr>
              <w:t>zile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lucrătoare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la </w:t>
            </w:r>
            <w:proofErr w:type="spellStart"/>
            <w:r w:rsidRPr="007A0413">
              <w:rPr>
                <w:rFonts w:cs="Times New Roman"/>
                <w:sz w:val="24"/>
              </w:rPr>
              <w:t>ordinul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începere</w:t>
            </w:r>
            <w:proofErr w:type="spellEnd"/>
          </w:p>
        </w:tc>
      </w:tr>
      <w:tr w:rsidR="00EE76A8" w:rsidRPr="007A0413" w14:paraId="22816E50" w14:textId="77777777" w:rsidTr="007E0AAE">
        <w:trPr>
          <w:cantSplit/>
          <w:jc w:val="center"/>
        </w:trPr>
        <w:tc>
          <w:tcPr>
            <w:tcW w:w="56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028152C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2</w:t>
            </w:r>
          </w:p>
        </w:tc>
        <w:tc>
          <w:tcPr>
            <w:tcW w:w="5896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CC0FC6B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Plan de </w:t>
            </w:r>
            <w:proofErr w:type="spellStart"/>
            <w:r w:rsidRPr="007A0413">
              <w:rPr>
                <w:rFonts w:cs="Times New Roman"/>
                <w:sz w:val="24"/>
              </w:rPr>
              <w:t>proiect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grafic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detaliat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registru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riscuri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și </w:t>
            </w:r>
            <w:proofErr w:type="spellStart"/>
            <w:r w:rsidRPr="007A0413">
              <w:rPr>
                <w:rFonts w:cs="Times New Roman"/>
                <w:sz w:val="24"/>
              </w:rPr>
              <w:t>listă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inițială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documente</w:t>
            </w:r>
            <w:proofErr w:type="spellEnd"/>
          </w:p>
        </w:tc>
        <w:tc>
          <w:tcPr>
            <w:tcW w:w="306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2A080FE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maximum 5 </w:t>
            </w:r>
            <w:proofErr w:type="spellStart"/>
            <w:r w:rsidRPr="007A0413">
              <w:rPr>
                <w:rFonts w:cs="Times New Roman"/>
                <w:sz w:val="24"/>
              </w:rPr>
              <w:t>zile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lucrătoare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la </w:t>
            </w:r>
            <w:proofErr w:type="spellStart"/>
            <w:r w:rsidRPr="007A0413">
              <w:rPr>
                <w:rFonts w:cs="Times New Roman"/>
                <w:sz w:val="24"/>
              </w:rPr>
              <w:t>ordinul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începere</w:t>
            </w:r>
            <w:proofErr w:type="spellEnd"/>
          </w:p>
        </w:tc>
      </w:tr>
      <w:tr w:rsidR="00EE76A8" w:rsidRPr="007A0413" w14:paraId="5AFCB809" w14:textId="77777777" w:rsidTr="007E0AAE">
        <w:trPr>
          <w:cantSplit/>
          <w:jc w:val="center"/>
        </w:trPr>
        <w:tc>
          <w:tcPr>
            <w:tcW w:w="56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A71A4F7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3</w:t>
            </w:r>
          </w:p>
        </w:tc>
        <w:tc>
          <w:tcPr>
            <w:tcW w:w="5896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4D27085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Concept </w:t>
            </w:r>
            <w:proofErr w:type="spellStart"/>
            <w:r w:rsidRPr="007A0413">
              <w:rPr>
                <w:rFonts w:cs="Times New Roman"/>
                <w:sz w:val="24"/>
              </w:rPr>
              <w:t>preliminar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plan de </w:t>
            </w:r>
            <w:proofErr w:type="spellStart"/>
            <w:r w:rsidRPr="007A0413">
              <w:rPr>
                <w:rFonts w:cs="Times New Roman"/>
                <w:sz w:val="24"/>
              </w:rPr>
              <w:t>amplasament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zonare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fluxuri</w:t>
            </w:r>
            <w:proofErr w:type="spellEnd"/>
          </w:p>
        </w:tc>
        <w:tc>
          <w:tcPr>
            <w:tcW w:w="306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8338186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cel </w:t>
            </w:r>
            <w:proofErr w:type="spellStart"/>
            <w:r w:rsidRPr="007A0413">
              <w:rPr>
                <w:rFonts w:cs="Times New Roman"/>
                <w:sz w:val="24"/>
              </w:rPr>
              <w:t>târziu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cu 30 de </w:t>
            </w:r>
            <w:proofErr w:type="spellStart"/>
            <w:r w:rsidRPr="007A0413">
              <w:rPr>
                <w:rFonts w:cs="Times New Roman"/>
                <w:sz w:val="24"/>
              </w:rPr>
              <w:t>zile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calendaristice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înainte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eveniment</w:t>
            </w:r>
            <w:proofErr w:type="spellEnd"/>
          </w:p>
        </w:tc>
      </w:tr>
      <w:tr w:rsidR="00EE76A8" w:rsidRPr="007A0413" w14:paraId="0E5E3D58" w14:textId="77777777" w:rsidTr="007E0AAE">
        <w:trPr>
          <w:cantSplit/>
          <w:jc w:val="center"/>
        </w:trPr>
        <w:tc>
          <w:tcPr>
            <w:tcW w:w="56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C2D209D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4</w:t>
            </w:r>
          </w:p>
        </w:tc>
        <w:tc>
          <w:tcPr>
            <w:tcW w:w="5896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A48FDBA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Program </w:t>
            </w:r>
            <w:proofErr w:type="spellStart"/>
            <w:r w:rsidRPr="007A0413">
              <w:rPr>
                <w:rFonts w:cs="Times New Roman"/>
                <w:sz w:val="24"/>
              </w:rPr>
              <w:t>preliminar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propuneri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artiști</w:t>
            </w:r>
            <w:proofErr w:type="spellEnd"/>
            <w:r w:rsidRPr="007A0413">
              <w:rPr>
                <w:rFonts w:cs="Times New Roman"/>
                <w:sz w:val="24"/>
              </w:rPr>
              <w:t>/</w:t>
            </w:r>
            <w:proofErr w:type="spellStart"/>
            <w:r w:rsidRPr="007A0413">
              <w:rPr>
                <w:rFonts w:cs="Times New Roman"/>
                <w:sz w:val="24"/>
              </w:rPr>
              <w:t>activități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plan de </w:t>
            </w:r>
            <w:proofErr w:type="spellStart"/>
            <w:r w:rsidRPr="007A0413">
              <w:rPr>
                <w:rFonts w:cs="Times New Roman"/>
                <w:sz w:val="24"/>
              </w:rPr>
              <w:t>promovare</w:t>
            </w:r>
            <w:proofErr w:type="spellEnd"/>
          </w:p>
        </w:tc>
        <w:tc>
          <w:tcPr>
            <w:tcW w:w="306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D3AA87B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cel </w:t>
            </w:r>
            <w:proofErr w:type="spellStart"/>
            <w:r w:rsidRPr="007A0413">
              <w:rPr>
                <w:rFonts w:cs="Times New Roman"/>
                <w:sz w:val="24"/>
              </w:rPr>
              <w:t>târziu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cu 25 de </w:t>
            </w:r>
            <w:proofErr w:type="spellStart"/>
            <w:r w:rsidRPr="007A0413">
              <w:rPr>
                <w:rFonts w:cs="Times New Roman"/>
                <w:sz w:val="24"/>
              </w:rPr>
              <w:t>zile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calendaristice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înainte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eveniment</w:t>
            </w:r>
            <w:proofErr w:type="spellEnd"/>
          </w:p>
        </w:tc>
      </w:tr>
      <w:tr w:rsidR="00EE76A8" w:rsidRPr="007A0413" w14:paraId="10A297A3" w14:textId="77777777" w:rsidTr="007E0AAE">
        <w:trPr>
          <w:cantSplit/>
          <w:jc w:val="center"/>
        </w:trPr>
        <w:tc>
          <w:tcPr>
            <w:tcW w:w="56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0641775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5</w:t>
            </w:r>
          </w:p>
        </w:tc>
        <w:tc>
          <w:tcPr>
            <w:tcW w:w="5896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AE4D014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Program artistic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operațional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final, </w:t>
            </w:r>
            <w:proofErr w:type="spellStart"/>
            <w:r w:rsidRPr="007A0413">
              <w:rPr>
                <w:rFonts w:cs="Times New Roman"/>
                <w:sz w:val="24"/>
              </w:rPr>
              <w:t>spre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aprobare</w:t>
            </w:r>
            <w:proofErr w:type="spellEnd"/>
          </w:p>
        </w:tc>
        <w:tc>
          <w:tcPr>
            <w:tcW w:w="306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70F4A50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minimum 15 </w:t>
            </w:r>
            <w:proofErr w:type="spellStart"/>
            <w:r w:rsidRPr="007A0413">
              <w:rPr>
                <w:rFonts w:cs="Times New Roman"/>
                <w:sz w:val="24"/>
              </w:rPr>
              <w:t>zile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calendaristice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înainte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eveniment</w:t>
            </w:r>
            <w:proofErr w:type="spellEnd"/>
          </w:p>
        </w:tc>
      </w:tr>
      <w:tr w:rsidR="00EE76A8" w:rsidRPr="007A0413" w14:paraId="66FCAC74" w14:textId="77777777" w:rsidTr="007E0AAE">
        <w:trPr>
          <w:cantSplit/>
          <w:jc w:val="center"/>
        </w:trPr>
        <w:tc>
          <w:tcPr>
            <w:tcW w:w="56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8A00103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6</w:t>
            </w:r>
          </w:p>
        </w:tc>
        <w:tc>
          <w:tcPr>
            <w:tcW w:w="5896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D539DCA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Proiect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tehnic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eveniment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plan de </w:t>
            </w:r>
            <w:proofErr w:type="spellStart"/>
            <w:r w:rsidRPr="007A0413">
              <w:rPr>
                <w:rFonts w:cs="Times New Roman"/>
                <w:sz w:val="24"/>
              </w:rPr>
              <w:t>alimentare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plan de </w:t>
            </w:r>
            <w:proofErr w:type="spellStart"/>
            <w:r w:rsidRPr="007A0413">
              <w:rPr>
                <w:rFonts w:cs="Times New Roman"/>
                <w:sz w:val="24"/>
              </w:rPr>
              <w:t>securitate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situația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avizelor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autorizațiilor</w:t>
            </w:r>
            <w:proofErr w:type="spellEnd"/>
          </w:p>
        </w:tc>
        <w:tc>
          <w:tcPr>
            <w:tcW w:w="306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BD93615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minimum 10 </w:t>
            </w:r>
            <w:proofErr w:type="spellStart"/>
            <w:r w:rsidRPr="007A0413">
              <w:rPr>
                <w:rFonts w:cs="Times New Roman"/>
                <w:sz w:val="24"/>
              </w:rPr>
              <w:t>zile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calendaristice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înainte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eveniment</w:t>
            </w:r>
            <w:proofErr w:type="spellEnd"/>
          </w:p>
        </w:tc>
      </w:tr>
      <w:tr w:rsidR="00EE76A8" w:rsidRPr="007A0413" w14:paraId="30946778" w14:textId="77777777" w:rsidTr="007E0AAE">
        <w:trPr>
          <w:cantSplit/>
          <w:jc w:val="center"/>
        </w:trPr>
        <w:tc>
          <w:tcPr>
            <w:tcW w:w="56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670BC67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7</w:t>
            </w:r>
          </w:p>
        </w:tc>
        <w:tc>
          <w:tcPr>
            <w:tcW w:w="5896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DF8823A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Documentele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finale de </w:t>
            </w:r>
            <w:proofErr w:type="spellStart"/>
            <w:r w:rsidRPr="007A0413">
              <w:rPr>
                <w:rFonts w:cs="Times New Roman"/>
                <w:sz w:val="24"/>
              </w:rPr>
              <w:t>conformitate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lista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personalului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planul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intervenție</w:t>
            </w:r>
            <w:proofErr w:type="spellEnd"/>
          </w:p>
        </w:tc>
        <w:tc>
          <w:tcPr>
            <w:tcW w:w="306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1A8B780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minimum 5 </w:t>
            </w:r>
            <w:proofErr w:type="spellStart"/>
            <w:r w:rsidRPr="007A0413">
              <w:rPr>
                <w:rFonts w:cs="Times New Roman"/>
                <w:sz w:val="24"/>
              </w:rPr>
              <w:t>zile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calendaristice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înainte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eveniment</w:t>
            </w:r>
            <w:proofErr w:type="spellEnd"/>
          </w:p>
        </w:tc>
      </w:tr>
      <w:tr w:rsidR="00EE76A8" w:rsidRPr="007A0413" w14:paraId="27129476" w14:textId="77777777" w:rsidTr="007E0AAE">
        <w:trPr>
          <w:cantSplit/>
          <w:jc w:val="center"/>
        </w:trPr>
        <w:tc>
          <w:tcPr>
            <w:tcW w:w="56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8522263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8</w:t>
            </w:r>
          </w:p>
        </w:tc>
        <w:tc>
          <w:tcPr>
            <w:tcW w:w="5896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1FE07DC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Finalizarea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montajului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a </w:t>
            </w:r>
            <w:proofErr w:type="spellStart"/>
            <w:r w:rsidRPr="007A0413">
              <w:rPr>
                <w:rFonts w:cs="Times New Roman"/>
                <w:sz w:val="24"/>
              </w:rPr>
              <w:t>testelor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tehnice</w:t>
            </w:r>
            <w:proofErr w:type="spellEnd"/>
          </w:p>
        </w:tc>
        <w:tc>
          <w:tcPr>
            <w:tcW w:w="306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98038DE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joi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24 </w:t>
            </w:r>
            <w:proofErr w:type="spellStart"/>
            <w:r w:rsidRPr="007A0413">
              <w:rPr>
                <w:rFonts w:cs="Times New Roman"/>
                <w:sz w:val="24"/>
              </w:rPr>
              <w:t>septembrie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2026, ora 20:00</w:t>
            </w:r>
          </w:p>
        </w:tc>
      </w:tr>
      <w:tr w:rsidR="00EE76A8" w:rsidRPr="007A0413" w14:paraId="1583D95A" w14:textId="77777777" w:rsidTr="007E0AAE">
        <w:trPr>
          <w:cantSplit/>
          <w:jc w:val="center"/>
        </w:trPr>
        <w:tc>
          <w:tcPr>
            <w:tcW w:w="56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ED6375B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9</w:t>
            </w:r>
          </w:p>
        </w:tc>
        <w:tc>
          <w:tcPr>
            <w:tcW w:w="5896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B165249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Desfășurarea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evenimentului</w:t>
            </w:r>
            <w:proofErr w:type="spellEnd"/>
          </w:p>
        </w:tc>
        <w:tc>
          <w:tcPr>
            <w:tcW w:w="306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25F8526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25–27 </w:t>
            </w:r>
            <w:proofErr w:type="spellStart"/>
            <w:r w:rsidRPr="007A0413">
              <w:rPr>
                <w:rFonts w:cs="Times New Roman"/>
                <w:sz w:val="24"/>
              </w:rPr>
              <w:t>septembrie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2026</w:t>
            </w:r>
          </w:p>
        </w:tc>
      </w:tr>
      <w:tr w:rsidR="00EE76A8" w:rsidRPr="007A0413" w14:paraId="7A3FB01D" w14:textId="77777777" w:rsidTr="007E0AAE">
        <w:trPr>
          <w:cantSplit/>
          <w:jc w:val="center"/>
        </w:trPr>
        <w:tc>
          <w:tcPr>
            <w:tcW w:w="56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E35FD4D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10</w:t>
            </w:r>
          </w:p>
        </w:tc>
        <w:tc>
          <w:tcPr>
            <w:tcW w:w="5896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843683B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Demontare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evacuare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echipamente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ecologizare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integrală</w:t>
            </w:r>
            <w:proofErr w:type="spellEnd"/>
          </w:p>
        </w:tc>
        <w:tc>
          <w:tcPr>
            <w:tcW w:w="306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D02A9FA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în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noaptea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duminică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spre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luni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pe </w:t>
            </w:r>
            <w:proofErr w:type="spellStart"/>
            <w:r w:rsidRPr="007A0413">
              <w:rPr>
                <w:rFonts w:cs="Times New Roman"/>
                <w:sz w:val="24"/>
              </w:rPr>
              <w:t>parcursul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zilei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luni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28 </w:t>
            </w:r>
            <w:proofErr w:type="spellStart"/>
            <w:r w:rsidRPr="007A0413">
              <w:rPr>
                <w:rFonts w:cs="Times New Roman"/>
                <w:sz w:val="24"/>
              </w:rPr>
              <w:t>septembrie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2026</w:t>
            </w:r>
          </w:p>
        </w:tc>
      </w:tr>
      <w:tr w:rsidR="00EE76A8" w:rsidRPr="007A0413" w14:paraId="07933B3D" w14:textId="77777777" w:rsidTr="007E0AAE">
        <w:trPr>
          <w:cantSplit/>
          <w:jc w:val="center"/>
        </w:trPr>
        <w:tc>
          <w:tcPr>
            <w:tcW w:w="56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8542FA2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11</w:t>
            </w:r>
          </w:p>
        </w:tc>
        <w:tc>
          <w:tcPr>
            <w:tcW w:w="5896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0B457A8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Raport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final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predarea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arhivei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electronice</w:t>
            </w:r>
            <w:proofErr w:type="spellEnd"/>
          </w:p>
        </w:tc>
        <w:tc>
          <w:tcPr>
            <w:tcW w:w="306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193A0F9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maximum 15 </w:t>
            </w:r>
            <w:proofErr w:type="spellStart"/>
            <w:r w:rsidRPr="007A0413">
              <w:rPr>
                <w:rFonts w:cs="Times New Roman"/>
                <w:sz w:val="24"/>
              </w:rPr>
              <w:t>zile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lucrătoare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la </w:t>
            </w:r>
            <w:proofErr w:type="spellStart"/>
            <w:r w:rsidRPr="007A0413">
              <w:rPr>
                <w:rFonts w:cs="Times New Roman"/>
                <w:sz w:val="24"/>
              </w:rPr>
              <w:t>finalizarea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evenimentului</w:t>
            </w:r>
            <w:proofErr w:type="spellEnd"/>
          </w:p>
        </w:tc>
      </w:tr>
    </w:tbl>
    <w:p w14:paraId="36545147" w14:textId="77777777" w:rsidR="00EE76A8" w:rsidRPr="007A0413" w:rsidRDefault="00EE76A8" w:rsidP="00EE76A8">
      <w:pPr>
        <w:rPr>
          <w:rFonts w:cs="Times New Roman"/>
          <w:sz w:val="24"/>
        </w:rPr>
      </w:pPr>
    </w:p>
    <w:p w14:paraId="5BBEDA85" w14:textId="77777777" w:rsidR="00EE76A8" w:rsidRPr="007A0413" w:rsidRDefault="00EE76A8" w:rsidP="00EE76A8">
      <w:pPr>
        <w:spacing w:line="259" w:lineRule="auto"/>
        <w:ind w:firstLine="369"/>
        <w:rPr>
          <w:rFonts w:cs="Times New Roman"/>
          <w:sz w:val="24"/>
        </w:rPr>
      </w:pPr>
      <w:proofErr w:type="spellStart"/>
      <w:r w:rsidRPr="007A0413">
        <w:rPr>
          <w:rFonts w:cs="Times New Roman"/>
          <w:sz w:val="24"/>
        </w:rPr>
        <w:lastRenderedPageBreak/>
        <w:t>Prestatorul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actualiza</w:t>
      </w:r>
      <w:proofErr w:type="spellEnd"/>
      <w:r w:rsidRPr="007A0413">
        <w:rPr>
          <w:rFonts w:cs="Times New Roman"/>
          <w:sz w:val="24"/>
        </w:rPr>
        <w:t xml:space="preserve"> permanent </w:t>
      </w:r>
      <w:proofErr w:type="spellStart"/>
      <w:r w:rsidRPr="007A0413">
        <w:rPr>
          <w:rFonts w:cs="Times New Roman"/>
          <w:sz w:val="24"/>
        </w:rPr>
        <w:t>graficul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implementare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informa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imediat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autoritatea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contractantă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asupra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oricărui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risc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întârziere</w:t>
      </w:r>
      <w:proofErr w:type="spellEnd"/>
      <w:r w:rsidRPr="007A0413">
        <w:rPr>
          <w:rFonts w:cs="Times New Roman"/>
          <w:sz w:val="24"/>
        </w:rPr>
        <w:t xml:space="preserve">. </w:t>
      </w:r>
      <w:proofErr w:type="spellStart"/>
      <w:r w:rsidRPr="007A0413">
        <w:rPr>
          <w:rFonts w:cs="Times New Roman"/>
          <w:sz w:val="24"/>
        </w:rPr>
        <w:t>Etapele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critice</w:t>
      </w:r>
      <w:proofErr w:type="spellEnd"/>
      <w:r w:rsidRPr="007A0413">
        <w:rPr>
          <w:rFonts w:cs="Times New Roman"/>
          <w:sz w:val="24"/>
        </w:rPr>
        <w:t xml:space="preserve"> nu pot fi </w:t>
      </w:r>
      <w:proofErr w:type="spellStart"/>
      <w:r w:rsidRPr="007A0413">
        <w:rPr>
          <w:rFonts w:cs="Times New Roman"/>
          <w:sz w:val="24"/>
        </w:rPr>
        <w:t>decalate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fără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aprobarea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scrisă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gramStart"/>
      <w:r w:rsidRPr="007A0413">
        <w:rPr>
          <w:rFonts w:cs="Times New Roman"/>
          <w:sz w:val="24"/>
        </w:rPr>
        <w:t>a</w:t>
      </w:r>
      <w:proofErr w:type="gram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autorității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contractante</w:t>
      </w:r>
      <w:proofErr w:type="spellEnd"/>
      <w:r w:rsidRPr="007A0413">
        <w:rPr>
          <w:rFonts w:cs="Times New Roman"/>
          <w:sz w:val="24"/>
        </w:rPr>
        <w:t>.</w:t>
      </w:r>
    </w:p>
    <w:p w14:paraId="43D21654" w14:textId="77777777" w:rsidR="00EE76A8" w:rsidRPr="007A0413" w:rsidRDefault="00EE76A8" w:rsidP="00EE76A8">
      <w:pPr>
        <w:pStyle w:val="Titlu1"/>
        <w:rPr>
          <w:rFonts w:ascii="Times New Roman" w:hAnsi="Times New Roman" w:cs="Times New Roman"/>
          <w:color w:val="auto"/>
          <w:sz w:val="24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 w:val="24"/>
          <w:szCs w:val="24"/>
        </w:rPr>
        <w:t>5. MANAGEMENTUL ȘI COORDONAREA PROIECTULUI</w:t>
      </w:r>
    </w:p>
    <w:p w14:paraId="6DAF7193" w14:textId="77777777" w:rsidR="00EE76A8" w:rsidRPr="007A0413" w:rsidRDefault="00EE76A8" w:rsidP="00EE76A8">
      <w:pPr>
        <w:pStyle w:val="Titlu2"/>
        <w:rPr>
          <w:rFonts w:ascii="Times New Roman" w:hAnsi="Times New Roman" w:cs="Times New Roman"/>
          <w:color w:val="auto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5.1.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Organizarea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managementului</w:t>
      </w:r>
      <w:proofErr w:type="spellEnd"/>
    </w:p>
    <w:p w14:paraId="7EA5052A" w14:textId="77777777" w:rsidR="00EE76A8" w:rsidRPr="007A0413" w:rsidRDefault="00EE76A8" w:rsidP="00EE76A8">
      <w:pPr>
        <w:spacing w:line="259" w:lineRule="auto"/>
        <w:ind w:firstLine="369"/>
        <w:rPr>
          <w:rFonts w:cs="Times New Roman"/>
          <w:sz w:val="24"/>
        </w:rPr>
      </w:pPr>
      <w:proofErr w:type="spellStart"/>
      <w:r w:rsidRPr="007A0413">
        <w:rPr>
          <w:rFonts w:cs="Times New Roman"/>
          <w:sz w:val="24"/>
        </w:rPr>
        <w:t>Prestatorul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desemna</w:t>
      </w:r>
      <w:proofErr w:type="spellEnd"/>
      <w:r w:rsidRPr="007A0413">
        <w:rPr>
          <w:rFonts w:cs="Times New Roman"/>
          <w:sz w:val="24"/>
        </w:rPr>
        <w:t xml:space="preserve"> un manager de </w:t>
      </w:r>
      <w:proofErr w:type="spellStart"/>
      <w:r w:rsidRPr="007A0413">
        <w:rPr>
          <w:rFonts w:cs="Times New Roman"/>
          <w:sz w:val="24"/>
        </w:rPr>
        <w:t>proiect</w:t>
      </w:r>
      <w:proofErr w:type="spellEnd"/>
      <w:r w:rsidRPr="007A0413">
        <w:rPr>
          <w:rFonts w:cs="Times New Roman"/>
          <w:sz w:val="24"/>
        </w:rPr>
        <w:t xml:space="preserve"> cu </w:t>
      </w:r>
      <w:proofErr w:type="spellStart"/>
      <w:r w:rsidRPr="007A0413">
        <w:rPr>
          <w:rFonts w:cs="Times New Roman"/>
          <w:sz w:val="24"/>
        </w:rPr>
        <w:t>autoritate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decizională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rol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punct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unic</w:t>
      </w:r>
      <w:proofErr w:type="spellEnd"/>
      <w:r w:rsidRPr="007A0413">
        <w:rPr>
          <w:rFonts w:cs="Times New Roman"/>
          <w:sz w:val="24"/>
        </w:rPr>
        <w:t xml:space="preserve"> de contact. </w:t>
      </w:r>
      <w:proofErr w:type="spellStart"/>
      <w:r w:rsidRPr="007A0413">
        <w:rPr>
          <w:rFonts w:cs="Times New Roman"/>
          <w:sz w:val="24"/>
        </w:rPr>
        <w:t>Acesta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coordona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echipa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subcontractanții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furnizorii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artiștii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personalul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tehnic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operatorii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implicați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participa</w:t>
      </w:r>
      <w:proofErr w:type="spellEnd"/>
      <w:r w:rsidRPr="007A0413">
        <w:rPr>
          <w:rFonts w:cs="Times New Roman"/>
          <w:sz w:val="24"/>
        </w:rPr>
        <w:t xml:space="preserve"> la </w:t>
      </w:r>
      <w:proofErr w:type="spellStart"/>
      <w:r w:rsidRPr="007A0413">
        <w:rPr>
          <w:rFonts w:cs="Times New Roman"/>
          <w:sz w:val="24"/>
        </w:rPr>
        <w:t>ședințele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lucru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asigura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transmiterea</w:t>
      </w:r>
      <w:proofErr w:type="spellEnd"/>
      <w:r w:rsidRPr="007A0413">
        <w:rPr>
          <w:rFonts w:cs="Times New Roman"/>
          <w:sz w:val="24"/>
        </w:rPr>
        <w:t xml:space="preserve"> la termen a </w:t>
      </w:r>
      <w:proofErr w:type="spellStart"/>
      <w:r w:rsidRPr="007A0413">
        <w:rPr>
          <w:rFonts w:cs="Times New Roman"/>
          <w:sz w:val="24"/>
        </w:rPr>
        <w:t>documentelor</w:t>
      </w:r>
      <w:proofErr w:type="spellEnd"/>
      <w:r w:rsidRPr="007A0413">
        <w:rPr>
          <w:rFonts w:cs="Times New Roman"/>
          <w:sz w:val="24"/>
        </w:rPr>
        <w:t>.</w:t>
      </w:r>
    </w:p>
    <w:p w14:paraId="1BC42AB3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plan de </w:t>
      </w:r>
      <w:proofErr w:type="spellStart"/>
      <w:r w:rsidRPr="007A0413">
        <w:rPr>
          <w:rFonts w:cs="Times New Roman"/>
          <w:sz w:val="24"/>
        </w:rPr>
        <w:t>proiect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grafic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implementare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actualizat</w:t>
      </w:r>
      <w:proofErr w:type="spellEnd"/>
      <w:r w:rsidRPr="007A0413">
        <w:rPr>
          <w:rFonts w:cs="Times New Roman"/>
          <w:sz w:val="24"/>
        </w:rPr>
        <w:t>;</w:t>
      </w:r>
    </w:p>
    <w:p w14:paraId="4FA6D40B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organigramă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funcțională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matrice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responsabilități</w:t>
      </w:r>
      <w:proofErr w:type="spellEnd"/>
      <w:r w:rsidRPr="007A0413">
        <w:rPr>
          <w:rFonts w:cs="Times New Roman"/>
          <w:sz w:val="24"/>
        </w:rPr>
        <w:t>;</w:t>
      </w:r>
    </w:p>
    <w:p w14:paraId="4E217A9E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registru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riscuri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planuri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răspuns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vreme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nefavorabilă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avarii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întreruperea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alimentării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incidente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medicale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incidente</w:t>
      </w:r>
      <w:proofErr w:type="spellEnd"/>
      <w:r w:rsidRPr="007A0413">
        <w:rPr>
          <w:rFonts w:cs="Times New Roman"/>
          <w:sz w:val="24"/>
        </w:rPr>
        <w:t xml:space="preserve"> cu </w:t>
      </w:r>
      <w:proofErr w:type="spellStart"/>
      <w:r w:rsidRPr="007A0413">
        <w:rPr>
          <w:rFonts w:cs="Times New Roman"/>
          <w:sz w:val="24"/>
        </w:rPr>
        <w:t>animale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aglomerări</w:t>
      </w:r>
      <w:proofErr w:type="spellEnd"/>
      <w:r w:rsidRPr="007A0413">
        <w:rPr>
          <w:rFonts w:cs="Times New Roman"/>
          <w:sz w:val="24"/>
        </w:rPr>
        <w:t>;</w:t>
      </w:r>
    </w:p>
    <w:p w14:paraId="7569EA51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plan de </w:t>
      </w:r>
      <w:proofErr w:type="spellStart"/>
      <w:r w:rsidRPr="007A0413">
        <w:rPr>
          <w:rFonts w:cs="Times New Roman"/>
          <w:sz w:val="24"/>
        </w:rPr>
        <w:t>comunicare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escaladare</w:t>
      </w:r>
      <w:proofErr w:type="spellEnd"/>
      <w:r w:rsidRPr="007A0413">
        <w:rPr>
          <w:rFonts w:cs="Times New Roman"/>
          <w:sz w:val="24"/>
        </w:rPr>
        <w:t xml:space="preserve"> a </w:t>
      </w:r>
      <w:proofErr w:type="spellStart"/>
      <w:r w:rsidRPr="007A0413">
        <w:rPr>
          <w:rFonts w:cs="Times New Roman"/>
          <w:sz w:val="24"/>
        </w:rPr>
        <w:t>problemelor</w:t>
      </w:r>
      <w:proofErr w:type="spellEnd"/>
      <w:r w:rsidRPr="007A0413">
        <w:rPr>
          <w:rFonts w:cs="Times New Roman"/>
          <w:sz w:val="24"/>
        </w:rPr>
        <w:t>;</w:t>
      </w:r>
    </w:p>
    <w:p w14:paraId="7B4F2D58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ședințe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periodice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coordonare</w:t>
      </w:r>
      <w:proofErr w:type="spellEnd"/>
      <w:r w:rsidRPr="007A0413">
        <w:rPr>
          <w:rFonts w:cs="Times New Roman"/>
          <w:sz w:val="24"/>
        </w:rPr>
        <w:t xml:space="preserve"> cu </w:t>
      </w:r>
      <w:proofErr w:type="spellStart"/>
      <w:r w:rsidRPr="007A0413">
        <w:rPr>
          <w:rFonts w:cs="Times New Roman"/>
          <w:sz w:val="24"/>
        </w:rPr>
        <w:t>autoritatea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contractantă</w:t>
      </w:r>
      <w:proofErr w:type="spellEnd"/>
      <w:r w:rsidRPr="007A0413">
        <w:rPr>
          <w:rFonts w:cs="Times New Roman"/>
          <w:sz w:val="24"/>
        </w:rPr>
        <w:t>;</w:t>
      </w:r>
    </w:p>
    <w:p w14:paraId="278B75FE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briefing </w:t>
      </w:r>
      <w:proofErr w:type="spellStart"/>
      <w:r w:rsidRPr="007A0413">
        <w:rPr>
          <w:rFonts w:cs="Times New Roman"/>
          <w:sz w:val="24"/>
        </w:rPr>
        <w:t>zilnic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echipă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voluntari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fiecare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dintre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trei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zile</w:t>
      </w:r>
      <w:proofErr w:type="spellEnd"/>
      <w:r w:rsidRPr="007A0413">
        <w:rPr>
          <w:rFonts w:cs="Times New Roman"/>
          <w:sz w:val="24"/>
        </w:rPr>
        <w:t>;</w:t>
      </w:r>
    </w:p>
    <w:p w14:paraId="2C3A4FD7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jurnal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eveniment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registru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incidente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evidența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măsurilor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corective</w:t>
      </w:r>
      <w:proofErr w:type="spellEnd"/>
      <w:r w:rsidRPr="007A0413">
        <w:rPr>
          <w:rFonts w:cs="Times New Roman"/>
          <w:sz w:val="24"/>
        </w:rPr>
        <w:t>;</w:t>
      </w:r>
    </w:p>
    <w:p w14:paraId="5415B848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raport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operativ</w:t>
      </w:r>
      <w:proofErr w:type="spellEnd"/>
      <w:r w:rsidRPr="007A0413">
        <w:rPr>
          <w:rFonts w:cs="Times New Roman"/>
          <w:sz w:val="24"/>
        </w:rPr>
        <w:t xml:space="preserve"> la </w:t>
      </w:r>
      <w:proofErr w:type="spellStart"/>
      <w:r w:rsidRPr="007A0413">
        <w:rPr>
          <w:rFonts w:cs="Times New Roman"/>
          <w:sz w:val="24"/>
        </w:rPr>
        <w:t>finalul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fiecărei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zile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eveniment</w:t>
      </w:r>
      <w:proofErr w:type="spellEnd"/>
      <w:r w:rsidRPr="007A0413">
        <w:rPr>
          <w:rFonts w:cs="Times New Roman"/>
          <w:sz w:val="24"/>
        </w:rPr>
        <w:t>.</w:t>
      </w:r>
    </w:p>
    <w:p w14:paraId="604B7F71" w14:textId="77777777" w:rsidR="00EE76A8" w:rsidRPr="007A0413" w:rsidRDefault="00EE76A8" w:rsidP="00EE76A8">
      <w:pPr>
        <w:pStyle w:val="Titlu2"/>
        <w:rPr>
          <w:rFonts w:ascii="Times New Roman" w:hAnsi="Times New Roman" w:cs="Times New Roman"/>
          <w:color w:val="auto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5.2.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Coordonarea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participanților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partenerilor</w:t>
      </w:r>
      <w:proofErr w:type="spellEnd"/>
    </w:p>
    <w:p w14:paraId="4B64F15C" w14:textId="77777777" w:rsidR="00EE76A8" w:rsidRPr="007A0413" w:rsidRDefault="00EE76A8" w:rsidP="00EE76A8">
      <w:pPr>
        <w:spacing w:line="259" w:lineRule="auto"/>
        <w:ind w:firstLine="369"/>
        <w:rPr>
          <w:rFonts w:cs="Times New Roman"/>
          <w:sz w:val="24"/>
        </w:rPr>
      </w:pPr>
      <w:proofErr w:type="spellStart"/>
      <w:r w:rsidRPr="007A0413">
        <w:rPr>
          <w:rFonts w:cs="Times New Roman"/>
          <w:sz w:val="24"/>
        </w:rPr>
        <w:t>Prestatorul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asigura</w:t>
      </w:r>
      <w:proofErr w:type="spellEnd"/>
      <w:r w:rsidRPr="007A0413">
        <w:rPr>
          <w:rFonts w:cs="Times New Roman"/>
          <w:sz w:val="24"/>
        </w:rPr>
        <w:t xml:space="preserve">, sub </w:t>
      </w:r>
      <w:proofErr w:type="spellStart"/>
      <w:r w:rsidRPr="007A0413">
        <w:rPr>
          <w:rFonts w:cs="Times New Roman"/>
          <w:sz w:val="24"/>
        </w:rPr>
        <w:t>coordonarea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autorității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contractante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comunicarea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integrarea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logistică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gramStart"/>
      <w:r w:rsidRPr="007A0413">
        <w:rPr>
          <w:rFonts w:cs="Times New Roman"/>
          <w:sz w:val="24"/>
        </w:rPr>
        <w:t>a</w:t>
      </w:r>
      <w:proofErr w:type="gramEnd"/>
      <w:r w:rsidRPr="007A0413">
        <w:rPr>
          <w:rFonts w:cs="Times New Roman"/>
          <w:sz w:val="24"/>
        </w:rPr>
        <w:t xml:space="preserve"> ONG-</w:t>
      </w:r>
      <w:proofErr w:type="spellStart"/>
      <w:r w:rsidRPr="007A0413">
        <w:rPr>
          <w:rFonts w:cs="Times New Roman"/>
          <w:sz w:val="24"/>
        </w:rPr>
        <w:t>urilor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adăposturilor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medicilor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veterinari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tehnicienilor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veterinari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dresorilor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behavioriștilor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voluntarilor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instituțiilor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publice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invitate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sponsorilor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partenerilor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operatorilor</w:t>
      </w:r>
      <w:proofErr w:type="spellEnd"/>
      <w:r w:rsidRPr="007A0413">
        <w:rPr>
          <w:rFonts w:cs="Times New Roman"/>
          <w:sz w:val="24"/>
        </w:rPr>
        <w:t xml:space="preserve"> economici din zona de food-court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personalităților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publice</w:t>
      </w:r>
      <w:proofErr w:type="spellEnd"/>
      <w:r w:rsidRPr="007A0413">
        <w:rPr>
          <w:rFonts w:cs="Times New Roman"/>
          <w:sz w:val="24"/>
        </w:rPr>
        <w:t xml:space="preserve"> implicate.</w:t>
      </w:r>
    </w:p>
    <w:p w14:paraId="7A8C320E" w14:textId="77777777" w:rsidR="00EE76A8" w:rsidRPr="007A0413" w:rsidRDefault="00EE76A8" w:rsidP="00EE76A8">
      <w:pPr>
        <w:spacing w:line="259" w:lineRule="auto"/>
        <w:ind w:firstLine="369"/>
        <w:rPr>
          <w:rFonts w:cs="Times New Roman"/>
          <w:sz w:val="24"/>
        </w:rPr>
      </w:pPr>
      <w:proofErr w:type="spellStart"/>
      <w:r w:rsidRPr="007A0413">
        <w:rPr>
          <w:rFonts w:cs="Times New Roman"/>
          <w:sz w:val="24"/>
        </w:rPr>
        <w:t>Participarea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structurilor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Jandarmeriei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Române</w:t>
      </w:r>
      <w:proofErr w:type="spellEnd"/>
      <w:r w:rsidRPr="007A0413">
        <w:rPr>
          <w:rFonts w:cs="Times New Roman"/>
          <w:sz w:val="24"/>
        </w:rPr>
        <w:t xml:space="preserve">, a </w:t>
      </w:r>
      <w:proofErr w:type="spellStart"/>
      <w:r w:rsidRPr="007A0413">
        <w:rPr>
          <w:rFonts w:cs="Times New Roman"/>
          <w:sz w:val="24"/>
        </w:rPr>
        <w:t>structurilor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Ministerului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Afacerilor</w:t>
      </w:r>
      <w:proofErr w:type="spellEnd"/>
      <w:r w:rsidRPr="007A0413">
        <w:rPr>
          <w:rFonts w:cs="Times New Roman"/>
          <w:sz w:val="24"/>
        </w:rPr>
        <w:t xml:space="preserve"> Interne </w:t>
      </w:r>
      <w:proofErr w:type="spellStart"/>
      <w:r w:rsidRPr="007A0413">
        <w:rPr>
          <w:rFonts w:cs="Times New Roman"/>
          <w:sz w:val="24"/>
        </w:rPr>
        <w:t>ori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gramStart"/>
      <w:r w:rsidRPr="007A0413">
        <w:rPr>
          <w:rFonts w:cs="Times New Roman"/>
          <w:sz w:val="24"/>
        </w:rPr>
        <w:t>a</w:t>
      </w:r>
      <w:proofErr w:type="gram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altor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instituții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publice</w:t>
      </w:r>
      <w:proofErr w:type="spellEnd"/>
      <w:r w:rsidRPr="007A0413">
        <w:rPr>
          <w:rFonts w:cs="Times New Roman"/>
          <w:sz w:val="24"/>
        </w:rPr>
        <w:t xml:space="preserve"> se </w:t>
      </w:r>
      <w:proofErr w:type="spellStart"/>
      <w:r w:rsidRPr="007A0413">
        <w:rPr>
          <w:rFonts w:cs="Times New Roman"/>
          <w:sz w:val="24"/>
        </w:rPr>
        <w:t>realizează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funcție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disponibilitate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aprobările</w:t>
      </w:r>
      <w:proofErr w:type="spellEnd"/>
      <w:r w:rsidRPr="007A0413">
        <w:rPr>
          <w:rFonts w:cs="Times New Roman"/>
          <w:sz w:val="24"/>
        </w:rPr>
        <w:t>/</w:t>
      </w:r>
      <w:proofErr w:type="spellStart"/>
      <w:r w:rsidRPr="007A0413">
        <w:rPr>
          <w:rFonts w:cs="Times New Roman"/>
          <w:sz w:val="24"/>
        </w:rPr>
        <w:t>protocoalele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aplicabile</w:t>
      </w:r>
      <w:proofErr w:type="spellEnd"/>
      <w:r w:rsidRPr="007A0413">
        <w:rPr>
          <w:rFonts w:cs="Times New Roman"/>
          <w:sz w:val="24"/>
        </w:rPr>
        <w:t xml:space="preserve">. </w:t>
      </w:r>
      <w:proofErr w:type="spellStart"/>
      <w:r w:rsidRPr="007A0413">
        <w:rPr>
          <w:rFonts w:cs="Times New Roman"/>
          <w:sz w:val="24"/>
        </w:rPr>
        <w:t>Prestatorul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asigura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suportul</w:t>
      </w:r>
      <w:proofErr w:type="spellEnd"/>
      <w:r w:rsidRPr="007A0413">
        <w:rPr>
          <w:rFonts w:cs="Times New Roman"/>
          <w:sz w:val="24"/>
        </w:rPr>
        <w:t xml:space="preserve"> logistic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activitățile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confirmate</w:t>
      </w:r>
      <w:proofErr w:type="spellEnd"/>
      <w:r w:rsidRPr="007A0413">
        <w:rPr>
          <w:rFonts w:cs="Times New Roman"/>
          <w:sz w:val="24"/>
        </w:rPr>
        <w:t>.</w:t>
      </w:r>
    </w:p>
    <w:p w14:paraId="6F6948E8" w14:textId="77777777" w:rsidR="00EE76A8" w:rsidRPr="007A0413" w:rsidRDefault="00EE76A8" w:rsidP="00EE76A8">
      <w:pPr>
        <w:spacing w:line="259" w:lineRule="auto"/>
        <w:rPr>
          <w:rFonts w:cs="Times New Roman"/>
          <w:sz w:val="24"/>
        </w:rPr>
      </w:pPr>
    </w:p>
    <w:p w14:paraId="351ED602" w14:textId="77777777" w:rsidR="00EE76A8" w:rsidRPr="007A0413" w:rsidRDefault="00EE76A8" w:rsidP="00EE76A8">
      <w:pPr>
        <w:spacing w:line="259" w:lineRule="auto"/>
        <w:rPr>
          <w:rFonts w:cs="Times New Roman"/>
          <w:sz w:val="24"/>
        </w:rPr>
      </w:pPr>
      <w:r w:rsidRPr="007A0413">
        <w:rPr>
          <w:rFonts w:cs="Times New Roman"/>
          <w:b/>
          <w:sz w:val="24"/>
        </w:rPr>
        <w:t>6. CERINȚE TEHNICE ȘI OPERAȚIONALE</w:t>
      </w:r>
    </w:p>
    <w:p w14:paraId="7B04C997" w14:textId="77777777" w:rsidR="00EE76A8" w:rsidRPr="007A0413" w:rsidRDefault="00EE76A8" w:rsidP="00EE76A8">
      <w:pPr>
        <w:pStyle w:val="Titlu2"/>
        <w:rPr>
          <w:rFonts w:ascii="Times New Roman" w:hAnsi="Times New Roman" w:cs="Times New Roman"/>
          <w:color w:val="auto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6.1.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Conceptul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de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eveniment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,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planul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de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amplasament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zonarea</w:t>
      </w:r>
      <w:proofErr w:type="spellEnd"/>
    </w:p>
    <w:p w14:paraId="01B68EE9" w14:textId="77777777" w:rsidR="00EE76A8" w:rsidRPr="007A0413" w:rsidRDefault="00EE76A8" w:rsidP="00EE76A8">
      <w:pPr>
        <w:spacing w:line="259" w:lineRule="auto"/>
        <w:ind w:firstLine="369"/>
        <w:rPr>
          <w:rFonts w:cs="Times New Roman"/>
          <w:sz w:val="24"/>
        </w:rPr>
      </w:pPr>
      <w:proofErr w:type="spellStart"/>
      <w:r w:rsidRPr="007A0413">
        <w:rPr>
          <w:rFonts w:cs="Times New Roman"/>
          <w:sz w:val="24"/>
        </w:rPr>
        <w:t>Prestatorul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elabora</w:t>
      </w:r>
      <w:proofErr w:type="spellEnd"/>
      <w:r w:rsidRPr="007A0413">
        <w:rPr>
          <w:rFonts w:cs="Times New Roman"/>
          <w:sz w:val="24"/>
        </w:rPr>
        <w:t xml:space="preserve"> un concept </w:t>
      </w:r>
      <w:proofErr w:type="spellStart"/>
      <w:r w:rsidRPr="007A0413">
        <w:rPr>
          <w:rFonts w:cs="Times New Roman"/>
          <w:sz w:val="24"/>
        </w:rPr>
        <w:t>unitar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gramStart"/>
      <w:r w:rsidRPr="007A0413">
        <w:rPr>
          <w:rFonts w:cs="Times New Roman"/>
          <w:sz w:val="24"/>
        </w:rPr>
        <w:t>un plan</w:t>
      </w:r>
      <w:proofErr w:type="gram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amplasament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cotat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adaptat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condițiilor</w:t>
      </w:r>
      <w:proofErr w:type="spellEnd"/>
      <w:r w:rsidRPr="007A0413">
        <w:rPr>
          <w:rFonts w:cs="Times New Roman"/>
          <w:sz w:val="24"/>
        </w:rPr>
        <w:t xml:space="preserve"> din </w:t>
      </w:r>
      <w:proofErr w:type="spellStart"/>
      <w:r w:rsidRPr="007A0413">
        <w:rPr>
          <w:rFonts w:cs="Times New Roman"/>
          <w:sz w:val="24"/>
        </w:rPr>
        <w:t>Parcul</w:t>
      </w:r>
      <w:proofErr w:type="spellEnd"/>
      <w:r w:rsidRPr="007A0413">
        <w:rPr>
          <w:rFonts w:cs="Times New Roman"/>
          <w:sz w:val="24"/>
        </w:rPr>
        <w:t xml:space="preserve"> Plumbuita. </w:t>
      </w:r>
      <w:proofErr w:type="spellStart"/>
      <w:r w:rsidRPr="007A0413">
        <w:rPr>
          <w:rFonts w:cs="Times New Roman"/>
          <w:sz w:val="24"/>
        </w:rPr>
        <w:t>Planul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include </w:t>
      </w:r>
      <w:proofErr w:type="spellStart"/>
      <w:r w:rsidRPr="007A0413">
        <w:rPr>
          <w:rFonts w:cs="Times New Roman"/>
          <w:sz w:val="24"/>
        </w:rPr>
        <w:t>suprafețele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ocupate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dimensiunile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structurilor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traseele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cabluri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sursele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energie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căile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acces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evacuare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fluxurile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aprovizionare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zonele</w:t>
      </w:r>
      <w:proofErr w:type="spellEnd"/>
      <w:r w:rsidRPr="007A0413">
        <w:rPr>
          <w:rFonts w:cs="Times New Roman"/>
          <w:sz w:val="24"/>
        </w:rPr>
        <w:t xml:space="preserve"> cu </w:t>
      </w:r>
      <w:proofErr w:type="spellStart"/>
      <w:r w:rsidRPr="007A0413">
        <w:rPr>
          <w:rFonts w:cs="Times New Roman"/>
          <w:sz w:val="24"/>
        </w:rPr>
        <w:t>acces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controlat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punctele</w:t>
      </w:r>
      <w:proofErr w:type="spellEnd"/>
      <w:r w:rsidRPr="007A0413">
        <w:rPr>
          <w:rFonts w:cs="Times New Roman"/>
          <w:sz w:val="24"/>
        </w:rPr>
        <w:t xml:space="preserve"> de prim </w:t>
      </w:r>
      <w:proofErr w:type="spellStart"/>
      <w:r w:rsidRPr="007A0413">
        <w:rPr>
          <w:rFonts w:cs="Times New Roman"/>
          <w:sz w:val="24"/>
        </w:rPr>
        <w:t>ajutor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punctul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veterinar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amplasarea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toaletelor</w:t>
      </w:r>
      <w:proofErr w:type="spellEnd"/>
      <w:r w:rsidRPr="007A0413">
        <w:rPr>
          <w:rFonts w:cs="Times New Roman"/>
          <w:sz w:val="24"/>
        </w:rPr>
        <w:t xml:space="preserve">, a </w:t>
      </w:r>
      <w:proofErr w:type="spellStart"/>
      <w:r w:rsidRPr="007A0413">
        <w:rPr>
          <w:rFonts w:cs="Times New Roman"/>
          <w:sz w:val="24"/>
        </w:rPr>
        <w:t>recipientelor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deșeuri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a </w:t>
      </w:r>
      <w:proofErr w:type="spellStart"/>
      <w:r w:rsidRPr="007A0413">
        <w:rPr>
          <w:rFonts w:cs="Times New Roman"/>
          <w:sz w:val="24"/>
        </w:rPr>
        <w:t>semnalisticii</w:t>
      </w:r>
      <w:proofErr w:type="spellEnd"/>
      <w:r w:rsidRPr="007A0413">
        <w:rPr>
          <w:rFonts w:cs="Times New Roman"/>
          <w:sz w:val="24"/>
        </w:rPr>
        <w:t>.</w:t>
      </w:r>
    </w:p>
    <w:p w14:paraId="5395273B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zona </w:t>
      </w:r>
      <w:proofErr w:type="spellStart"/>
      <w:r w:rsidRPr="007A0413">
        <w:rPr>
          <w:rFonts w:cs="Times New Roman"/>
          <w:sz w:val="24"/>
        </w:rPr>
        <w:t>principală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adopții</w:t>
      </w:r>
      <w:proofErr w:type="spellEnd"/>
      <w:r w:rsidRPr="007A0413">
        <w:rPr>
          <w:rFonts w:cs="Times New Roman"/>
          <w:sz w:val="24"/>
        </w:rPr>
        <w:t xml:space="preserve">, cu </w:t>
      </w:r>
      <w:proofErr w:type="spellStart"/>
      <w:r w:rsidRPr="007A0413">
        <w:rPr>
          <w:rFonts w:cs="Times New Roman"/>
          <w:sz w:val="24"/>
        </w:rPr>
        <w:t>standuri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țarcuri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câini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pisici</w:t>
      </w:r>
      <w:proofErr w:type="spellEnd"/>
      <w:r w:rsidRPr="007A0413">
        <w:rPr>
          <w:rFonts w:cs="Times New Roman"/>
          <w:sz w:val="24"/>
        </w:rPr>
        <w:t>;</w:t>
      </w:r>
    </w:p>
    <w:p w14:paraId="1C0EF12F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>• zona ONG-</w:t>
      </w:r>
      <w:proofErr w:type="spellStart"/>
      <w:r w:rsidRPr="007A0413">
        <w:rPr>
          <w:rFonts w:cs="Times New Roman"/>
          <w:sz w:val="24"/>
        </w:rPr>
        <w:t>urilor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gramStart"/>
      <w:r w:rsidRPr="007A0413">
        <w:rPr>
          <w:rFonts w:cs="Times New Roman"/>
          <w:sz w:val="24"/>
        </w:rPr>
        <w:t>a</w:t>
      </w:r>
      <w:proofErr w:type="gram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organizațiilor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participante</w:t>
      </w:r>
      <w:proofErr w:type="spellEnd"/>
      <w:r w:rsidRPr="007A0413">
        <w:rPr>
          <w:rFonts w:cs="Times New Roman"/>
          <w:sz w:val="24"/>
        </w:rPr>
        <w:t>;</w:t>
      </w:r>
    </w:p>
    <w:p w14:paraId="04474E07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punct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informare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privind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adopția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sterilizarea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microciparea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legislația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consilierea</w:t>
      </w:r>
      <w:proofErr w:type="spellEnd"/>
      <w:r w:rsidRPr="007A0413">
        <w:rPr>
          <w:rFonts w:cs="Times New Roman"/>
          <w:sz w:val="24"/>
        </w:rPr>
        <w:t xml:space="preserve"> post-</w:t>
      </w:r>
      <w:proofErr w:type="spellStart"/>
      <w:r w:rsidRPr="007A0413">
        <w:rPr>
          <w:rFonts w:cs="Times New Roman"/>
          <w:sz w:val="24"/>
        </w:rPr>
        <w:t>adopție</w:t>
      </w:r>
      <w:proofErr w:type="spellEnd"/>
      <w:r w:rsidRPr="007A0413">
        <w:rPr>
          <w:rFonts w:cs="Times New Roman"/>
          <w:sz w:val="24"/>
        </w:rPr>
        <w:t>;</w:t>
      </w:r>
    </w:p>
    <w:p w14:paraId="3E890DA1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zonă</w:t>
      </w:r>
      <w:proofErr w:type="spellEnd"/>
      <w:r w:rsidRPr="007A0413">
        <w:rPr>
          <w:rFonts w:cs="Times New Roman"/>
          <w:sz w:val="24"/>
        </w:rPr>
        <w:t xml:space="preserve"> medical-</w:t>
      </w:r>
      <w:proofErr w:type="spellStart"/>
      <w:r w:rsidRPr="007A0413">
        <w:rPr>
          <w:rFonts w:cs="Times New Roman"/>
          <w:sz w:val="24"/>
        </w:rPr>
        <w:t>veterinară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verificare</w:t>
      </w:r>
      <w:proofErr w:type="spellEnd"/>
      <w:r w:rsidRPr="007A0413">
        <w:rPr>
          <w:rFonts w:cs="Times New Roman"/>
          <w:sz w:val="24"/>
        </w:rPr>
        <w:t xml:space="preserve"> a </w:t>
      </w:r>
      <w:proofErr w:type="spellStart"/>
      <w:r w:rsidRPr="007A0413">
        <w:rPr>
          <w:rFonts w:cs="Times New Roman"/>
          <w:sz w:val="24"/>
        </w:rPr>
        <w:t>documentelor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animalelor</w:t>
      </w:r>
      <w:proofErr w:type="spellEnd"/>
      <w:r w:rsidRPr="007A0413">
        <w:rPr>
          <w:rFonts w:cs="Times New Roman"/>
          <w:sz w:val="24"/>
        </w:rPr>
        <w:t>;</w:t>
      </w:r>
    </w:p>
    <w:p w14:paraId="2ADC9DF9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zonă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activități</w:t>
      </w:r>
      <w:proofErr w:type="spellEnd"/>
      <w:r w:rsidRPr="007A0413">
        <w:rPr>
          <w:rFonts w:cs="Times New Roman"/>
          <w:sz w:val="24"/>
        </w:rPr>
        <w:t xml:space="preserve"> educative, </w:t>
      </w:r>
      <w:proofErr w:type="spellStart"/>
      <w:r w:rsidRPr="007A0413">
        <w:rPr>
          <w:rFonts w:cs="Times New Roman"/>
          <w:sz w:val="24"/>
        </w:rPr>
        <w:t>ateliere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concursuri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copii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familii</w:t>
      </w:r>
      <w:proofErr w:type="spellEnd"/>
      <w:r w:rsidRPr="007A0413">
        <w:rPr>
          <w:rFonts w:cs="Times New Roman"/>
          <w:sz w:val="24"/>
        </w:rPr>
        <w:t>;</w:t>
      </w:r>
    </w:p>
    <w:p w14:paraId="6CA5340B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zonă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demonstrații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prezentări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tematice</w:t>
      </w:r>
      <w:proofErr w:type="spellEnd"/>
      <w:r w:rsidRPr="007A0413">
        <w:rPr>
          <w:rFonts w:cs="Times New Roman"/>
          <w:sz w:val="24"/>
        </w:rPr>
        <w:t>/</w:t>
      </w:r>
      <w:proofErr w:type="spellStart"/>
      <w:r w:rsidRPr="007A0413">
        <w:rPr>
          <w:rFonts w:cs="Times New Roman"/>
          <w:sz w:val="24"/>
        </w:rPr>
        <w:t>instituționale</w:t>
      </w:r>
      <w:proofErr w:type="spellEnd"/>
      <w:r w:rsidRPr="007A0413">
        <w:rPr>
          <w:rFonts w:cs="Times New Roman"/>
          <w:sz w:val="24"/>
        </w:rPr>
        <w:t>;</w:t>
      </w:r>
    </w:p>
    <w:p w14:paraId="18CA7AFE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lastRenderedPageBreak/>
        <w:t xml:space="preserve">• </w:t>
      </w:r>
      <w:proofErr w:type="spellStart"/>
      <w:r w:rsidRPr="007A0413">
        <w:rPr>
          <w:rFonts w:cs="Times New Roman"/>
          <w:sz w:val="24"/>
        </w:rPr>
        <w:t>zonă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distinctă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scenă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public, </w:t>
      </w:r>
      <w:proofErr w:type="spellStart"/>
      <w:r w:rsidRPr="007A0413">
        <w:rPr>
          <w:rFonts w:cs="Times New Roman"/>
          <w:sz w:val="24"/>
        </w:rPr>
        <w:t>activă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principal </w:t>
      </w:r>
      <w:proofErr w:type="spellStart"/>
      <w:r w:rsidRPr="007A0413">
        <w:rPr>
          <w:rFonts w:cs="Times New Roman"/>
          <w:sz w:val="24"/>
        </w:rPr>
        <w:t>după</w:t>
      </w:r>
      <w:proofErr w:type="spellEnd"/>
      <w:r w:rsidRPr="007A0413">
        <w:rPr>
          <w:rFonts w:cs="Times New Roman"/>
          <w:sz w:val="24"/>
        </w:rPr>
        <w:t xml:space="preserve"> ora 18:00;</w:t>
      </w:r>
    </w:p>
    <w:p w14:paraId="2ADD1274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zonă</w:t>
      </w:r>
      <w:proofErr w:type="spellEnd"/>
      <w:r w:rsidRPr="007A0413">
        <w:rPr>
          <w:rFonts w:cs="Times New Roman"/>
          <w:sz w:val="24"/>
        </w:rPr>
        <w:t xml:space="preserve"> food-court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operatorii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autorizați</w:t>
      </w:r>
      <w:proofErr w:type="spellEnd"/>
      <w:r w:rsidRPr="007A0413">
        <w:rPr>
          <w:rFonts w:cs="Times New Roman"/>
          <w:sz w:val="24"/>
        </w:rPr>
        <w:t>;</w:t>
      </w:r>
    </w:p>
    <w:p w14:paraId="7E19BE1C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zonă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relaxare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puncte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umbrire</w:t>
      </w:r>
      <w:proofErr w:type="spellEnd"/>
      <w:r w:rsidRPr="007A0413">
        <w:rPr>
          <w:rFonts w:cs="Times New Roman"/>
          <w:sz w:val="24"/>
        </w:rPr>
        <w:t>/</w:t>
      </w:r>
      <w:proofErr w:type="spellStart"/>
      <w:r w:rsidRPr="007A0413">
        <w:rPr>
          <w:rFonts w:cs="Times New Roman"/>
          <w:sz w:val="24"/>
        </w:rPr>
        <w:t>hidratare</w:t>
      </w:r>
      <w:proofErr w:type="spellEnd"/>
      <w:r w:rsidRPr="007A0413">
        <w:rPr>
          <w:rFonts w:cs="Times New Roman"/>
          <w:sz w:val="24"/>
        </w:rPr>
        <w:t>;</w:t>
      </w:r>
    </w:p>
    <w:p w14:paraId="3C9F2D6F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zonă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opțională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expoziții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tematice</w:t>
      </w:r>
      <w:proofErr w:type="spellEnd"/>
      <w:r w:rsidRPr="007A0413">
        <w:rPr>
          <w:rFonts w:cs="Times New Roman"/>
          <w:sz w:val="24"/>
        </w:rPr>
        <w:t xml:space="preserve"> cu </w:t>
      </w:r>
      <w:proofErr w:type="spellStart"/>
      <w:r w:rsidRPr="007A0413">
        <w:rPr>
          <w:rFonts w:cs="Times New Roman"/>
          <w:sz w:val="24"/>
        </w:rPr>
        <w:t>animale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exotice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numai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dacă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este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aprobată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operată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entități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autorizate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separată</w:t>
      </w:r>
      <w:proofErr w:type="spellEnd"/>
      <w:r w:rsidRPr="007A0413">
        <w:rPr>
          <w:rFonts w:cs="Times New Roman"/>
          <w:sz w:val="24"/>
        </w:rPr>
        <w:t xml:space="preserve"> de zona de </w:t>
      </w:r>
      <w:proofErr w:type="spellStart"/>
      <w:r w:rsidRPr="007A0413">
        <w:rPr>
          <w:rFonts w:cs="Times New Roman"/>
          <w:sz w:val="24"/>
        </w:rPr>
        <w:t>adopții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fluxurile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aglomerate</w:t>
      </w:r>
      <w:proofErr w:type="spellEnd"/>
      <w:r w:rsidRPr="007A0413">
        <w:rPr>
          <w:rFonts w:cs="Times New Roman"/>
          <w:sz w:val="24"/>
        </w:rPr>
        <w:t>;</w:t>
      </w:r>
    </w:p>
    <w:p w14:paraId="419EDF81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zone </w:t>
      </w:r>
      <w:proofErr w:type="spellStart"/>
      <w:r w:rsidRPr="007A0413">
        <w:rPr>
          <w:rFonts w:cs="Times New Roman"/>
          <w:sz w:val="24"/>
        </w:rPr>
        <w:t>tehnice</w:t>
      </w:r>
      <w:proofErr w:type="spellEnd"/>
      <w:r w:rsidRPr="007A0413">
        <w:rPr>
          <w:rFonts w:cs="Times New Roman"/>
          <w:sz w:val="24"/>
        </w:rPr>
        <w:t xml:space="preserve">, zona </w:t>
      </w:r>
      <w:proofErr w:type="spellStart"/>
      <w:r w:rsidRPr="007A0413">
        <w:rPr>
          <w:rFonts w:cs="Times New Roman"/>
          <w:sz w:val="24"/>
        </w:rPr>
        <w:t>tehnică</w:t>
      </w:r>
      <w:proofErr w:type="spellEnd"/>
      <w:r w:rsidRPr="007A0413">
        <w:rPr>
          <w:rFonts w:cs="Times New Roman"/>
          <w:sz w:val="24"/>
        </w:rPr>
        <w:t xml:space="preserve"> din </w:t>
      </w:r>
      <w:proofErr w:type="spellStart"/>
      <w:r w:rsidRPr="007A0413">
        <w:rPr>
          <w:rFonts w:cs="Times New Roman"/>
          <w:sz w:val="24"/>
        </w:rPr>
        <w:t>spatele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scenei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depozitare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aprovizionare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intervenție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fără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acces</w:t>
      </w:r>
      <w:proofErr w:type="spellEnd"/>
      <w:r w:rsidRPr="007A0413">
        <w:rPr>
          <w:rFonts w:cs="Times New Roman"/>
          <w:sz w:val="24"/>
        </w:rPr>
        <w:t xml:space="preserve"> public.</w:t>
      </w:r>
    </w:p>
    <w:p w14:paraId="06F12C16" w14:textId="77777777" w:rsidR="00EE76A8" w:rsidRPr="007A0413" w:rsidRDefault="00EE76A8" w:rsidP="00EE76A8">
      <w:pPr>
        <w:pStyle w:val="Titlu2"/>
        <w:rPr>
          <w:rFonts w:ascii="Times New Roman" w:hAnsi="Times New Roman" w:cs="Times New Roman"/>
          <w:color w:val="auto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6.2.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Logistică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infrastructură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tehnică</w:t>
      </w:r>
      <w:proofErr w:type="spellEnd"/>
    </w:p>
    <w:p w14:paraId="6D3501C2" w14:textId="77777777" w:rsidR="00EE76A8" w:rsidRPr="007A0413" w:rsidRDefault="00EE76A8" w:rsidP="00EE76A8">
      <w:pPr>
        <w:spacing w:line="259" w:lineRule="auto"/>
        <w:ind w:firstLine="369"/>
        <w:rPr>
          <w:rFonts w:cs="Times New Roman"/>
          <w:sz w:val="24"/>
        </w:rPr>
      </w:pPr>
      <w:proofErr w:type="spellStart"/>
      <w:r w:rsidRPr="007A0413">
        <w:rPr>
          <w:rFonts w:cs="Times New Roman"/>
          <w:sz w:val="24"/>
        </w:rPr>
        <w:t>Prestatorul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furniza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transporta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instala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testa</w:t>
      </w:r>
      <w:proofErr w:type="spellEnd"/>
      <w:r w:rsidRPr="007A0413">
        <w:rPr>
          <w:rFonts w:cs="Times New Roman"/>
          <w:sz w:val="24"/>
        </w:rPr>
        <w:t xml:space="preserve">, opera, </w:t>
      </w:r>
      <w:proofErr w:type="spellStart"/>
      <w:r w:rsidRPr="007A0413">
        <w:rPr>
          <w:rFonts w:cs="Times New Roman"/>
          <w:sz w:val="24"/>
        </w:rPr>
        <w:t>întreține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securiza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demonta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întreaga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infrastructură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necesară</w:t>
      </w:r>
      <w:proofErr w:type="spellEnd"/>
      <w:r w:rsidRPr="007A0413">
        <w:rPr>
          <w:rFonts w:cs="Times New Roman"/>
          <w:sz w:val="24"/>
        </w:rPr>
        <w:t xml:space="preserve">. </w:t>
      </w:r>
      <w:proofErr w:type="spellStart"/>
      <w:r w:rsidRPr="007A0413">
        <w:rPr>
          <w:rFonts w:cs="Times New Roman"/>
          <w:sz w:val="24"/>
        </w:rPr>
        <w:t>Echipamentele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vor</w:t>
      </w:r>
      <w:proofErr w:type="spellEnd"/>
      <w:r w:rsidRPr="007A0413">
        <w:rPr>
          <w:rFonts w:cs="Times New Roman"/>
          <w:sz w:val="24"/>
        </w:rPr>
        <w:t xml:space="preserve"> fi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stare </w:t>
      </w:r>
      <w:proofErr w:type="spellStart"/>
      <w:r w:rsidRPr="007A0413">
        <w:rPr>
          <w:rFonts w:cs="Times New Roman"/>
          <w:sz w:val="24"/>
        </w:rPr>
        <w:t>tehnică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corespunzătoare</w:t>
      </w:r>
      <w:proofErr w:type="spellEnd"/>
      <w:r w:rsidRPr="007A0413">
        <w:rPr>
          <w:rFonts w:cs="Times New Roman"/>
          <w:sz w:val="24"/>
        </w:rPr>
        <w:t xml:space="preserve">, certificate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utilizarea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prevăzută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dimensionate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funcție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amplasament</w:t>
      </w:r>
      <w:proofErr w:type="spellEnd"/>
      <w:r w:rsidRPr="007A0413">
        <w:rPr>
          <w:rFonts w:cs="Times New Roman"/>
          <w:sz w:val="24"/>
        </w:rPr>
        <w:t xml:space="preserve">, program, capacitate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cerințele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autorităților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competente</w:t>
      </w:r>
      <w:proofErr w:type="spellEnd"/>
      <w:r w:rsidRPr="007A0413">
        <w:rPr>
          <w:rFonts w:cs="Times New Roman"/>
          <w:sz w:val="24"/>
        </w:rPr>
        <w:t>.</w:t>
      </w:r>
    </w:p>
    <w:p w14:paraId="25917167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scenă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principală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acoperită</w:t>
      </w:r>
      <w:proofErr w:type="spellEnd"/>
      <w:r w:rsidRPr="007A0413">
        <w:rPr>
          <w:rFonts w:cs="Times New Roman"/>
          <w:sz w:val="24"/>
        </w:rPr>
        <w:t xml:space="preserve">, cu </w:t>
      </w:r>
      <w:proofErr w:type="spellStart"/>
      <w:r w:rsidRPr="007A0413">
        <w:rPr>
          <w:rFonts w:cs="Times New Roman"/>
          <w:sz w:val="24"/>
        </w:rPr>
        <w:t>dimensiunea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utilă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minimă</w:t>
      </w:r>
      <w:proofErr w:type="spellEnd"/>
      <w:r w:rsidRPr="007A0413">
        <w:rPr>
          <w:rFonts w:cs="Times New Roman"/>
          <w:sz w:val="24"/>
        </w:rPr>
        <w:t xml:space="preserve"> de 8 m × 6 m, </w:t>
      </w:r>
      <w:proofErr w:type="spellStart"/>
      <w:r w:rsidRPr="007A0413">
        <w:rPr>
          <w:rFonts w:cs="Times New Roman"/>
          <w:sz w:val="24"/>
        </w:rPr>
        <w:t>acces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securizat</w:t>
      </w:r>
      <w:proofErr w:type="spellEnd"/>
      <w:r w:rsidRPr="007A0413">
        <w:rPr>
          <w:rFonts w:cs="Times New Roman"/>
          <w:sz w:val="24"/>
        </w:rPr>
        <w:t xml:space="preserve">, balustrade, </w:t>
      </w:r>
      <w:proofErr w:type="spellStart"/>
      <w:r w:rsidRPr="007A0413">
        <w:rPr>
          <w:rFonts w:cs="Times New Roman"/>
          <w:sz w:val="24"/>
        </w:rPr>
        <w:t>trepte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elemente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protecție</w:t>
      </w:r>
      <w:proofErr w:type="spellEnd"/>
      <w:r w:rsidRPr="007A0413">
        <w:rPr>
          <w:rFonts w:cs="Times New Roman"/>
          <w:sz w:val="24"/>
        </w:rPr>
        <w:t>;</w:t>
      </w:r>
    </w:p>
    <w:p w14:paraId="57B8550F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sistem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profesional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sonorizare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exterior, </w:t>
      </w:r>
      <w:proofErr w:type="spellStart"/>
      <w:r w:rsidRPr="007A0413">
        <w:rPr>
          <w:rFonts w:cs="Times New Roman"/>
          <w:sz w:val="24"/>
        </w:rPr>
        <w:t>adecvat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programului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limitelor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zgomot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inclusiv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microfoane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monitoare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pupitru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mixaj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echipamente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rezervă</w:t>
      </w:r>
      <w:proofErr w:type="spellEnd"/>
      <w:r w:rsidRPr="007A0413">
        <w:rPr>
          <w:rFonts w:cs="Times New Roman"/>
          <w:sz w:val="24"/>
        </w:rPr>
        <w:t>;</w:t>
      </w:r>
    </w:p>
    <w:p w14:paraId="55A3F5B7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sistem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profesional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iluminat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scenă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iluminat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arhitectural</w:t>
      </w:r>
      <w:proofErr w:type="spellEnd"/>
      <w:r w:rsidRPr="007A0413">
        <w:rPr>
          <w:rFonts w:cs="Times New Roman"/>
          <w:sz w:val="24"/>
        </w:rPr>
        <w:t>/</w:t>
      </w:r>
      <w:proofErr w:type="spellStart"/>
      <w:r w:rsidRPr="007A0413">
        <w:rPr>
          <w:rFonts w:cs="Times New Roman"/>
          <w:sz w:val="24"/>
        </w:rPr>
        <w:t>ambiental</w:t>
      </w:r>
      <w:proofErr w:type="spellEnd"/>
      <w:r w:rsidRPr="007A0413">
        <w:rPr>
          <w:rFonts w:cs="Times New Roman"/>
          <w:sz w:val="24"/>
        </w:rPr>
        <w:t xml:space="preserve"> al </w:t>
      </w:r>
      <w:proofErr w:type="spellStart"/>
      <w:r w:rsidRPr="007A0413">
        <w:rPr>
          <w:rFonts w:cs="Times New Roman"/>
          <w:sz w:val="24"/>
        </w:rPr>
        <w:t>zonelor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aprobate</w:t>
      </w:r>
      <w:proofErr w:type="spellEnd"/>
      <w:r w:rsidRPr="007A0413">
        <w:rPr>
          <w:rFonts w:cs="Times New Roman"/>
          <w:sz w:val="24"/>
        </w:rPr>
        <w:t xml:space="preserve"> din parc, </w:t>
      </w:r>
      <w:proofErr w:type="spellStart"/>
      <w:r w:rsidRPr="007A0413">
        <w:rPr>
          <w:rFonts w:cs="Times New Roman"/>
          <w:sz w:val="24"/>
        </w:rPr>
        <w:t>fără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afectarea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animalelor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a </w:t>
      </w:r>
      <w:proofErr w:type="spellStart"/>
      <w:r w:rsidRPr="007A0413">
        <w:rPr>
          <w:rFonts w:cs="Times New Roman"/>
          <w:sz w:val="24"/>
        </w:rPr>
        <w:t>vegetației</w:t>
      </w:r>
      <w:proofErr w:type="spellEnd"/>
      <w:r w:rsidRPr="007A0413">
        <w:rPr>
          <w:rFonts w:cs="Times New Roman"/>
          <w:sz w:val="24"/>
        </w:rPr>
        <w:t>;</w:t>
      </w:r>
    </w:p>
    <w:p w14:paraId="0E166272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ecran</w:t>
      </w:r>
      <w:proofErr w:type="spellEnd"/>
      <w:r w:rsidRPr="007A0413">
        <w:rPr>
          <w:rFonts w:cs="Times New Roman"/>
          <w:sz w:val="24"/>
        </w:rPr>
        <w:t xml:space="preserve"> LED exterior cu </w:t>
      </w:r>
      <w:proofErr w:type="spellStart"/>
      <w:r w:rsidRPr="007A0413">
        <w:rPr>
          <w:rFonts w:cs="Times New Roman"/>
          <w:sz w:val="24"/>
        </w:rPr>
        <w:t>suprafața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minimă</w:t>
      </w:r>
      <w:proofErr w:type="spellEnd"/>
      <w:r w:rsidRPr="007A0413">
        <w:rPr>
          <w:rFonts w:cs="Times New Roman"/>
          <w:sz w:val="24"/>
        </w:rPr>
        <w:t xml:space="preserve"> de 20 </w:t>
      </w:r>
      <w:proofErr w:type="spellStart"/>
      <w:r w:rsidRPr="007A0413">
        <w:rPr>
          <w:rFonts w:cs="Times New Roman"/>
          <w:sz w:val="24"/>
        </w:rPr>
        <w:t>mp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structură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certificată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procesare</w:t>
      </w:r>
      <w:proofErr w:type="spellEnd"/>
      <w:r w:rsidRPr="007A0413">
        <w:rPr>
          <w:rFonts w:cs="Times New Roman"/>
          <w:sz w:val="24"/>
        </w:rPr>
        <w:t xml:space="preserve"> video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personal de </w:t>
      </w:r>
      <w:proofErr w:type="spellStart"/>
      <w:r w:rsidRPr="007A0413">
        <w:rPr>
          <w:rFonts w:cs="Times New Roman"/>
          <w:sz w:val="24"/>
        </w:rPr>
        <w:t>operare</w:t>
      </w:r>
      <w:proofErr w:type="spellEnd"/>
      <w:r w:rsidRPr="007A0413">
        <w:rPr>
          <w:rFonts w:cs="Times New Roman"/>
          <w:sz w:val="24"/>
        </w:rPr>
        <w:t>;</w:t>
      </w:r>
    </w:p>
    <w:p w14:paraId="0BCB77A6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minimum un generator principal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un generator de </w:t>
      </w:r>
      <w:proofErr w:type="spellStart"/>
      <w:r w:rsidRPr="007A0413">
        <w:rPr>
          <w:rFonts w:cs="Times New Roman"/>
          <w:sz w:val="24"/>
        </w:rPr>
        <w:t>rezervă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dimensionate</w:t>
      </w:r>
      <w:proofErr w:type="spellEnd"/>
      <w:r w:rsidRPr="007A0413">
        <w:rPr>
          <w:rFonts w:cs="Times New Roman"/>
          <w:sz w:val="24"/>
        </w:rPr>
        <w:t xml:space="preserve"> pe </w:t>
      </w:r>
      <w:proofErr w:type="spellStart"/>
      <w:r w:rsidRPr="007A0413">
        <w:rPr>
          <w:rFonts w:cs="Times New Roman"/>
          <w:sz w:val="24"/>
        </w:rPr>
        <w:t>baza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unui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bilanț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putere</w:t>
      </w:r>
      <w:proofErr w:type="spellEnd"/>
      <w:r w:rsidRPr="007A0413">
        <w:rPr>
          <w:rFonts w:cs="Times New Roman"/>
          <w:sz w:val="24"/>
        </w:rPr>
        <w:t xml:space="preserve">, cu </w:t>
      </w:r>
      <w:proofErr w:type="spellStart"/>
      <w:r w:rsidRPr="007A0413">
        <w:rPr>
          <w:rFonts w:cs="Times New Roman"/>
          <w:sz w:val="24"/>
        </w:rPr>
        <w:t>combustibil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împământare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protecții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tablouri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distribuție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conforme</w:t>
      </w:r>
      <w:proofErr w:type="spellEnd"/>
      <w:r w:rsidRPr="007A0413">
        <w:rPr>
          <w:rFonts w:cs="Times New Roman"/>
          <w:sz w:val="24"/>
        </w:rPr>
        <w:t>;</w:t>
      </w:r>
    </w:p>
    <w:p w14:paraId="17B9D2AE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corturi</w:t>
      </w:r>
      <w:proofErr w:type="spellEnd"/>
      <w:r w:rsidRPr="007A0413">
        <w:rPr>
          <w:rFonts w:cs="Times New Roman"/>
          <w:sz w:val="24"/>
        </w:rPr>
        <w:t>/</w:t>
      </w:r>
      <w:proofErr w:type="spellStart"/>
      <w:r w:rsidRPr="007A0413">
        <w:rPr>
          <w:rFonts w:cs="Times New Roman"/>
          <w:sz w:val="24"/>
        </w:rPr>
        <w:t>pavilioane</w:t>
      </w:r>
      <w:proofErr w:type="spellEnd"/>
      <w:r w:rsidRPr="007A0413">
        <w:rPr>
          <w:rFonts w:cs="Times New Roman"/>
          <w:sz w:val="24"/>
        </w:rPr>
        <w:t>/</w:t>
      </w:r>
      <w:proofErr w:type="spellStart"/>
      <w:r w:rsidRPr="007A0413">
        <w:rPr>
          <w:rFonts w:cs="Times New Roman"/>
          <w:sz w:val="24"/>
        </w:rPr>
        <w:t>standuri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expunere</w:t>
      </w:r>
      <w:proofErr w:type="spellEnd"/>
      <w:r w:rsidRPr="007A0413">
        <w:rPr>
          <w:rFonts w:cs="Times New Roman"/>
          <w:sz w:val="24"/>
        </w:rPr>
        <w:t xml:space="preserve"> – minimum 30 de </w:t>
      </w:r>
      <w:proofErr w:type="spellStart"/>
      <w:r w:rsidRPr="007A0413">
        <w:rPr>
          <w:rFonts w:cs="Times New Roman"/>
          <w:sz w:val="24"/>
        </w:rPr>
        <w:t>unități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adaptate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categoriilor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participanți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condițiilor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meteo</w:t>
      </w:r>
      <w:proofErr w:type="spellEnd"/>
      <w:r w:rsidRPr="007A0413">
        <w:rPr>
          <w:rFonts w:cs="Times New Roman"/>
          <w:sz w:val="24"/>
        </w:rPr>
        <w:t>;</w:t>
      </w:r>
    </w:p>
    <w:p w14:paraId="4ED4199A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minimum 30 de mese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60 de </w:t>
      </w:r>
      <w:proofErr w:type="spellStart"/>
      <w:r w:rsidRPr="007A0413">
        <w:rPr>
          <w:rFonts w:cs="Times New Roman"/>
          <w:sz w:val="24"/>
        </w:rPr>
        <w:t>scaune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standurile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participanților</w:t>
      </w:r>
      <w:proofErr w:type="spellEnd"/>
      <w:r w:rsidRPr="007A0413">
        <w:rPr>
          <w:rFonts w:cs="Times New Roman"/>
          <w:sz w:val="24"/>
        </w:rPr>
        <w:t xml:space="preserve">, la care se </w:t>
      </w:r>
      <w:proofErr w:type="spellStart"/>
      <w:r w:rsidRPr="007A0413">
        <w:rPr>
          <w:rFonts w:cs="Times New Roman"/>
          <w:sz w:val="24"/>
        </w:rPr>
        <w:t>adaugă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mobilierul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necesar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zonelor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funcționale</w:t>
      </w:r>
      <w:proofErr w:type="spellEnd"/>
      <w:r w:rsidRPr="007A0413">
        <w:rPr>
          <w:rFonts w:cs="Times New Roman"/>
          <w:sz w:val="24"/>
        </w:rPr>
        <w:t>;</w:t>
      </w:r>
    </w:p>
    <w:p w14:paraId="39E71238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garduri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separatoare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elemente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delimitare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fluxuri</w:t>
      </w:r>
      <w:proofErr w:type="spellEnd"/>
      <w:r w:rsidRPr="007A0413">
        <w:rPr>
          <w:rFonts w:cs="Times New Roman"/>
          <w:sz w:val="24"/>
        </w:rPr>
        <w:t xml:space="preserve">, zone </w:t>
      </w:r>
      <w:proofErr w:type="spellStart"/>
      <w:r w:rsidRPr="007A0413">
        <w:rPr>
          <w:rFonts w:cs="Times New Roman"/>
          <w:sz w:val="24"/>
        </w:rPr>
        <w:t>tehnice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zone cu </w:t>
      </w:r>
      <w:proofErr w:type="spellStart"/>
      <w:r w:rsidRPr="007A0413">
        <w:rPr>
          <w:rFonts w:cs="Times New Roman"/>
          <w:sz w:val="24"/>
        </w:rPr>
        <w:t>acces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controlat</w:t>
      </w:r>
      <w:proofErr w:type="spellEnd"/>
      <w:r w:rsidRPr="007A0413">
        <w:rPr>
          <w:rFonts w:cs="Times New Roman"/>
          <w:sz w:val="24"/>
        </w:rPr>
        <w:t>;</w:t>
      </w:r>
    </w:p>
    <w:p w14:paraId="70B2D00C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minimum 15 </w:t>
      </w:r>
      <w:proofErr w:type="spellStart"/>
      <w:r w:rsidRPr="007A0413">
        <w:rPr>
          <w:rFonts w:cs="Times New Roman"/>
          <w:sz w:val="24"/>
        </w:rPr>
        <w:t>toalete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ecologice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dintre</w:t>
      </w:r>
      <w:proofErr w:type="spellEnd"/>
      <w:r w:rsidRPr="007A0413">
        <w:rPr>
          <w:rFonts w:cs="Times New Roman"/>
          <w:sz w:val="24"/>
        </w:rPr>
        <w:t xml:space="preserve"> care cel </w:t>
      </w:r>
      <w:proofErr w:type="spellStart"/>
      <w:r w:rsidRPr="007A0413">
        <w:rPr>
          <w:rFonts w:cs="Times New Roman"/>
          <w:sz w:val="24"/>
        </w:rPr>
        <w:t>puțin</w:t>
      </w:r>
      <w:proofErr w:type="spellEnd"/>
      <w:r w:rsidRPr="007A0413">
        <w:rPr>
          <w:rFonts w:cs="Times New Roman"/>
          <w:sz w:val="24"/>
        </w:rPr>
        <w:t xml:space="preserve"> o </w:t>
      </w:r>
      <w:proofErr w:type="spellStart"/>
      <w:r w:rsidRPr="007A0413">
        <w:rPr>
          <w:rFonts w:cs="Times New Roman"/>
          <w:sz w:val="24"/>
        </w:rPr>
        <w:t>unitate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accesibilă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persoanelor</w:t>
      </w:r>
      <w:proofErr w:type="spellEnd"/>
      <w:r w:rsidRPr="007A0413">
        <w:rPr>
          <w:rFonts w:cs="Times New Roman"/>
          <w:sz w:val="24"/>
        </w:rPr>
        <w:t xml:space="preserve"> cu </w:t>
      </w:r>
      <w:proofErr w:type="spellStart"/>
      <w:r w:rsidRPr="007A0413">
        <w:rPr>
          <w:rFonts w:cs="Times New Roman"/>
          <w:sz w:val="24"/>
        </w:rPr>
        <w:t>dizabilități</w:t>
      </w:r>
      <w:proofErr w:type="spellEnd"/>
      <w:r w:rsidRPr="007A0413">
        <w:rPr>
          <w:rFonts w:cs="Times New Roman"/>
          <w:sz w:val="24"/>
        </w:rPr>
        <w:t xml:space="preserve">, cu </w:t>
      </w:r>
      <w:proofErr w:type="spellStart"/>
      <w:r w:rsidRPr="007A0413">
        <w:rPr>
          <w:rFonts w:cs="Times New Roman"/>
          <w:sz w:val="24"/>
        </w:rPr>
        <w:t>igienizare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consumabile</w:t>
      </w:r>
      <w:proofErr w:type="spellEnd"/>
      <w:r w:rsidRPr="007A0413">
        <w:rPr>
          <w:rFonts w:cs="Times New Roman"/>
          <w:sz w:val="24"/>
        </w:rPr>
        <w:t xml:space="preserve"> pe </w:t>
      </w:r>
      <w:proofErr w:type="spellStart"/>
      <w:r w:rsidRPr="007A0413">
        <w:rPr>
          <w:rFonts w:cs="Times New Roman"/>
          <w:sz w:val="24"/>
        </w:rPr>
        <w:t>toată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durata</w:t>
      </w:r>
      <w:proofErr w:type="spellEnd"/>
      <w:r w:rsidRPr="007A0413">
        <w:rPr>
          <w:rFonts w:cs="Times New Roman"/>
          <w:sz w:val="24"/>
        </w:rPr>
        <w:t>;</w:t>
      </w:r>
    </w:p>
    <w:p w14:paraId="16E4572B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recipiente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colectarea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deșeurilor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amplasate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toate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zonele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principale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inclusiv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colectare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separată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acolo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unde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este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posibil</w:t>
      </w:r>
      <w:proofErr w:type="spellEnd"/>
      <w:r w:rsidRPr="007A0413">
        <w:rPr>
          <w:rFonts w:cs="Times New Roman"/>
          <w:sz w:val="24"/>
        </w:rPr>
        <w:t>;</w:t>
      </w:r>
    </w:p>
    <w:p w14:paraId="50F0DB5F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semnalistică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direcțională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panouri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informare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identificarea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standurilor</w:t>
      </w:r>
      <w:proofErr w:type="spellEnd"/>
      <w:r w:rsidRPr="007A0413">
        <w:rPr>
          <w:rFonts w:cs="Times New Roman"/>
          <w:sz w:val="24"/>
        </w:rPr>
        <w:t>;</w:t>
      </w:r>
    </w:p>
    <w:p w14:paraId="431CA1AE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surse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puncte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apă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elemente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umbrire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protecție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împotriva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intemperiilor</w:t>
      </w:r>
      <w:proofErr w:type="spellEnd"/>
      <w:r w:rsidRPr="007A0413">
        <w:rPr>
          <w:rFonts w:cs="Times New Roman"/>
          <w:sz w:val="24"/>
        </w:rPr>
        <w:t>;</w:t>
      </w:r>
    </w:p>
    <w:p w14:paraId="3C7365B4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protecții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cabluri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podețe</w:t>
      </w:r>
      <w:proofErr w:type="spellEnd"/>
      <w:r w:rsidRPr="007A0413">
        <w:rPr>
          <w:rFonts w:cs="Times New Roman"/>
          <w:sz w:val="24"/>
        </w:rPr>
        <w:t>/</w:t>
      </w:r>
      <w:proofErr w:type="spellStart"/>
      <w:r w:rsidRPr="007A0413">
        <w:rPr>
          <w:rFonts w:cs="Times New Roman"/>
          <w:sz w:val="24"/>
        </w:rPr>
        <w:t>rampă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trecere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soluții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eliminarea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riscului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împiedicare</w:t>
      </w:r>
      <w:proofErr w:type="spellEnd"/>
      <w:r w:rsidRPr="007A0413">
        <w:rPr>
          <w:rFonts w:cs="Times New Roman"/>
          <w:sz w:val="24"/>
        </w:rPr>
        <w:t>;</w:t>
      </w:r>
    </w:p>
    <w:p w14:paraId="32118DE6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mijloace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stingere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truse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intervenție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materiale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protecție</w:t>
      </w:r>
      <w:proofErr w:type="spellEnd"/>
      <w:r w:rsidRPr="007A0413">
        <w:rPr>
          <w:rFonts w:cs="Times New Roman"/>
          <w:sz w:val="24"/>
        </w:rPr>
        <w:t xml:space="preserve"> a </w:t>
      </w:r>
      <w:proofErr w:type="spellStart"/>
      <w:r w:rsidRPr="007A0413">
        <w:rPr>
          <w:rFonts w:cs="Times New Roman"/>
          <w:sz w:val="24"/>
        </w:rPr>
        <w:t>solului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tăvi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retenție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combustibili</w:t>
      </w:r>
      <w:proofErr w:type="spellEnd"/>
      <w:r w:rsidRPr="007A0413">
        <w:rPr>
          <w:rFonts w:cs="Times New Roman"/>
          <w:sz w:val="24"/>
        </w:rPr>
        <w:t>.</w:t>
      </w:r>
    </w:p>
    <w:p w14:paraId="667D6C6C" w14:textId="77777777" w:rsidR="00EE76A8" w:rsidRPr="007A0413" w:rsidRDefault="00EE76A8" w:rsidP="00EE76A8">
      <w:pPr>
        <w:spacing w:line="259" w:lineRule="auto"/>
        <w:ind w:firstLine="369"/>
        <w:rPr>
          <w:rFonts w:cs="Times New Roman"/>
          <w:sz w:val="24"/>
        </w:rPr>
      </w:pPr>
      <w:proofErr w:type="spellStart"/>
      <w:r w:rsidRPr="007A0413">
        <w:rPr>
          <w:rFonts w:cs="Times New Roman"/>
          <w:sz w:val="24"/>
        </w:rPr>
        <w:t>Cantitățile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detaliate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cerințele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minime</w:t>
      </w:r>
      <w:proofErr w:type="spellEnd"/>
      <w:r w:rsidRPr="007A0413">
        <w:rPr>
          <w:rFonts w:cs="Times New Roman"/>
          <w:sz w:val="24"/>
        </w:rPr>
        <w:t xml:space="preserve"> sunt </w:t>
      </w:r>
      <w:proofErr w:type="spellStart"/>
      <w:r w:rsidRPr="007A0413">
        <w:rPr>
          <w:rFonts w:cs="Times New Roman"/>
          <w:sz w:val="24"/>
        </w:rPr>
        <w:t>prevăzute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Anexa</w:t>
      </w:r>
      <w:proofErr w:type="spellEnd"/>
      <w:r w:rsidRPr="007A0413">
        <w:rPr>
          <w:rFonts w:cs="Times New Roman"/>
          <w:sz w:val="24"/>
        </w:rPr>
        <w:t xml:space="preserve"> nr. 1.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situația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care </w:t>
      </w:r>
      <w:proofErr w:type="spellStart"/>
      <w:r w:rsidRPr="007A0413">
        <w:rPr>
          <w:rFonts w:cs="Times New Roman"/>
          <w:sz w:val="24"/>
        </w:rPr>
        <w:t>planul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tehnic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propus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ofertant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avizele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aferente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acestuia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impun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cantități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superioare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îndeplinirea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cerințelor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asumate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acestea</w:t>
      </w:r>
      <w:proofErr w:type="spellEnd"/>
      <w:r w:rsidRPr="007A0413">
        <w:rPr>
          <w:rFonts w:cs="Times New Roman"/>
          <w:sz w:val="24"/>
        </w:rPr>
        <w:t xml:space="preserve"> se </w:t>
      </w:r>
      <w:proofErr w:type="spellStart"/>
      <w:r w:rsidRPr="007A0413">
        <w:rPr>
          <w:rFonts w:cs="Times New Roman"/>
          <w:sz w:val="24"/>
        </w:rPr>
        <w:t>consideră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incluse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oferta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sa</w:t>
      </w:r>
      <w:proofErr w:type="spellEnd"/>
      <w:r w:rsidRPr="007A0413">
        <w:rPr>
          <w:rFonts w:cs="Times New Roman"/>
          <w:sz w:val="24"/>
        </w:rPr>
        <w:t xml:space="preserve">. </w:t>
      </w:r>
      <w:proofErr w:type="spellStart"/>
      <w:r w:rsidRPr="007A0413">
        <w:rPr>
          <w:rFonts w:cs="Times New Roman"/>
          <w:sz w:val="24"/>
        </w:rPr>
        <w:t>Cerințele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noi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neprevizibile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care </w:t>
      </w:r>
      <w:proofErr w:type="spellStart"/>
      <w:r w:rsidRPr="007A0413">
        <w:rPr>
          <w:rFonts w:cs="Times New Roman"/>
          <w:sz w:val="24"/>
        </w:rPr>
        <w:t>ar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modifica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obiectul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contractului</w:t>
      </w:r>
      <w:proofErr w:type="spellEnd"/>
      <w:r w:rsidRPr="007A0413">
        <w:rPr>
          <w:rFonts w:cs="Times New Roman"/>
          <w:sz w:val="24"/>
        </w:rPr>
        <w:t xml:space="preserve"> se </w:t>
      </w:r>
      <w:proofErr w:type="spellStart"/>
      <w:r w:rsidRPr="007A0413">
        <w:rPr>
          <w:rFonts w:cs="Times New Roman"/>
          <w:sz w:val="24"/>
        </w:rPr>
        <w:t>tratează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numai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condițiile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legii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ale </w:t>
      </w:r>
      <w:proofErr w:type="spellStart"/>
      <w:r w:rsidRPr="007A0413">
        <w:rPr>
          <w:rFonts w:cs="Times New Roman"/>
          <w:sz w:val="24"/>
        </w:rPr>
        <w:t>clauzelor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contractuale</w:t>
      </w:r>
      <w:proofErr w:type="spellEnd"/>
      <w:r w:rsidRPr="007A0413">
        <w:rPr>
          <w:rFonts w:cs="Times New Roman"/>
          <w:sz w:val="24"/>
        </w:rPr>
        <w:t>.</w:t>
      </w:r>
    </w:p>
    <w:p w14:paraId="74B54A17" w14:textId="77777777" w:rsidR="00EE76A8" w:rsidRPr="007A0413" w:rsidRDefault="00EE76A8" w:rsidP="00EE76A8">
      <w:pPr>
        <w:pStyle w:val="Titlu2"/>
        <w:rPr>
          <w:rFonts w:ascii="Times New Roman" w:hAnsi="Times New Roman" w:cs="Times New Roman"/>
          <w:color w:val="auto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Cs w:val="24"/>
        </w:rPr>
        <w:lastRenderedPageBreak/>
        <w:t xml:space="preserve">6.3. Zona de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adopții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bunăstarea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animalelor</w:t>
      </w:r>
      <w:proofErr w:type="spellEnd"/>
    </w:p>
    <w:p w14:paraId="69E852E8" w14:textId="77777777" w:rsidR="00EE76A8" w:rsidRPr="007A0413" w:rsidRDefault="00EE76A8" w:rsidP="00EE76A8">
      <w:pPr>
        <w:spacing w:line="259" w:lineRule="auto"/>
        <w:ind w:firstLine="369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Zona de </w:t>
      </w:r>
      <w:proofErr w:type="spellStart"/>
      <w:r w:rsidRPr="007A0413">
        <w:rPr>
          <w:rFonts w:cs="Times New Roman"/>
          <w:sz w:val="24"/>
        </w:rPr>
        <w:t>adopții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funcționa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zilnic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intervalul</w:t>
      </w:r>
      <w:proofErr w:type="spellEnd"/>
      <w:r w:rsidRPr="007A0413">
        <w:rPr>
          <w:rFonts w:cs="Times New Roman"/>
          <w:sz w:val="24"/>
        </w:rPr>
        <w:t xml:space="preserve"> 10:00–18:00. </w:t>
      </w:r>
      <w:proofErr w:type="spellStart"/>
      <w:r w:rsidRPr="007A0413">
        <w:rPr>
          <w:rFonts w:cs="Times New Roman"/>
          <w:sz w:val="24"/>
        </w:rPr>
        <w:t>Prestatorul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amenaja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spații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distincte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securizate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câini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pisici</w:t>
      </w:r>
      <w:proofErr w:type="spellEnd"/>
      <w:r w:rsidRPr="007A0413">
        <w:rPr>
          <w:rFonts w:cs="Times New Roman"/>
          <w:sz w:val="24"/>
        </w:rPr>
        <w:t xml:space="preserve">, cu </w:t>
      </w:r>
      <w:proofErr w:type="spellStart"/>
      <w:r w:rsidRPr="007A0413">
        <w:rPr>
          <w:rFonts w:cs="Times New Roman"/>
          <w:sz w:val="24"/>
        </w:rPr>
        <w:t>delimitare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umbrire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ventilație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acces</w:t>
      </w:r>
      <w:proofErr w:type="spellEnd"/>
      <w:r w:rsidRPr="007A0413">
        <w:rPr>
          <w:rFonts w:cs="Times New Roman"/>
          <w:sz w:val="24"/>
        </w:rPr>
        <w:t xml:space="preserve"> la </w:t>
      </w:r>
      <w:proofErr w:type="spellStart"/>
      <w:r w:rsidRPr="007A0413">
        <w:rPr>
          <w:rFonts w:cs="Times New Roman"/>
          <w:sz w:val="24"/>
        </w:rPr>
        <w:t>apă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curățenie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distanțare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față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sursele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zgomot</w:t>
      </w:r>
      <w:proofErr w:type="spellEnd"/>
      <w:r w:rsidRPr="007A0413">
        <w:rPr>
          <w:rFonts w:cs="Times New Roman"/>
          <w:sz w:val="24"/>
        </w:rPr>
        <w:t xml:space="preserve">. Zona </w:t>
      </w:r>
      <w:proofErr w:type="spellStart"/>
      <w:r w:rsidRPr="007A0413">
        <w:rPr>
          <w:rFonts w:cs="Times New Roman"/>
          <w:sz w:val="24"/>
        </w:rPr>
        <w:t>pisicilor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fi </w:t>
      </w:r>
      <w:proofErr w:type="spellStart"/>
      <w:r w:rsidRPr="007A0413">
        <w:rPr>
          <w:rFonts w:cs="Times New Roman"/>
          <w:sz w:val="24"/>
        </w:rPr>
        <w:t>protejată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adaptată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nevoilor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specifice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iar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interacțiunea</w:t>
      </w:r>
      <w:proofErr w:type="spellEnd"/>
      <w:r w:rsidRPr="007A0413">
        <w:rPr>
          <w:rFonts w:cs="Times New Roman"/>
          <w:sz w:val="24"/>
        </w:rPr>
        <w:t xml:space="preserve"> cu </w:t>
      </w:r>
      <w:proofErr w:type="spellStart"/>
      <w:r w:rsidRPr="007A0413">
        <w:rPr>
          <w:rFonts w:cs="Times New Roman"/>
          <w:sz w:val="24"/>
        </w:rPr>
        <w:t>publicul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fi </w:t>
      </w:r>
      <w:proofErr w:type="spellStart"/>
      <w:r w:rsidRPr="007A0413">
        <w:rPr>
          <w:rFonts w:cs="Times New Roman"/>
          <w:sz w:val="24"/>
        </w:rPr>
        <w:t>controlată</w:t>
      </w:r>
      <w:proofErr w:type="spellEnd"/>
      <w:r w:rsidRPr="007A0413">
        <w:rPr>
          <w:rFonts w:cs="Times New Roman"/>
          <w:sz w:val="24"/>
        </w:rPr>
        <w:t>.</w:t>
      </w:r>
    </w:p>
    <w:p w14:paraId="10C1868B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admiterea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zona de </w:t>
      </w:r>
      <w:proofErr w:type="spellStart"/>
      <w:r w:rsidRPr="007A0413">
        <w:rPr>
          <w:rFonts w:cs="Times New Roman"/>
          <w:sz w:val="24"/>
        </w:rPr>
        <w:t>adopții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numai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gramStart"/>
      <w:r w:rsidRPr="007A0413">
        <w:rPr>
          <w:rFonts w:cs="Times New Roman"/>
          <w:sz w:val="24"/>
        </w:rPr>
        <w:t>a</w:t>
      </w:r>
      <w:proofErr w:type="gram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animalelor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care </w:t>
      </w:r>
      <w:proofErr w:type="spellStart"/>
      <w:r w:rsidRPr="007A0413">
        <w:rPr>
          <w:rFonts w:cs="Times New Roman"/>
          <w:sz w:val="24"/>
        </w:rPr>
        <w:t>participanții</w:t>
      </w:r>
      <w:proofErr w:type="spellEnd"/>
      <w:r w:rsidRPr="007A0413">
        <w:rPr>
          <w:rFonts w:cs="Times New Roman"/>
          <w:sz w:val="24"/>
        </w:rPr>
        <w:t xml:space="preserve"> pot face </w:t>
      </w:r>
      <w:proofErr w:type="spellStart"/>
      <w:r w:rsidRPr="007A0413">
        <w:rPr>
          <w:rFonts w:cs="Times New Roman"/>
          <w:sz w:val="24"/>
        </w:rPr>
        <w:t>dovada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îndeplinirii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condițiilor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legale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privind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identificarea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sănătatea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vaccinarea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deparazitarea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după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caz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sterilizarea</w:t>
      </w:r>
      <w:proofErr w:type="spellEnd"/>
      <w:r w:rsidRPr="007A0413">
        <w:rPr>
          <w:rFonts w:cs="Times New Roman"/>
          <w:sz w:val="24"/>
        </w:rPr>
        <w:t>;</w:t>
      </w:r>
    </w:p>
    <w:p w14:paraId="6B534A6D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verificarea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documentelor</w:t>
      </w:r>
      <w:proofErr w:type="spellEnd"/>
      <w:r w:rsidRPr="007A0413">
        <w:rPr>
          <w:rFonts w:cs="Times New Roman"/>
          <w:sz w:val="24"/>
        </w:rPr>
        <w:t xml:space="preserve"> la </w:t>
      </w:r>
      <w:proofErr w:type="spellStart"/>
      <w:r w:rsidRPr="007A0413">
        <w:rPr>
          <w:rFonts w:cs="Times New Roman"/>
          <w:sz w:val="24"/>
        </w:rPr>
        <w:t>punctul</w:t>
      </w:r>
      <w:proofErr w:type="spellEnd"/>
      <w:r w:rsidRPr="007A0413">
        <w:rPr>
          <w:rFonts w:cs="Times New Roman"/>
          <w:sz w:val="24"/>
        </w:rPr>
        <w:t xml:space="preserve"> medical-</w:t>
      </w:r>
      <w:proofErr w:type="spellStart"/>
      <w:r w:rsidRPr="007A0413">
        <w:rPr>
          <w:rFonts w:cs="Times New Roman"/>
          <w:sz w:val="24"/>
        </w:rPr>
        <w:t>veterinar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colaborare</w:t>
      </w:r>
      <w:proofErr w:type="spellEnd"/>
      <w:r w:rsidRPr="007A0413">
        <w:rPr>
          <w:rFonts w:cs="Times New Roman"/>
          <w:sz w:val="24"/>
        </w:rPr>
        <w:t xml:space="preserve"> cu </w:t>
      </w:r>
      <w:proofErr w:type="spellStart"/>
      <w:r w:rsidRPr="007A0413">
        <w:rPr>
          <w:rFonts w:cs="Times New Roman"/>
          <w:sz w:val="24"/>
        </w:rPr>
        <w:t>structura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specialitate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participanții</w:t>
      </w:r>
      <w:proofErr w:type="spellEnd"/>
      <w:r w:rsidRPr="007A0413">
        <w:rPr>
          <w:rFonts w:cs="Times New Roman"/>
          <w:sz w:val="24"/>
        </w:rPr>
        <w:t>;</w:t>
      </w:r>
    </w:p>
    <w:p w14:paraId="755B1FD2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asigurarea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permanentă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gramStart"/>
      <w:r w:rsidRPr="007A0413">
        <w:rPr>
          <w:rFonts w:cs="Times New Roman"/>
          <w:sz w:val="24"/>
        </w:rPr>
        <w:t>a</w:t>
      </w:r>
      <w:proofErr w:type="gram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apei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recipientelor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umbririi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curățeniei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a </w:t>
      </w:r>
      <w:proofErr w:type="spellStart"/>
      <w:r w:rsidRPr="007A0413">
        <w:rPr>
          <w:rFonts w:cs="Times New Roman"/>
          <w:sz w:val="24"/>
        </w:rPr>
        <w:t>unor</w:t>
      </w:r>
      <w:proofErr w:type="spellEnd"/>
      <w:r w:rsidRPr="007A0413">
        <w:rPr>
          <w:rFonts w:cs="Times New Roman"/>
          <w:sz w:val="24"/>
        </w:rPr>
        <w:t xml:space="preserve"> zone </w:t>
      </w:r>
      <w:proofErr w:type="spellStart"/>
      <w:r w:rsidRPr="007A0413">
        <w:rPr>
          <w:rFonts w:cs="Times New Roman"/>
          <w:sz w:val="24"/>
        </w:rPr>
        <w:t>liniștite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retragere</w:t>
      </w:r>
      <w:proofErr w:type="spellEnd"/>
      <w:r w:rsidRPr="007A0413">
        <w:rPr>
          <w:rFonts w:cs="Times New Roman"/>
          <w:sz w:val="24"/>
        </w:rPr>
        <w:t>;</w:t>
      </w:r>
    </w:p>
    <w:p w14:paraId="43E0AE9B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stabilirea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unor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fluxuri</w:t>
      </w:r>
      <w:proofErr w:type="spellEnd"/>
      <w:r w:rsidRPr="007A0413">
        <w:rPr>
          <w:rFonts w:cs="Times New Roman"/>
          <w:sz w:val="24"/>
        </w:rPr>
        <w:t xml:space="preserve"> care </w:t>
      </w:r>
      <w:proofErr w:type="spellStart"/>
      <w:r w:rsidRPr="007A0413">
        <w:rPr>
          <w:rFonts w:cs="Times New Roman"/>
          <w:sz w:val="24"/>
        </w:rPr>
        <w:t>să</w:t>
      </w:r>
      <w:proofErr w:type="spellEnd"/>
      <w:r w:rsidRPr="007A0413">
        <w:rPr>
          <w:rFonts w:cs="Times New Roman"/>
          <w:sz w:val="24"/>
        </w:rPr>
        <w:t xml:space="preserve"> evite </w:t>
      </w:r>
      <w:proofErr w:type="spellStart"/>
      <w:r w:rsidRPr="007A0413">
        <w:rPr>
          <w:rFonts w:cs="Times New Roman"/>
          <w:sz w:val="24"/>
        </w:rPr>
        <w:t>contactul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necontrolat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între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animale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supraaglomerarea</w:t>
      </w:r>
      <w:proofErr w:type="spellEnd"/>
      <w:r w:rsidRPr="007A0413">
        <w:rPr>
          <w:rFonts w:cs="Times New Roman"/>
          <w:sz w:val="24"/>
        </w:rPr>
        <w:t>;</w:t>
      </w:r>
    </w:p>
    <w:p w14:paraId="1D9738C4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retragerea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sau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relocarea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animalelor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înainte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începerea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concertelor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a </w:t>
      </w:r>
      <w:proofErr w:type="spellStart"/>
      <w:r w:rsidRPr="007A0413">
        <w:rPr>
          <w:rFonts w:cs="Times New Roman"/>
          <w:sz w:val="24"/>
        </w:rPr>
        <w:t>momentelor</w:t>
      </w:r>
      <w:proofErr w:type="spellEnd"/>
      <w:r w:rsidRPr="007A0413">
        <w:rPr>
          <w:rFonts w:cs="Times New Roman"/>
          <w:sz w:val="24"/>
        </w:rPr>
        <w:t xml:space="preserve"> cu </w:t>
      </w:r>
      <w:proofErr w:type="spellStart"/>
      <w:r w:rsidRPr="007A0413">
        <w:rPr>
          <w:rFonts w:cs="Times New Roman"/>
          <w:sz w:val="24"/>
        </w:rPr>
        <w:t>nivel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sonor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ridicat</w:t>
      </w:r>
      <w:proofErr w:type="spellEnd"/>
      <w:r w:rsidRPr="007A0413">
        <w:rPr>
          <w:rFonts w:cs="Times New Roman"/>
          <w:sz w:val="24"/>
        </w:rPr>
        <w:t>;</w:t>
      </w:r>
    </w:p>
    <w:p w14:paraId="4D69837B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interzicerea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efectelor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pirotehnice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gramStart"/>
      <w:r w:rsidRPr="007A0413">
        <w:rPr>
          <w:rFonts w:cs="Times New Roman"/>
          <w:sz w:val="24"/>
        </w:rPr>
        <w:t>a</w:t>
      </w:r>
      <w:proofErr w:type="gram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artificiilor</w:t>
      </w:r>
      <w:proofErr w:type="spellEnd"/>
      <w:r w:rsidRPr="007A0413">
        <w:rPr>
          <w:rFonts w:cs="Times New Roman"/>
          <w:sz w:val="24"/>
        </w:rPr>
        <w:t xml:space="preserve">, a </w:t>
      </w:r>
      <w:proofErr w:type="spellStart"/>
      <w:r w:rsidRPr="007A0413">
        <w:rPr>
          <w:rFonts w:cs="Times New Roman"/>
          <w:sz w:val="24"/>
        </w:rPr>
        <w:t>flăcărilor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deschise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gramStart"/>
      <w:r w:rsidRPr="007A0413">
        <w:rPr>
          <w:rFonts w:cs="Times New Roman"/>
          <w:sz w:val="24"/>
        </w:rPr>
        <w:t>a</w:t>
      </w:r>
      <w:proofErr w:type="gram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efectelor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luminoase</w:t>
      </w:r>
      <w:proofErr w:type="spellEnd"/>
      <w:r w:rsidRPr="007A0413">
        <w:rPr>
          <w:rFonts w:cs="Times New Roman"/>
          <w:sz w:val="24"/>
        </w:rPr>
        <w:t>/</w:t>
      </w:r>
      <w:proofErr w:type="spellStart"/>
      <w:r w:rsidRPr="007A0413">
        <w:rPr>
          <w:rFonts w:cs="Times New Roman"/>
          <w:sz w:val="24"/>
        </w:rPr>
        <w:t>stroboscopice</w:t>
      </w:r>
      <w:proofErr w:type="spellEnd"/>
      <w:r w:rsidRPr="007A0413">
        <w:rPr>
          <w:rFonts w:cs="Times New Roman"/>
          <w:sz w:val="24"/>
        </w:rPr>
        <w:t xml:space="preserve"> care pot </w:t>
      </w:r>
      <w:proofErr w:type="spellStart"/>
      <w:r w:rsidRPr="007A0413">
        <w:rPr>
          <w:rFonts w:cs="Times New Roman"/>
          <w:sz w:val="24"/>
        </w:rPr>
        <w:t>pune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pericol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ori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stresa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animalele</w:t>
      </w:r>
      <w:proofErr w:type="spellEnd"/>
      <w:r w:rsidRPr="007A0413">
        <w:rPr>
          <w:rFonts w:cs="Times New Roman"/>
          <w:sz w:val="24"/>
        </w:rPr>
        <w:t>;</w:t>
      </w:r>
    </w:p>
    <w:p w14:paraId="63E5DC13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asigurarea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unui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punct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veterinar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funcțional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a </w:t>
      </w:r>
      <w:proofErr w:type="spellStart"/>
      <w:r w:rsidRPr="007A0413">
        <w:rPr>
          <w:rFonts w:cs="Times New Roman"/>
          <w:sz w:val="24"/>
        </w:rPr>
        <w:t>procedurii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intervenție</w:t>
      </w:r>
      <w:proofErr w:type="spellEnd"/>
      <w:r w:rsidRPr="007A0413">
        <w:rPr>
          <w:rFonts w:cs="Times New Roman"/>
          <w:sz w:val="24"/>
        </w:rPr>
        <w:t xml:space="preserve">/transport </w:t>
      </w:r>
      <w:proofErr w:type="spellStart"/>
      <w:r w:rsidRPr="007A0413">
        <w:rPr>
          <w:rFonts w:cs="Times New Roman"/>
          <w:sz w:val="24"/>
        </w:rPr>
        <w:t>către</w:t>
      </w:r>
      <w:proofErr w:type="spellEnd"/>
      <w:r w:rsidRPr="007A0413">
        <w:rPr>
          <w:rFonts w:cs="Times New Roman"/>
          <w:sz w:val="24"/>
        </w:rPr>
        <w:t xml:space="preserve"> o </w:t>
      </w:r>
      <w:proofErr w:type="spellStart"/>
      <w:r w:rsidRPr="007A0413">
        <w:rPr>
          <w:rFonts w:cs="Times New Roman"/>
          <w:sz w:val="24"/>
        </w:rPr>
        <w:t>unitate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veterinară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dacă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este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necesar</w:t>
      </w:r>
      <w:proofErr w:type="spellEnd"/>
      <w:r w:rsidRPr="007A0413">
        <w:rPr>
          <w:rFonts w:cs="Times New Roman"/>
          <w:sz w:val="24"/>
        </w:rPr>
        <w:t>;</w:t>
      </w:r>
    </w:p>
    <w:p w14:paraId="0438AF4E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fiecare</w:t>
      </w:r>
      <w:proofErr w:type="spellEnd"/>
      <w:r w:rsidRPr="007A0413">
        <w:rPr>
          <w:rFonts w:cs="Times New Roman"/>
          <w:sz w:val="24"/>
        </w:rPr>
        <w:t xml:space="preserve"> participant care </w:t>
      </w:r>
      <w:proofErr w:type="spellStart"/>
      <w:r w:rsidRPr="007A0413">
        <w:rPr>
          <w:rFonts w:cs="Times New Roman"/>
          <w:sz w:val="24"/>
        </w:rPr>
        <w:t>aduce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animale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asigura</w:t>
      </w:r>
      <w:proofErr w:type="spellEnd"/>
      <w:r w:rsidRPr="007A0413">
        <w:rPr>
          <w:rFonts w:cs="Times New Roman"/>
          <w:sz w:val="24"/>
        </w:rPr>
        <w:t xml:space="preserve"> personal </w:t>
      </w:r>
      <w:proofErr w:type="spellStart"/>
      <w:r w:rsidRPr="007A0413">
        <w:rPr>
          <w:rFonts w:cs="Times New Roman"/>
          <w:sz w:val="24"/>
        </w:rPr>
        <w:t>suficient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hrană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apă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recipiente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mijloace</w:t>
      </w:r>
      <w:proofErr w:type="spellEnd"/>
      <w:r w:rsidRPr="007A0413">
        <w:rPr>
          <w:rFonts w:cs="Times New Roman"/>
          <w:sz w:val="24"/>
        </w:rPr>
        <w:t xml:space="preserve"> de transport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supraveghere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permanentă</w:t>
      </w:r>
      <w:proofErr w:type="spellEnd"/>
      <w:r w:rsidRPr="007A0413">
        <w:rPr>
          <w:rFonts w:cs="Times New Roman"/>
          <w:sz w:val="24"/>
        </w:rPr>
        <w:t>;</w:t>
      </w:r>
    </w:p>
    <w:p w14:paraId="0DA9F41E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expozițiile</w:t>
      </w:r>
      <w:proofErr w:type="spellEnd"/>
      <w:r w:rsidRPr="007A0413">
        <w:rPr>
          <w:rFonts w:cs="Times New Roman"/>
          <w:sz w:val="24"/>
        </w:rPr>
        <w:t xml:space="preserve"> cu </w:t>
      </w:r>
      <w:proofErr w:type="spellStart"/>
      <w:r w:rsidRPr="007A0413">
        <w:rPr>
          <w:rFonts w:cs="Times New Roman"/>
          <w:sz w:val="24"/>
        </w:rPr>
        <w:t>animale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exotice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dacă</w:t>
      </w:r>
      <w:proofErr w:type="spellEnd"/>
      <w:r w:rsidRPr="007A0413">
        <w:rPr>
          <w:rFonts w:cs="Times New Roman"/>
          <w:sz w:val="24"/>
        </w:rPr>
        <w:t xml:space="preserve"> sunt </w:t>
      </w:r>
      <w:proofErr w:type="spellStart"/>
      <w:r w:rsidRPr="007A0413">
        <w:rPr>
          <w:rFonts w:cs="Times New Roman"/>
          <w:sz w:val="24"/>
        </w:rPr>
        <w:t>aprobate</w:t>
      </w:r>
      <w:proofErr w:type="spellEnd"/>
      <w:r w:rsidRPr="007A0413">
        <w:rPr>
          <w:rFonts w:cs="Times New Roman"/>
          <w:sz w:val="24"/>
        </w:rPr>
        <w:t xml:space="preserve">, nu </w:t>
      </w:r>
      <w:proofErr w:type="spellStart"/>
      <w:r w:rsidRPr="007A0413">
        <w:rPr>
          <w:rFonts w:cs="Times New Roman"/>
          <w:sz w:val="24"/>
        </w:rPr>
        <w:t>vor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avea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caracter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adopție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se </w:t>
      </w:r>
      <w:proofErr w:type="spellStart"/>
      <w:r w:rsidRPr="007A0413">
        <w:rPr>
          <w:rFonts w:cs="Times New Roman"/>
          <w:sz w:val="24"/>
        </w:rPr>
        <w:t>vor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organiza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exclusiv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entități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autorizate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condiții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distincte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sigure</w:t>
      </w:r>
      <w:proofErr w:type="spellEnd"/>
      <w:r w:rsidRPr="007A0413">
        <w:rPr>
          <w:rFonts w:cs="Times New Roman"/>
          <w:sz w:val="24"/>
        </w:rPr>
        <w:t>.</w:t>
      </w:r>
    </w:p>
    <w:p w14:paraId="4C06DFE4" w14:textId="77777777" w:rsidR="00EE76A8" w:rsidRPr="007A0413" w:rsidRDefault="00EE76A8" w:rsidP="00EE76A8">
      <w:pPr>
        <w:pStyle w:val="Titlu2"/>
        <w:rPr>
          <w:rFonts w:ascii="Times New Roman" w:hAnsi="Times New Roman" w:cs="Times New Roman"/>
          <w:color w:val="auto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6.4.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Activități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educative,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demonstrații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concursuri</w:t>
      </w:r>
      <w:proofErr w:type="spellEnd"/>
    </w:p>
    <w:p w14:paraId="3EC8021F" w14:textId="77777777" w:rsidR="00EE76A8" w:rsidRPr="007A0413" w:rsidRDefault="00EE76A8" w:rsidP="00EE76A8">
      <w:pPr>
        <w:spacing w:line="259" w:lineRule="auto"/>
        <w:ind w:firstLine="369"/>
        <w:rPr>
          <w:rFonts w:cs="Times New Roman"/>
          <w:sz w:val="24"/>
        </w:rPr>
      </w:pPr>
      <w:proofErr w:type="spellStart"/>
      <w:r w:rsidRPr="007A0413">
        <w:rPr>
          <w:rFonts w:cs="Times New Roman"/>
          <w:sz w:val="24"/>
        </w:rPr>
        <w:t>Prestatorul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concepe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opera un program </w:t>
      </w:r>
      <w:proofErr w:type="spellStart"/>
      <w:r w:rsidRPr="007A0413">
        <w:rPr>
          <w:rFonts w:cs="Times New Roman"/>
          <w:sz w:val="24"/>
        </w:rPr>
        <w:t>educativ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interactiv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coerent</w:t>
      </w:r>
      <w:proofErr w:type="spellEnd"/>
      <w:r w:rsidRPr="007A0413">
        <w:rPr>
          <w:rFonts w:cs="Times New Roman"/>
          <w:sz w:val="24"/>
        </w:rPr>
        <w:t xml:space="preserve"> cu </w:t>
      </w:r>
      <w:proofErr w:type="spellStart"/>
      <w:r w:rsidRPr="007A0413">
        <w:rPr>
          <w:rFonts w:cs="Times New Roman"/>
          <w:sz w:val="24"/>
        </w:rPr>
        <w:t>tematica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evenimentului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adaptat</w:t>
      </w:r>
      <w:proofErr w:type="spellEnd"/>
      <w:r w:rsidRPr="007A0413">
        <w:rPr>
          <w:rFonts w:cs="Times New Roman"/>
          <w:sz w:val="24"/>
        </w:rPr>
        <w:t xml:space="preserve"> pe </w:t>
      </w:r>
      <w:proofErr w:type="spellStart"/>
      <w:r w:rsidRPr="007A0413">
        <w:rPr>
          <w:rFonts w:cs="Times New Roman"/>
          <w:sz w:val="24"/>
        </w:rPr>
        <w:t>categorii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vârstă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aprobat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autoritatea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contractantă</w:t>
      </w:r>
      <w:proofErr w:type="spellEnd"/>
      <w:r w:rsidRPr="007A0413">
        <w:rPr>
          <w:rFonts w:cs="Times New Roman"/>
          <w:sz w:val="24"/>
        </w:rPr>
        <w:t>.</w:t>
      </w:r>
    </w:p>
    <w:p w14:paraId="1A06465E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minimum </w:t>
      </w:r>
      <w:proofErr w:type="spellStart"/>
      <w:r w:rsidRPr="007A0413">
        <w:rPr>
          <w:rFonts w:cs="Times New Roman"/>
          <w:sz w:val="24"/>
        </w:rPr>
        <w:t>trei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activități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tematice</w:t>
      </w:r>
      <w:proofErr w:type="spellEnd"/>
      <w:r w:rsidRPr="007A0413">
        <w:rPr>
          <w:rFonts w:cs="Times New Roman"/>
          <w:sz w:val="24"/>
        </w:rPr>
        <w:t xml:space="preserve"> pe zi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zona </w:t>
      </w:r>
      <w:proofErr w:type="spellStart"/>
      <w:r w:rsidRPr="007A0413">
        <w:rPr>
          <w:rFonts w:cs="Times New Roman"/>
          <w:sz w:val="24"/>
        </w:rPr>
        <w:t>educativă</w:t>
      </w:r>
      <w:proofErr w:type="spellEnd"/>
      <w:r w:rsidRPr="007A0413">
        <w:rPr>
          <w:rFonts w:cs="Times New Roman"/>
          <w:sz w:val="24"/>
        </w:rPr>
        <w:t>;</w:t>
      </w:r>
    </w:p>
    <w:p w14:paraId="7DC63539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ateliere</w:t>
      </w:r>
      <w:proofErr w:type="spellEnd"/>
      <w:r w:rsidRPr="007A0413">
        <w:rPr>
          <w:rFonts w:cs="Times New Roman"/>
          <w:sz w:val="24"/>
        </w:rPr>
        <w:t xml:space="preserve"> interactive de </w:t>
      </w:r>
      <w:proofErr w:type="spellStart"/>
      <w:r w:rsidRPr="007A0413">
        <w:rPr>
          <w:rFonts w:cs="Times New Roman"/>
          <w:sz w:val="24"/>
        </w:rPr>
        <w:t>desen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modelaj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educație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adopție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responsabilă</w:t>
      </w:r>
      <w:proofErr w:type="spellEnd"/>
      <w:r w:rsidRPr="007A0413">
        <w:rPr>
          <w:rFonts w:cs="Times New Roman"/>
          <w:sz w:val="24"/>
        </w:rPr>
        <w:t>;</w:t>
      </w:r>
    </w:p>
    <w:p w14:paraId="37F4CAF0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>• quiz-</w:t>
      </w:r>
      <w:proofErr w:type="spellStart"/>
      <w:r w:rsidRPr="007A0413">
        <w:rPr>
          <w:rFonts w:cs="Times New Roman"/>
          <w:sz w:val="24"/>
        </w:rPr>
        <w:t>uri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tematice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privind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adopția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protecția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bunăstarea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animalelor</w:t>
      </w:r>
      <w:proofErr w:type="spellEnd"/>
      <w:r w:rsidRPr="007A0413">
        <w:rPr>
          <w:rFonts w:cs="Times New Roman"/>
          <w:sz w:val="24"/>
        </w:rPr>
        <w:t>;</w:t>
      </w:r>
    </w:p>
    <w:p w14:paraId="451A1D26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concurs de </w:t>
      </w:r>
      <w:proofErr w:type="spellStart"/>
      <w:r w:rsidRPr="007A0413">
        <w:rPr>
          <w:rFonts w:cs="Times New Roman"/>
          <w:sz w:val="24"/>
        </w:rPr>
        <w:t>desen</w:t>
      </w:r>
      <w:proofErr w:type="spellEnd"/>
      <w:r w:rsidRPr="007A0413">
        <w:rPr>
          <w:rFonts w:cs="Times New Roman"/>
          <w:sz w:val="24"/>
        </w:rPr>
        <w:t xml:space="preserve"> cu </w:t>
      </w:r>
      <w:proofErr w:type="spellStart"/>
      <w:r w:rsidRPr="007A0413">
        <w:rPr>
          <w:rFonts w:cs="Times New Roman"/>
          <w:sz w:val="24"/>
        </w:rPr>
        <w:t>premii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simbolice</w:t>
      </w:r>
      <w:proofErr w:type="spellEnd"/>
      <w:r w:rsidRPr="007A0413">
        <w:rPr>
          <w:rFonts w:cs="Times New Roman"/>
          <w:sz w:val="24"/>
        </w:rPr>
        <w:t>;</w:t>
      </w:r>
    </w:p>
    <w:p w14:paraId="15DD0AFB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demonstrații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dresaj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canin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obediență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agilitate</w:t>
      </w:r>
      <w:proofErr w:type="spellEnd"/>
      <w:r w:rsidRPr="007A0413">
        <w:rPr>
          <w:rFonts w:cs="Times New Roman"/>
          <w:sz w:val="24"/>
        </w:rPr>
        <w:t>;</w:t>
      </w:r>
    </w:p>
    <w:p w14:paraId="5BFB004B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concursul</w:t>
      </w:r>
      <w:proofErr w:type="spellEnd"/>
      <w:r w:rsidRPr="007A0413">
        <w:rPr>
          <w:rFonts w:cs="Times New Roman"/>
          <w:sz w:val="24"/>
        </w:rPr>
        <w:t xml:space="preserve"> „Fittest Rescue”, cu </w:t>
      </w:r>
      <w:proofErr w:type="gramStart"/>
      <w:r w:rsidRPr="007A0413">
        <w:rPr>
          <w:rFonts w:cs="Times New Roman"/>
          <w:sz w:val="24"/>
        </w:rPr>
        <w:t>probe</w:t>
      </w:r>
      <w:proofErr w:type="gram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agilitate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secțiuni</w:t>
      </w:r>
      <w:proofErr w:type="spellEnd"/>
      <w:r w:rsidRPr="007A0413">
        <w:rPr>
          <w:rFonts w:cs="Times New Roman"/>
          <w:sz w:val="24"/>
        </w:rPr>
        <w:t xml:space="preserve"> recreative </w:t>
      </w:r>
      <w:proofErr w:type="spellStart"/>
      <w:r w:rsidRPr="007A0413">
        <w:rPr>
          <w:rFonts w:cs="Times New Roman"/>
          <w:sz w:val="24"/>
        </w:rPr>
        <w:t>adaptate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bunăstării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animalelor</w:t>
      </w:r>
      <w:proofErr w:type="spellEnd"/>
      <w:r w:rsidRPr="007A0413">
        <w:rPr>
          <w:rFonts w:cs="Times New Roman"/>
          <w:sz w:val="24"/>
        </w:rPr>
        <w:t>;</w:t>
      </w:r>
    </w:p>
    <w:p w14:paraId="47473787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concursul</w:t>
      </w:r>
      <w:proofErr w:type="spellEnd"/>
      <w:r w:rsidRPr="007A0413">
        <w:rPr>
          <w:rFonts w:cs="Times New Roman"/>
          <w:sz w:val="24"/>
        </w:rPr>
        <w:t xml:space="preserve"> „Miss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Mister </w:t>
      </w:r>
      <w:proofErr w:type="spellStart"/>
      <w:r w:rsidRPr="007A0413">
        <w:rPr>
          <w:rFonts w:cs="Times New Roman"/>
          <w:sz w:val="24"/>
        </w:rPr>
        <w:t>Adopție</w:t>
      </w:r>
      <w:proofErr w:type="spellEnd"/>
      <w:r w:rsidRPr="007A0413">
        <w:rPr>
          <w:rFonts w:cs="Times New Roman"/>
          <w:sz w:val="24"/>
        </w:rPr>
        <w:t xml:space="preserve">”, </w:t>
      </w:r>
      <w:proofErr w:type="spellStart"/>
      <w:r w:rsidRPr="007A0413">
        <w:rPr>
          <w:rFonts w:cs="Times New Roman"/>
          <w:sz w:val="24"/>
        </w:rPr>
        <w:t>dedicat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animalelor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deja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adoptate</w:t>
      </w:r>
      <w:proofErr w:type="spellEnd"/>
      <w:r w:rsidRPr="007A0413">
        <w:rPr>
          <w:rFonts w:cs="Times New Roman"/>
          <w:sz w:val="24"/>
        </w:rPr>
        <w:t xml:space="preserve">, cu </w:t>
      </w:r>
      <w:proofErr w:type="spellStart"/>
      <w:r w:rsidRPr="007A0413">
        <w:rPr>
          <w:rFonts w:cs="Times New Roman"/>
          <w:sz w:val="24"/>
        </w:rPr>
        <w:t>juriu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premii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simbolice</w:t>
      </w:r>
      <w:proofErr w:type="spellEnd"/>
      <w:r w:rsidRPr="007A0413">
        <w:rPr>
          <w:rFonts w:cs="Times New Roman"/>
          <w:sz w:val="24"/>
        </w:rPr>
        <w:t>;</w:t>
      </w:r>
    </w:p>
    <w:p w14:paraId="122A20AB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premierea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simbolică</w:t>
      </w:r>
      <w:proofErr w:type="spellEnd"/>
      <w:r w:rsidRPr="007A0413">
        <w:rPr>
          <w:rFonts w:cs="Times New Roman"/>
          <w:sz w:val="24"/>
        </w:rPr>
        <w:t xml:space="preserve"> „</w:t>
      </w:r>
      <w:proofErr w:type="spellStart"/>
      <w:r w:rsidRPr="007A0413">
        <w:rPr>
          <w:rFonts w:cs="Times New Roman"/>
          <w:sz w:val="24"/>
        </w:rPr>
        <w:t>Adoptatorul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Weekendului</w:t>
      </w:r>
      <w:proofErr w:type="spellEnd"/>
      <w:r w:rsidRPr="007A0413">
        <w:rPr>
          <w:rFonts w:cs="Times New Roman"/>
          <w:sz w:val="24"/>
        </w:rPr>
        <w:t>”;</w:t>
      </w:r>
    </w:p>
    <w:p w14:paraId="753405CD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premierea</w:t>
      </w:r>
      <w:proofErr w:type="spellEnd"/>
      <w:r w:rsidRPr="007A0413">
        <w:rPr>
          <w:rFonts w:cs="Times New Roman"/>
          <w:sz w:val="24"/>
        </w:rPr>
        <w:t xml:space="preserve"> ONG-</w:t>
      </w:r>
      <w:proofErr w:type="spellStart"/>
      <w:r w:rsidRPr="007A0413">
        <w:rPr>
          <w:rFonts w:cs="Times New Roman"/>
          <w:sz w:val="24"/>
        </w:rPr>
        <w:t>urilor</w:t>
      </w:r>
      <w:proofErr w:type="spellEnd"/>
      <w:r w:rsidRPr="007A0413">
        <w:rPr>
          <w:rFonts w:cs="Times New Roman"/>
          <w:sz w:val="24"/>
        </w:rPr>
        <w:t xml:space="preserve"> cu </w:t>
      </w:r>
      <w:proofErr w:type="spellStart"/>
      <w:r w:rsidRPr="007A0413">
        <w:rPr>
          <w:rFonts w:cs="Times New Roman"/>
          <w:sz w:val="24"/>
        </w:rPr>
        <w:t>activitate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remarcabilă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acordarea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titlului</w:t>
      </w:r>
      <w:proofErr w:type="spellEnd"/>
      <w:r w:rsidRPr="007A0413">
        <w:rPr>
          <w:rFonts w:cs="Times New Roman"/>
          <w:sz w:val="24"/>
        </w:rPr>
        <w:t xml:space="preserve"> „</w:t>
      </w:r>
      <w:proofErr w:type="spellStart"/>
      <w:r w:rsidRPr="007A0413">
        <w:rPr>
          <w:rFonts w:cs="Times New Roman"/>
          <w:sz w:val="24"/>
        </w:rPr>
        <w:t>Voluntarul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Weekendului</w:t>
      </w:r>
      <w:proofErr w:type="spellEnd"/>
      <w:r w:rsidRPr="007A0413">
        <w:rPr>
          <w:rFonts w:cs="Times New Roman"/>
          <w:sz w:val="24"/>
        </w:rPr>
        <w:t>”;</w:t>
      </w:r>
    </w:p>
    <w:p w14:paraId="67CF86D3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sesiuni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tematice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susținute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specialiști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medicină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veterinară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psihologie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comportament</w:t>
      </w:r>
      <w:proofErr w:type="spellEnd"/>
      <w:r w:rsidRPr="007A0413">
        <w:rPr>
          <w:rFonts w:cs="Times New Roman"/>
          <w:sz w:val="24"/>
        </w:rPr>
        <w:t xml:space="preserve"> animal;</w:t>
      </w:r>
    </w:p>
    <w:p w14:paraId="1F744883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demonstrații</w:t>
      </w:r>
      <w:proofErr w:type="spellEnd"/>
      <w:r w:rsidRPr="007A0413">
        <w:rPr>
          <w:rFonts w:cs="Times New Roman"/>
          <w:sz w:val="24"/>
        </w:rPr>
        <w:t xml:space="preserve"> ale </w:t>
      </w:r>
      <w:proofErr w:type="spellStart"/>
      <w:r w:rsidRPr="007A0413">
        <w:rPr>
          <w:rFonts w:cs="Times New Roman"/>
          <w:sz w:val="24"/>
        </w:rPr>
        <w:t>structurilor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publice</w:t>
      </w:r>
      <w:proofErr w:type="spellEnd"/>
      <w:r w:rsidRPr="007A0413">
        <w:rPr>
          <w:rFonts w:cs="Times New Roman"/>
          <w:sz w:val="24"/>
        </w:rPr>
        <w:t xml:space="preserve"> cu </w:t>
      </w:r>
      <w:proofErr w:type="spellStart"/>
      <w:r w:rsidRPr="007A0413">
        <w:rPr>
          <w:rFonts w:cs="Times New Roman"/>
          <w:sz w:val="24"/>
        </w:rPr>
        <w:t>câini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serviciu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funcție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disponibilitatea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confirmarea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instituțiilor</w:t>
      </w:r>
      <w:proofErr w:type="spellEnd"/>
      <w:r w:rsidRPr="007A0413">
        <w:rPr>
          <w:rFonts w:cs="Times New Roman"/>
          <w:sz w:val="24"/>
        </w:rPr>
        <w:t>;</w:t>
      </w:r>
    </w:p>
    <w:p w14:paraId="4B0E86BB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centralizarea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anunțarea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publică</w:t>
      </w:r>
      <w:proofErr w:type="spellEnd"/>
      <w:r w:rsidRPr="007A0413">
        <w:rPr>
          <w:rFonts w:cs="Times New Roman"/>
          <w:sz w:val="24"/>
        </w:rPr>
        <w:t xml:space="preserve">, la </w:t>
      </w:r>
      <w:proofErr w:type="spellStart"/>
      <w:r w:rsidRPr="007A0413">
        <w:rPr>
          <w:rFonts w:cs="Times New Roman"/>
          <w:sz w:val="24"/>
        </w:rPr>
        <w:t>închiderea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evenimentului</w:t>
      </w:r>
      <w:proofErr w:type="spellEnd"/>
      <w:r w:rsidRPr="007A0413">
        <w:rPr>
          <w:rFonts w:cs="Times New Roman"/>
          <w:sz w:val="24"/>
        </w:rPr>
        <w:t xml:space="preserve">, a </w:t>
      </w:r>
      <w:proofErr w:type="spellStart"/>
      <w:r w:rsidRPr="007A0413">
        <w:rPr>
          <w:rFonts w:cs="Times New Roman"/>
          <w:sz w:val="24"/>
        </w:rPr>
        <w:t>numărului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adopții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solicitări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înregistrate</w:t>
      </w:r>
      <w:proofErr w:type="spellEnd"/>
      <w:r w:rsidRPr="007A0413">
        <w:rPr>
          <w:rFonts w:cs="Times New Roman"/>
          <w:sz w:val="24"/>
        </w:rPr>
        <w:t>.</w:t>
      </w:r>
    </w:p>
    <w:p w14:paraId="0753962B" w14:textId="77777777" w:rsidR="00EE76A8" w:rsidRPr="007A0413" w:rsidRDefault="00EE76A8" w:rsidP="00EE76A8">
      <w:pPr>
        <w:spacing w:line="259" w:lineRule="auto"/>
        <w:ind w:firstLine="369"/>
        <w:rPr>
          <w:rFonts w:cs="Times New Roman"/>
          <w:sz w:val="24"/>
        </w:rPr>
      </w:pPr>
      <w:proofErr w:type="spellStart"/>
      <w:r w:rsidRPr="007A0413">
        <w:rPr>
          <w:rFonts w:cs="Times New Roman"/>
          <w:sz w:val="24"/>
        </w:rPr>
        <w:t>Materialele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premiile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activitățile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copii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vor</w:t>
      </w:r>
      <w:proofErr w:type="spellEnd"/>
      <w:r w:rsidRPr="007A0413">
        <w:rPr>
          <w:rFonts w:cs="Times New Roman"/>
          <w:sz w:val="24"/>
        </w:rPr>
        <w:t xml:space="preserve"> fi </w:t>
      </w:r>
      <w:proofErr w:type="spellStart"/>
      <w:r w:rsidRPr="007A0413">
        <w:rPr>
          <w:rFonts w:cs="Times New Roman"/>
          <w:sz w:val="24"/>
        </w:rPr>
        <w:t>sigure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adecvate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vârstei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conforme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scopului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educativ</w:t>
      </w:r>
      <w:proofErr w:type="spellEnd"/>
      <w:r w:rsidRPr="007A0413">
        <w:rPr>
          <w:rFonts w:cs="Times New Roman"/>
          <w:sz w:val="24"/>
        </w:rPr>
        <w:t xml:space="preserve">.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activitățile</w:t>
      </w:r>
      <w:proofErr w:type="spellEnd"/>
      <w:r w:rsidRPr="007A0413">
        <w:rPr>
          <w:rFonts w:cs="Times New Roman"/>
          <w:sz w:val="24"/>
        </w:rPr>
        <w:t xml:space="preserve"> care </w:t>
      </w:r>
      <w:proofErr w:type="spellStart"/>
      <w:r w:rsidRPr="007A0413">
        <w:rPr>
          <w:rFonts w:cs="Times New Roman"/>
          <w:sz w:val="24"/>
        </w:rPr>
        <w:t>implică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minori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prestatorul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asigura</w:t>
      </w:r>
      <w:proofErr w:type="spellEnd"/>
      <w:r w:rsidRPr="007A0413">
        <w:rPr>
          <w:rFonts w:cs="Times New Roman"/>
          <w:sz w:val="24"/>
        </w:rPr>
        <w:t xml:space="preserve"> personal de </w:t>
      </w:r>
      <w:proofErr w:type="spellStart"/>
      <w:r w:rsidRPr="007A0413">
        <w:rPr>
          <w:rFonts w:cs="Times New Roman"/>
          <w:sz w:val="24"/>
        </w:rPr>
        <w:t>supraveghere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reguli </w:t>
      </w:r>
      <w:proofErr w:type="spellStart"/>
      <w:r w:rsidRPr="007A0413">
        <w:rPr>
          <w:rFonts w:cs="Times New Roman"/>
          <w:sz w:val="24"/>
        </w:rPr>
        <w:t>clare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participare</w:t>
      </w:r>
      <w:proofErr w:type="spellEnd"/>
      <w:r w:rsidRPr="007A0413">
        <w:rPr>
          <w:rFonts w:cs="Times New Roman"/>
          <w:sz w:val="24"/>
        </w:rPr>
        <w:t>.</w:t>
      </w:r>
    </w:p>
    <w:p w14:paraId="2CB4A81E" w14:textId="77777777" w:rsidR="00EE76A8" w:rsidRPr="007A0413" w:rsidRDefault="00EE76A8" w:rsidP="00EE76A8">
      <w:pPr>
        <w:pStyle w:val="Titlu2"/>
        <w:rPr>
          <w:rFonts w:ascii="Times New Roman" w:hAnsi="Times New Roman" w:cs="Times New Roman"/>
          <w:color w:val="auto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Cs w:val="24"/>
        </w:rPr>
        <w:lastRenderedPageBreak/>
        <w:t xml:space="preserve">6.5. Program artistic,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prezentare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animație</w:t>
      </w:r>
      <w:proofErr w:type="spellEnd"/>
    </w:p>
    <w:p w14:paraId="29A25F17" w14:textId="77777777" w:rsidR="00EE76A8" w:rsidRPr="007A0413" w:rsidRDefault="00EE76A8" w:rsidP="00EE76A8">
      <w:pPr>
        <w:spacing w:line="259" w:lineRule="auto"/>
        <w:ind w:firstLine="369"/>
        <w:rPr>
          <w:rFonts w:cs="Times New Roman"/>
          <w:sz w:val="24"/>
        </w:rPr>
      </w:pPr>
      <w:proofErr w:type="spellStart"/>
      <w:r w:rsidRPr="007A0413">
        <w:rPr>
          <w:rFonts w:cs="Times New Roman"/>
          <w:sz w:val="24"/>
        </w:rPr>
        <w:t>Programul</w:t>
      </w:r>
      <w:proofErr w:type="spellEnd"/>
      <w:r w:rsidRPr="007A0413">
        <w:rPr>
          <w:rFonts w:cs="Times New Roman"/>
          <w:sz w:val="24"/>
        </w:rPr>
        <w:t xml:space="preserve"> artistic se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desfășura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principal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intervalul</w:t>
      </w:r>
      <w:proofErr w:type="spellEnd"/>
      <w:r w:rsidRPr="007A0413">
        <w:rPr>
          <w:rFonts w:cs="Times New Roman"/>
          <w:sz w:val="24"/>
        </w:rPr>
        <w:t xml:space="preserve"> 18:00–22:00,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zona de </w:t>
      </w:r>
      <w:proofErr w:type="spellStart"/>
      <w:r w:rsidRPr="007A0413">
        <w:rPr>
          <w:rFonts w:cs="Times New Roman"/>
          <w:sz w:val="24"/>
        </w:rPr>
        <w:t>scenă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separată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funcțional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zonele</w:t>
      </w:r>
      <w:proofErr w:type="spellEnd"/>
      <w:r w:rsidRPr="007A0413">
        <w:rPr>
          <w:rFonts w:cs="Times New Roman"/>
          <w:sz w:val="24"/>
        </w:rPr>
        <w:t xml:space="preserve"> cu </w:t>
      </w:r>
      <w:proofErr w:type="spellStart"/>
      <w:r w:rsidRPr="007A0413">
        <w:rPr>
          <w:rFonts w:cs="Times New Roman"/>
          <w:sz w:val="24"/>
        </w:rPr>
        <w:t>animale</w:t>
      </w:r>
      <w:proofErr w:type="spellEnd"/>
      <w:r w:rsidRPr="007A0413">
        <w:rPr>
          <w:rFonts w:cs="Times New Roman"/>
          <w:sz w:val="24"/>
        </w:rPr>
        <w:t xml:space="preserve">. </w:t>
      </w:r>
      <w:proofErr w:type="spellStart"/>
      <w:r w:rsidRPr="007A0413">
        <w:rPr>
          <w:rFonts w:cs="Times New Roman"/>
          <w:sz w:val="24"/>
        </w:rPr>
        <w:t>Prestatorul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asigura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coordonarea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programului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continuitatea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tehnică</w:t>
      </w:r>
      <w:proofErr w:type="spellEnd"/>
      <w:r w:rsidRPr="007A0413">
        <w:rPr>
          <w:rFonts w:cs="Times New Roman"/>
          <w:sz w:val="24"/>
        </w:rPr>
        <w:t xml:space="preserve"> pe </w:t>
      </w:r>
      <w:proofErr w:type="spellStart"/>
      <w:r w:rsidRPr="007A0413">
        <w:rPr>
          <w:rFonts w:cs="Times New Roman"/>
          <w:sz w:val="24"/>
        </w:rPr>
        <w:t>întreaga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durată</w:t>
      </w:r>
      <w:proofErr w:type="spellEnd"/>
      <w:r w:rsidRPr="007A0413">
        <w:rPr>
          <w:rFonts w:cs="Times New Roman"/>
          <w:sz w:val="24"/>
        </w:rPr>
        <w:t>.</w:t>
      </w:r>
    </w:p>
    <w:p w14:paraId="5526C72D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un </w:t>
      </w:r>
      <w:proofErr w:type="spellStart"/>
      <w:r w:rsidRPr="007A0413">
        <w:rPr>
          <w:rFonts w:cs="Times New Roman"/>
          <w:sz w:val="24"/>
        </w:rPr>
        <w:t>prezentator</w:t>
      </w:r>
      <w:proofErr w:type="spellEnd"/>
      <w:r w:rsidRPr="007A0413">
        <w:rPr>
          <w:rFonts w:cs="Times New Roman"/>
          <w:sz w:val="24"/>
        </w:rPr>
        <w:t xml:space="preserve">/MC cu </w:t>
      </w:r>
      <w:proofErr w:type="spellStart"/>
      <w:r w:rsidRPr="007A0413">
        <w:rPr>
          <w:rFonts w:cs="Times New Roman"/>
          <w:sz w:val="24"/>
        </w:rPr>
        <w:t>experiență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relevantă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disponibil</w:t>
      </w:r>
      <w:proofErr w:type="spellEnd"/>
      <w:r w:rsidRPr="007A0413">
        <w:rPr>
          <w:rFonts w:cs="Times New Roman"/>
          <w:sz w:val="24"/>
        </w:rPr>
        <w:t xml:space="preserve"> pe </w:t>
      </w:r>
      <w:proofErr w:type="spellStart"/>
      <w:r w:rsidRPr="007A0413">
        <w:rPr>
          <w:rFonts w:cs="Times New Roman"/>
          <w:sz w:val="24"/>
        </w:rPr>
        <w:t>parcursul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celor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trei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zile</w:t>
      </w:r>
      <w:proofErr w:type="spellEnd"/>
      <w:r w:rsidRPr="007A0413">
        <w:rPr>
          <w:rFonts w:cs="Times New Roman"/>
          <w:sz w:val="24"/>
        </w:rPr>
        <w:t>;</w:t>
      </w:r>
    </w:p>
    <w:p w14:paraId="4BB3F0AC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minimum un concert live la </w:t>
      </w:r>
      <w:proofErr w:type="spellStart"/>
      <w:r w:rsidRPr="007A0413">
        <w:rPr>
          <w:rFonts w:cs="Times New Roman"/>
          <w:sz w:val="24"/>
        </w:rPr>
        <w:t>finalul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fiecărei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zile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respectiv</w:t>
      </w:r>
      <w:proofErr w:type="spellEnd"/>
      <w:r w:rsidRPr="007A0413">
        <w:rPr>
          <w:rFonts w:cs="Times New Roman"/>
          <w:sz w:val="24"/>
        </w:rPr>
        <w:t xml:space="preserve"> minimum </w:t>
      </w:r>
      <w:proofErr w:type="spellStart"/>
      <w:r w:rsidRPr="007A0413">
        <w:rPr>
          <w:rFonts w:cs="Times New Roman"/>
          <w:sz w:val="24"/>
        </w:rPr>
        <w:t>trei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concerte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total;</w:t>
      </w:r>
    </w:p>
    <w:p w14:paraId="5124E2D4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momente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artistice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spectacole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copii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activități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animație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adaptate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publicului</w:t>
      </w:r>
      <w:proofErr w:type="spellEnd"/>
      <w:r w:rsidRPr="007A0413">
        <w:rPr>
          <w:rFonts w:cs="Times New Roman"/>
          <w:sz w:val="24"/>
        </w:rPr>
        <w:t xml:space="preserve"> familial;</w:t>
      </w:r>
    </w:p>
    <w:p w14:paraId="0F1ED1E2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cel </w:t>
      </w:r>
      <w:proofErr w:type="spellStart"/>
      <w:r w:rsidRPr="007A0413">
        <w:rPr>
          <w:rFonts w:cs="Times New Roman"/>
          <w:sz w:val="24"/>
        </w:rPr>
        <w:t>puțin</w:t>
      </w:r>
      <w:proofErr w:type="spellEnd"/>
      <w:r w:rsidRPr="007A0413">
        <w:rPr>
          <w:rFonts w:cs="Times New Roman"/>
          <w:sz w:val="24"/>
        </w:rPr>
        <w:t xml:space="preserve"> un moment de stand-up comedy </w:t>
      </w:r>
      <w:proofErr w:type="spellStart"/>
      <w:r w:rsidRPr="007A0413">
        <w:rPr>
          <w:rFonts w:cs="Times New Roman"/>
          <w:sz w:val="24"/>
        </w:rPr>
        <w:t>sau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divertisment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adaptat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tematicii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contextului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instituțional</w:t>
      </w:r>
      <w:proofErr w:type="spellEnd"/>
      <w:r w:rsidRPr="007A0413">
        <w:rPr>
          <w:rFonts w:cs="Times New Roman"/>
          <w:sz w:val="24"/>
        </w:rPr>
        <w:t>;</w:t>
      </w:r>
    </w:p>
    <w:p w14:paraId="2C66900A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animatori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activități</w:t>
      </w:r>
      <w:proofErr w:type="spellEnd"/>
      <w:r w:rsidRPr="007A0413">
        <w:rPr>
          <w:rFonts w:cs="Times New Roman"/>
          <w:sz w:val="24"/>
        </w:rPr>
        <w:t xml:space="preserve"> de face-painting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copii</w:t>
      </w:r>
      <w:proofErr w:type="spellEnd"/>
      <w:r w:rsidRPr="007A0413">
        <w:rPr>
          <w:rFonts w:cs="Times New Roman"/>
          <w:sz w:val="24"/>
        </w:rPr>
        <w:t xml:space="preserve">, pe </w:t>
      </w:r>
      <w:proofErr w:type="spellStart"/>
      <w:r w:rsidRPr="007A0413">
        <w:rPr>
          <w:rFonts w:cs="Times New Roman"/>
          <w:sz w:val="24"/>
        </w:rPr>
        <w:t>parcursul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celor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trei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zile</w:t>
      </w:r>
      <w:proofErr w:type="spellEnd"/>
      <w:r w:rsidRPr="007A0413">
        <w:rPr>
          <w:rFonts w:cs="Times New Roman"/>
          <w:sz w:val="24"/>
        </w:rPr>
        <w:t>;</w:t>
      </w:r>
    </w:p>
    <w:p w14:paraId="75B0874D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blocuri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zilnice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vorbitori</w:t>
      </w:r>
      <w:proofErr w:type="spellEnd"/>
      <w:r w:rsidRPr="007A0413">
        <w:rPr>
          <w:rFonts w:cs="Times New Roman"/>
          <w:sz w:val="24"/>
        </w:rPr>
        <w:t>/</w:t>
      </w:r>
      <w:proofErr w:type="spellStart"/>
      <w:r w:rsidRPr="007A0413">
        <w:rPr>
          <w:rFonts w:cs="Times New Roman"/>
          <w:sz w:val="24"/>
        </w:rPr>
        <w:t>invitați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discuții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tematice</w:t>
      </w:r>
      <w:proofErr w:type="spellEnd"/>
      <w:r w:rsidRPr="007A0413">
        <w:rPr>
          <w:rFonts w:cs="Times New Roman"/>
          <w:sz w:val="24"/>
        </w:rPr>
        <w:t>;</w:t>
      </w:r>
    </w:p>
    <w:p w14:paraId="1043939B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coordonare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scenă</w:t>
      </w:r>
      <w:proofErr w:type="spellEnd"/>
      <w:r w:rsidRPr="007A0413">
        <w:rPr>
          <w:rFonts w:cs="Times New Roman"/>
          <w:sz w:val="24"/>
        </w:rPr>
        <w:t xml:space="preserve">, program </w:t>
      </w:r>
      <w:proofErr w:type="spellStart"/>
      <w:r w:rsidRPr="007A0413">
        <w:rPr>
          <w:rFonts w:cs="Times New Roman"/>
          <w:sz w:val="24"/>
        </w:rPr>
        <w:t>desfășurător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repetiții</w:t>
      </w:r>
      <w:proofErr w:type="spellEnd"/>
      <w:r w:rsidRPr="007A0413">
        <w:rPr>
          <w:rFonts w:cs="Times New Roman"/>
          <w:sz w:val="24"/>
        </w:rPr>
        <w:t xml:space="preserve">, probe de </w:t>
      </w:r>
      <w:proofErr w:type="spellStart"/>
      <w:r w:rsidRPr="007A0413">
        <w:rPr>
          <w:rFonts w:cs="Times New Roman"/>
          <w:sz w:val="24"/>
        </w:rPr>
        <w:t>sunet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asistență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tehnică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zona </w:t>
      </w:r>
      <w:proofErr w:type="spellStart"/>
      <w:r w:rsidRPr="007A0413">
        <w:rPr>
          <w:rFonts w:cs="Times New Roman"/>
          <w:sz w:val="24"/>
        </w:rPr>
        <w:t>tehnică</w:t>
      </w:r>
      <w:proofErr w:type="spellEnd"/>
      <w:r w:rsidRPr="007A0413">
        <w:rPr>
          <w:rFonts w:cs="Times New Roman"/>
          <w:sz w:val="24"/>
        </w:rPr>
        <w:t xml:space="preserve"> din </w:t>
      </w:r>
      <w:proofErr w:type="spellStart"/>
      <w:r w:rsidRPr="007A0413">
        <w:rPr>
          <w:rFonts w:cs="Times New Roman"/>
          <w:sz w:val="24"/>
        </w:rPr>
        <w:t>spatele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scenei</w:t>
      </w:r>
      <w:proofErr w:type="spellEnd"/>
      <w:r w:rsidRPr="007A0413">
        <w:rPr>
          <w:rFonts w:cs="Times New Roman"/>
          <w:sz w:val="24"/>
        </w:rPr>
        <w:t>;</w:t>
      </w:r>
    </w:p>
    <w:p w14:paraId="0B8253E4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respectarea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limitelor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zgomot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gramStart"/>
      <w:r w:rsidRPr="007A0413">
        <w:rPr>
          <w:rFonts w:cs="Times New Roman"/>
          <w:sz w:val="24"/>
        </w:rPr>
        <w:t>a</w:t>
      </w:r>
      <w:proofErr w:type="gram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intervalelor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aprobate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a </w:t>
      </w:r>
      <w:proofErr w:type="spellStart"/>
      <w:r w:rsidRPr="007A0413">
        <w:rPr>
          <w:rFonts w:cs="Times New Roman"/>
          <w:sz w:val="24"/>
        </w:rPr>
        <w:t>măsurilor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protecție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gramStart"/>
      <w:r w:rsidRPr="007A0413">
        <w:rPr>
          <w:rFonts w:cs="Times New Roman"/>
          <w:sz w:val="24"/>
        </w:rPr>
        <w:t>a</w:t>
      </w:r>
      <w:proofErr w:type="gram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animalelor</w:t>
      </w:r>
      <w:proofErr w:type="spellEnd"/>
      <w:r w:rsidRPr="007A0413">
        <w:rPr>
          <w:rFonts w:cs="Times New Roman"/>
          <w:sz w:val="24"/>
        </w:rPr>
        <w:t>.</w:t>
      </w:r>
    </w:p>
    <w:p w14:paraId="21D8F63F" w14:textId="77777777" w:rsidR="00EE76A8" w:rsidRPr="007A0413" w:rsidRDefault="00EE76A8" w:rsidP="00EE76A8">
      <w:pPr>
        <w:spacing w:line="259" w:lineRule="auto"/>
        <w:ind w:firstLine="369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Lista </w:t>
      </w:r>
      <w:proofErr w:type="spellStart"/>
      <w:r w:rsidRPr="007A0413">
        <w:rPr>
          <w:rFonts w:cs="Times New Roman"/>
          <w:sz w:val="24"/>
        </w:rPr>
        <w:t>artiștilor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prezentatorilor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invitaților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programul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detaliat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vor</w:t>
      </w:r>
      <w:proofErr w:type="spellEnd"/>
      <w:r w:rsidRPr="007A0413">
        <w:rPr>
          <w:rFonts w:cs="Times New Roman"/>
          <w:sz w:val="24"/>
        </w:rPr>
        <w:t xml:space="preserve"> fi </w:t>
      </w:r>
      <w:proofErr w:type="spellStart"/>
      <w:r w:rsidRPr="007A0413">
        <w:rPr>
          <w:rFonts w:cs="Times New Roman"/>
          <w:sz w:val="24"/>
        </w:rPr>
        <w:t>transmise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spre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aprobare</w:t>
      </w:r>
      <w:proofErr w:type="spellEnd"/>
      <w:r w:rsidRPr="007A0413">
        <w:rPr>
          <w:rFonts w:cs="Times New Roman"/>
          <w:sz w:val="24"/>
        </w:rPr>
        <w:t xml:space="preserve"> cu minimum 15 </w:t>
      </w:r>
      <w:proofErr w:type="spellStart"/>
      <w:r w:rsidRPr="007A0413">
        <w:rPr>
          <w:rFonts w:cs="Times New Roman"/>
          <w:sz w:val="24"/>
        </w:rPr>
        <w:t>zile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calendaristice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înainte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începerea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evenimentului</w:t>
      </w:r>
      <w:proofErr w:type="spellEnd"/>
      <w:r w:rsidRPr="007A0413">
        <w:rPr>
          <w:rFonts w:cs="Times New Roman"/>
          <w:sz w:val="24"/>
        </w:rPr>
        <w:t xml:space="preserve">. </w:t>
      </w:r>
      <w:proofErr w:type="spellStart"/>
      <w:r w:rsidRPr="007A0413">
        <w:rPr>
          <w:rFonts w:cs="Times New Roman"/>
          <w:sz w:val="24"/>
        </w:rPr>
        <w:t>Autoritatea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contractantă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poate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solicita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motivat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modificarea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sau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înlocuirea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propunerilor</w:t>
      </w:r>
      <w:proofErr w:type="spellEnd"/>
      <w:r w:rsidRPr="007A0413">
        <w:rPr>
          <w:rFonts w:cs="Times New Roman"/>
          <w:sz w:val="24"/>
        </w:rPr>
        <w:t xml:space="preserve"> care nu </w:t>
      </w:r>
      <w:proofErr w:type="spellStart"/>
      <w:r w:rsidRPr="007A0413">
        <w:rPr>
          <w:rFonts w:cs="Times New Roman"/>
          <w:sz w:val="24"/>
        </w:rPr>
        <w:t>respectă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tematica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evenimentului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caracterul</w:t>
      </w:r>
      <w:proofErr w:type="spellEnd"/>
      <w:r w:rsidRPr="007A0413">
        <w:rPr>
          <w:rFonts w:cs="Times New Roman"/>
          <w:sz w:val="24"/>
        </w:rPr>
        <w:t xml:space="preserve"> familial al </w:t>
      </w:r>
      <w:proofErr w:type="spellStart"/>
      <w:r w:rsidRPr="007A0413">
        <w:rPr>
          <w:rFonts w:cs="Times New Roman"/>
          <w:sz w:val="24"/>
        </w:rPr>
        <w:t>acestuia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cerințele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Caietului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sarcini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ori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condițiile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siguranță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aplicabile</w:t>
      </w:r>
      <w:proofErr w:type="spellEnd"/>
      <w:r w:rsidRPr="007A0413">
        <w:rPr>
          <w:rFonts w:cs="Times New Roman"/>
          <w:sz w:val="24"/>
        </w:rPr>
        <w:t>.</w:t>
      </w:r>
    </w:p>
    <w:p w14:paraId="1B6B8D01" w14:textId="77777777" w:rsidR="00EE76A8" w:rsidRPr="007A0413" w:rsidRDefault="00EE76A8" w:rsidP="00EE76A8">
      <w:pPr>
        <w:pStyle w:val="Titlu2"/>
        <w:rPr>
          <w:rFonts w:ascii="Times New Roman" w:hAnsi="Times New Roman" w:cs="Times New Roman"/>
          <w:color w:val="auto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6.6.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Promovare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,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comunicare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identitate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vizuală</w:t>
      </w:r>
      <w:proofErr w:type="spellEnd"/>
    </w:p>
    <w:p w14:paraId="080D2919" w14:textId="77777777" w:rsidR="00EE76A8" w:rsidRPr="007A0413" w:rsidRDefault="00EE76A8" w:rsidP="00EE76A8">
      <w:pPr>
        <w:spacing w:line="259" w:lineRule="auto"/>
        <w:ind w:firstLine="369"/>
        <w:rPr>
          <w:rFonts w:cs="Times New Roman"/>
          <w:sz w:val="24"/>
        </w:rPr>
      </w:pPr>
      <w:proofErr w:type="spellStart"/>
      <w:r w:rsidRPr="007A0413">
        <w:rPr>
          <w:rFonts w:cs="Times New Roman"/>
          <w:sz w:val="24"/>
        </w:rPr>
        <w:t>Prestatorul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realiza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implementa</w:t>
      </w:r>
      <w:proofErr w:type="spellEnd"/>
      <w:r w:rsidRPr="007A0413">
        <w:rPr>
          <w:rFonts w:cs="Times New Roman"/>
          <w:sz w:val="24"/>
        </w:rPr>
        <w:t xml:space="preserve"> o </w:t>
      </w:r>
      <w:proofErr w:type="spellStart"/>
      <w:r w:rsidRPr="007A0413">
        <w:rPr>
          <w:rFonts w:cs="Times New Roman"/>
          <w:sz w:val="24"/>
        </w:rPr>
        <w:t>campanie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integrată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promovare</w:t>
      </w:r>
      <w:proofErr w:type="spellEnd"/>
      <w:r w:rsidRPr="007A0413">
        <w:rPr>
          <w:rFonts w:cs="Times New Roman"/>
          <w:sz w:val="24"/>
        </w:rPr>
        <w:t xml:space="preserve">, cu </w:t>
      </w:r>
      <w:proofErr w:type="spellStart"/>
      <w:r w:rsidRPr="007A0413">
        <w:rPr>
          <w:rFonts w:cs="Times New Roman"/>
          <w:sz w:val="24"/>
        </w:rPr>
        <w:t>identitate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vizuală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unitară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cu </w:t>
      </w:r>
      <w:proofErr w:type="spellStart"/>
      <w:r w:rsidRPr="007A0413">
        <w:rPr>
          <w:rFonts w:cs="Times New Roman"/>
          <w:sz w:val="24"/>
        </w:rPr>
        <w:t>respectarea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elementelor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identitate</w:t>
      </w:r>
      <w:proofErr w:type="spellEnd"/>
      <w:r w:rsidRPr="007A0413">
        <w:rPr>
          <w:rFonts w:cs="Times New Roman"/>
          <w:sz w:val="24"/>
        </w:rPr>
        <w:t xml:space="preserve"> ale </w:t>
      </w:r>
      <w:proofErr w:type="spellStart"/>
      <w:r w:rsidRPr="007A0413">
        <w:rPr>
          <w:rFonts w:cs="Times New Roman"/>
          <w:sz w:val="24"/>
        </w:rPr>
        <w:t>Sectorului</w:t>
      </w:r>
      <w:proofErr w:type="spellEnd"/>
      <w:r w:rsidRPr="007A0413">
        <w:rPr>
          <w:rFonts w:cs="Times New Roman"/>
          <w:sz w:val="24"/>
        </w:rPr>
        <w:t xml:space="preserve"> 2. </w:t>
      </w:r>
      <w:proofErr w:type="spellStart"/>
      <w:r w:rsidRPr="007A0413">
        <w:rPr>
          <w:rFonts w:cs="Times New Roman"/>
          <w:sz w:val="24"/>
        </w:rPr>
        <w:t>Niciun</w:t>
      </w:r>
      <w:proofErr w:type="spellEnd"/>
      <w:r w:rsidRPr="007A0413">
        <w:rPr>
          <w:rFonts w:cs="Times New Roman"/>
          <w:sz w:val="24"/>
        </w:rPr>
        <w:t xml:space="preserve"> material nu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fi </w:t>
      </w:r>
      <w:proofErr w:type="spellStart"/>
      <w:r w:rsidRPr="007A0413">
        <w:rPr>
          <w:rFonts w:cs="Times New Roman"/>
          <w:sz w:val="24"/>
        </w:rPr>
        <w:t>produs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difuzat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sau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publicat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înainte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aprobarea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autorității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contractante</w:t>
      </w:r>
      <w:proofErr w:type="spellEnd"/>
      <w:r w:rsidRPr="007A0413">
        <w:rPr>
          <w:rFonts w:cs="Times New Roman"/>
          <w:sz w:val="24"/>
        </w:rPr>
        <w:t>.</w:t>
      </w:r>
    </w:p>
    <w:p w14:paraId="7BEE4D5D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concept </w:t>
      </w:r>
      <w:proofErr w:type="spellStart"/>
      <w:r w:rsidRPr="007A0413">
        <w:rPr>
          <w:rFonts w:cs="Times New Roman"/>
          <w:sz w:val="24"/>
        </w:rPr>
        <w:t>vizual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manual de </w:t>
      </w:r>
      <w:proofErr w:type="spellStart"/>
      <w:r w:rsidRPr="007A0413">
        <w:rPr>
          <w:rFonts w:cs="Times New Roman"/>
          <w:sz w:val="24"/>
        </w:rPr>
        <w:t>utilizare</w:t>
      </w:r>
      <w:proofErr w:type="spellEnd"/>
      <w:r w:rsidRPr="007A0413">
        <w:rPr>
          <w:rFonts w:cs="Times New Roman"/>
          <w:sz w:val="24"/>
        </w:rPr>
        <w:t xml:space="preserve"> minimal al </w:t>
      </w:r>
      <w:proofErr w:type="spellStart"/>
      <w:r w:rsidRPr="007A0413">
        <w:rPr>
          <w:rFonts w:cs="Times New Roman"/>
          <w:sz w:val="24"/>
        </w:rPr>
        <w:t>identității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evenimentului</w:t>
      </w:r>
      <w:proofErr w:type="spellEnd"/>
      <w:r w:rsidRPr="007A0413">
        <w:rPr>
          <w:rFonts w:cs="Times New Roman"/>
          <w:sz w:val="24"/>
        </w:rPr>
        <w:t>;</w:t>
      </w:r>
    </w:p>
    <w:p w14:paraId="001AEC37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afiș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oficial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bannere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panouri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elemente</w:t>
      </w:r>
      <w:proofErr w:type="spellEnd"/>
      <w:r w:rsidRPr="007A0413">
        <w:rPr>
          <w:rFonts w:cs="Times New Roman"/>
          <w:sz w:val="24"/>
        </w:rPr>
        <w:t xml:space="preserve"> de branding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semnalistică</w:t>
      </w:r>
      <w:proofErr w:type="spellEnd"/>
      <w:r w:rsidRPr="007A0413">
        <w:rPr>
          <w:rFonts w:cs="Times New Roman"/>
          <w:sz w:val="24"/>
        </w:rPr>
        <w:t>;</w:t>
      </w:r>
    </w:p>
    <w:p w14:paraId="23E49E2C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minimum 10 </w:t>
      </w:r>
      <w:proofErr w:type="spellStart"/>
      <w:r w:rsidRPr="007A0413">
        <w:rPr>
          <w:rFonts w:cs="Times New Roman"/>
          <w:sz w:val="24"/>
        </w:rPr>
        <w:t>materiale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grafice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distincte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promovarea</w:t>
      </w:r>
      <w:proofErr w:type="spellEnd"/>
      <w:r w:rsidRPr="007A0413">
        <w:rPr>
          <w:rFonts w:cs="Times New Roman"/>
          <w:sz w:val="24"/>
        </w:rPr>
        <w:t xml:space="preserve"> online;</w:t>
      </w:r>
    </w:p>
    <w:p w14:paraId="1494CD90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campanie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digitală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direcționată</w:t>
      </w:r>
      <w:proofErr w:type="spellEnd"/>
      <w:r w:rsidRPr="007A0413">
        <w:rPr>
          <w:rFonts w:cs="Times New Roman"/>
          <w:sz w:val="24"/>
        </w:rPr>
        <w:t xml:space="preserve"> pe </w:t>
      </w:r>
      <w:proofErr w:type="spellStart"/>
      <w:r w:rsidRPr="007A0413">
        <w:rPr>
          <w:rFonts w:cs="Times New Roman"/>
          <w:sz w:val="24"/>
        </w:rPr>
        <w:t>rețelele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sociale</w:t>
      </w:r>
      <w:proofErr w:type="spellEnd"/>
      <w:r w:rsidRPr="007A0413">
        <w:rPr>
          <w:rFonts w:cs="Times New Roman"/>
          <w:sz w:val="24"/>
        </w:rPr>
        <w:t xml:space="preserve">, cu </w:t>
      </w:r>
      <w:proofErr w:type="spellStart"/>
      <w:r w:rsidRPr="007A0413">
        <w:rPr>
          <w:rFonts w:cs="Times New Roman"/>
          <w:sz w:val="24"/>
        </w:rPr>
        <w:t>planificare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administrare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raportare</w:t>
      </w:r>
      <w:proofErr w:type="spellEnd"/>
      <w:r w:rsidRPr="007A0413">
        <w:rPr>
          <w:rFonts w:cs="Times New Roman"/>
          <w:sz w:val="24"/>
        </w:rPr>
        <w:t xml:space="preserve"> a </w:t>
      </w:r>
      <w:proofErr w:type="spellStart"/>
      <w:r w:rsidRPr="007A0413">
        <w:rPr>
          <w:rFonts w:cs="Times New Roman"/>
          <w:sz w:val="24"/>
        </w:rPr>
        <w:t>rezultatelor</w:t>
      </w:r>
      <w:proofErr w:type="spellEnd"/>
      <w:r w:rsidRPr="007A0413">
        <w:rPr>
          <w:rFonts w:cs="Times New Roman"/>
          <w:sz w:val="24"/>
        </w:rPr>
        <w:t>;</w:t>
      </w:r>
    </w:p>
    <w:p w14:paraId="2B9ECB6E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promovare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prin</w:t>
      </w:r>
      <w:proofErr w:type="spellEnd"/>
      <w:r w:rsidRPr="007A0413">
        <w:rPr>
          <w:rFonts w:cs="Times New Roman"/>
          <w:sz w:val="24"/>
        </w:rPr>
        <w:t xml:space="preserve"> radio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>/</w:t>
      </w:r>
      <w:proofErr w:type="spellStart"/>
      <w:r w:rsidRPr="007A0413">
        <w:rPr>
          <w:rFonts w:cs="Times New Roman"/>
          <w:sz w:val="24"/>
        </w:rPr>
        <w:t>sau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televiziune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locală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prin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canale</w:t>
      </w:r>
      <w:proofErr w:type="spellEnd"/>
      <w:r w:rsidRPr="007A0413">
        <w:rPr>
          <w:rFonts w:cs="Times New Roman"/>
          <w:sz w:val="24"/>
        </w:rPr>
        <w:t xml:space="preserve"> media </w:t>
      </w:r>
      <w:proofErr w:type="spellStart"/>
      <w:r w:rsidRPr="007A0413">
        <w:rPr>
          <w:rFonts w:cs="Times New Roman"/>
          <w:sz w:val="24"/>
        </w:rPr>
        <w:t>relevante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limitele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condițiile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stabilite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prin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planul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promovare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aprobat</w:t>
      </w:r>
      <w:proofErr w:type="spellEnd"/>
      <w:r w:rsidRPr="007A0413">
        <w:rPr>
          <w:rFonts w:cs="Times New Roman"/>
          <w:sz w:val="24"/>
        </w:rPr>
        <w:t>;</w:t>
      </w:r>
    </w:p>
    <w:p w14:paraId="05EF04B2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tipărirea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distribuirea</w:t>
      </w:r>
      <w:proofErr w:type="spellEnd"/>
      <w:r w:rsidRPr="007A0413">
        <w:rPr>
          <w:rFonts w:cs="Times New Roman"/>
          <w:sz w:val="24"/>
        </w:rPr>
        <w:t xml:space="preserve"> a minimum 10.000 de </w:t>
      </w:r>
      <w:proofErr w:type="spellStart"/>
      <w:r w:rsidRPr="007A0413">
        <w:rPr>
          <w:rFonts w:cs="Times New Roman"/>
          <w:sz w:val="24"/>
        </w:rPr>
        <w:t>materiale</w:t>
      </w:r>
      <w:proofErr w:type="spellEnd"/>
      <w:r w:rsidRPr="007A0413">
        <w:rPr>
          <w:rFonts w:cs="Times New Roman"/>
          <w:sz w:val="24"/>
        </w:rPr>
        <w:t xml:space="preserve"> informative, </w:t>
      </w:r>
      <w:proofErr w:type="spellStart"/>
      <w:r w:rsidRPr="007A0413">
        <w:rPr>
          <w:rFonts w:cs="Times New Roman"/>
          <w:sz w:val="24"/>
        </w:rPr>
        <w:t>într</w:t>
      </w:r>
      <w:proofErr w:type="spellEnd"/>
      <w:r w:rsidRPr="007A0413">
        <w:rPr>
          <w:rFonts w:cs="Times New Roman"/>
          <w:sz w:val="24"/>
        </w:rPr>
        <w:t xml:space="preserve">-un mix de </w:t>
      </w:r>
      <w:proofErr w:type="spellStart"/>
      <w:r w:rsidRPr="007A0413">
        <w:rPr>
          <w:rFonts w:cs="Times New Roman"/>
          <w:sz w:val="24"/>
        </w:rPr>
        <w:t>formate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aprobat</w:t>
      </w:r>
      <w:proofErr w:type="spellEnd"/>
      <w:r w:rsidRPr="007A0413">
        <w:rPr>
          <w:rFonts w:cs="Times New Roman"/>
          <w:sz w:val="24"/>
        </w:rPr>
        <w:t>;</w:t>
      </w:r>
    </w:p>
    <w:p w14:paraId="3D93C9F3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realizarea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bannerelor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stradale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gramStart"/>
      <w:r w:rsidRPr="007A0413">
        <w:rPr>
          <w:rFonts w:cs="Times New Roman"/>
          <w:sz w:val="24"/>
        </w:rPr>
        <w:t>a</w:t>
      </w:r>
      <w:proofErr w:type="gram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altor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materiale</w:t>
      </w:r>
      <w:proofErr w:type="spellEnd"/>
      <w:r w:rsidRPr="007A0413">
        <w:rPr>
          <w:rFonts w:cs="Times New Roman"/>
          <w:sz w:val="24"/>
        </w:rPr>
        <w:t xml:space="preserve"> offline,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funcție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amplasamentele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aprobate</w:t>
      </w:r>
      <w:proofErr w:type="spellEnd"/>
      <w:r w:rsidRPr="007A0413">
        <w:rPr>
          <w:rFonts w:cs="Times New Roman"/>
          <w:sz w:val="24"/>
        </w:rPr>
        <w:t>;</w:t>
      </w:r>
    </w:p>
    <w:p w14:paraId="69B74C56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personalizarea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tricourilor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organizatori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voluntari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cantitatea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stabilită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prin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lista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finală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comunicată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autoritatea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contractantă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înainte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producție</w:t>
      </w:r>
      <w:proofErr w:type="spellEnd"/>
      <w:r w:rsidRPr="007A0413">
        <w:rPr>
          <w:rFonts w:cs="Times New Roman"/>
          <w:sz w:val="24"/>
        </w:rPr>
        <w:t>;</w:t>
      </w:r>
    </w:p>
    <w:p w14:paraId="37F87003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realizarea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conținutului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necesar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paginii</w:t>
      </w:r>
      <w:proofErr w:type="spellEnd"/>
      <w:r w:rsidRPr="007A0413">
        <w:rPr>
          <w:rFonts w:cs="Times New Roman"/>
          <w:sz w:val="24"/>
        </w:rPr>
        <w:t xml:space="preserve"> dedicate </w:t>
      </w:r>
      <w:proofErr w:type="spellStart"/>
      <w:r w:rsidRPr="007A0413">
        <w:rPr>
          <w:rFonts w:cs="Times New Roman"/>
          <w:sz w:val="24"/>
        </w:rPr>
        <w:t>evenimentului</w:t>
      </w:r>
      <w:proofErr w:type="spellEnd"/>
      <w:r w:rsidRPr="007A0413">
        <w:rPr>
          <w:rFonts w:cs="Times New Roman"/>
          <w:sz w:val="24"/>
        </w:rPr>
        <w:t xml:space="preserve"> pe site-ul </w:t>
      </w:r>
      <w:proofErr w:type="spellStart"/>
      <w:r w:rsidRPr="007A0413">
        <w:rPr>
          <w:rFonts w:cs="Times New Roman"/>
          <w:sz w:val="24"/>
        </w:rPr>
        <w:t>autorității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contractante</w:t>
      </w:r>
      <w:proofErr w:type="spellEnd"/>
      <w:r w:rsidRPr="007A0413">
        <w:rPr>
          <w:rFonts w:cs="Times New Roman"/>
          <w:sz w:val="24"/>
        </w:rPr>
        <w:t>;</w:t>
      </w:r>
    </w:p>
    <w:p w14:paraId="50EDE4BA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documentare</w:t>
      </w:r>
      <w:proofErr w:type="spellEnd"/>
      <w:r w:rsidRPr="007A0413">
        <w:rPr>
          <w:rFonts w:cs="Times New Roman"/>
          <w:sz w:val="24"/>
        </w:rPr>
        <w:t xml:space="preserve"> foto-video </w:t>
      </w:r>
      <w:proofErr w:type="spellStart"/>
      <w:r w:rsidRPr="007A0413">
        <w:rPr>
          <w:rFonts w:cs="Times New Roman"/>
          <w:sz w:val="24"/>
        </w:rPr>
        <w:t>profesională</w:t>
      </w:r>
      <w:proofErr w:type="spellEnd"/>
      <w:r w:rsidRPr="007A0413">
        <w:rPr>
          <w:rFonts w:cs="Times New Roman"/>
          <w:sz w:val="24"/>
        </w:rPr>
        <w:t xml:space="preserve"> pe </w:t>
      </w:r>
      <w:proofErr w:type="spellStart"/>
      <w:r w:rsidRPr="007A0413">
        <w:rPr>
          <w:rFonts w:cs="Times New Roman"/>
          <w:sz w:val="24"/>
        </w:rPr>
        <w:t>întreaga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durată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gramStart"/>
      <w:r w:rsidRPr="007A0413">
        <w:rPr>
          <w:rFonts w:cs="Times New Roman"/>
          <w:sz w:val="24"/>
        </w:rPr>
        <w:t>a</w:t>
      </w:r>
      <w:proofErr w:type="gram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evenimentului</w:t>
      </w:r>
      <w:proofErr w:type="spellEnd"/>
      <w:r w:rsidRPr="007A0413">
        <w:rPr>
          <w:rFonts w:cs="Times New Roman"/>
          <w:sz w:val="24"/>
        </w:rPr>
        <w:t>;</w:t>
      </w:r>
    </w:p>
    <w:p w14:paraId="516C91E7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minimum un videoclip de </w:t>
      </w:r>
      <w:proofErr w:type="spellStart"/>
      <w:r w:rsidRPr="007A0413">
        <w:rPr>
          <w:rFonts w:cs="Times New Roman"/>
          <w:sz w:val="24"/>
        </w:rPr>
        <w:t>prezentare</w:t>
      </w:r>
      <w:proofErr w:type="spellEnd"/>
      <w:r w:rsidRPr="007A0413">
        <w:rPr>
          <w:rFonts w:cs="Times New Roman"/>
          <w:sz w:val="24"/>
        </w:rPr>
        <w:t xml:space="preserve">/teaser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un videoclip de </w:t>
      </w:r>
      <w:proofErr w:type="spellStart"/>
      <w:r w:rsidRPr="007A0413">
        <w:rPr>
          <w:rFonts w:cs="Times New Roman"/>
          <w:sz w:val="24"/>
        </w:rPr>
        <w:t>închidere</w:t>
      </w:r>
      <w:proofErr w:type="spellEnd"/>
      <w:r w:rsidRPr="007A0413">
        <w:rPr>
          <w:rFonts w:cs="Times New Roman"/>
          <w:sz w:val="24"/>
        </w:rPr>
        <w:t>/</w:t>
      </w:r>
      <w:proofErr w:type="spellStart"/>
      <w:r w:rsidRPr="007A0413">
        <w:rPr>
          <w:rFonts w:cs="Times New Roman"/>
          <w:sz w:val="24"/>
        </w:rPr>
        <w:t>aftermovie</w:t>
      </w:r>
      <w:proofErr w:type="spellEnd"/>
      <w:r w:rsidRPr="007A0413">
        <w:rPr>
          <w:rFonts w:cs="Times New Roman"/>
          <w:sz w:val="24"/>
        </w:rPr>
        <w:t>;</w:t>
      </w:r>
    </w:p>
    <w:p w14:paraId="4D263F0E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arhivă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electronică</w:t>
      </w:r>
      <w:proofErr w:type="spellEnd"/>
      <w:r w:rsidRPr="007A0413">
        <w:rPr>
          <w:rFonts w:cs="Times New Roman"/>
          <w:sz w:val="24"/>
        </w:rPr>
        <w:t xml:space="preserve"> a </w:t>
      </w:r>
      <w:proofErr w:type="spellStart"/>
      <w:r w:rsidRPr="007A0413">
        <w:rPr>
          <w:rFonts w:cs="Times New Roman"/>
          <w:sz w:val="24"/>
        </w:rPr>
        <w:t>materialelor</w:t>
      </w:r>
      <w:proofErr w:type="spellEnd"/>
      <w:r w:rsidRPr="007A0413">
        <w:rPr>
          <w:rFonts w:cs="Times New Roman"/>
          <w:sz w:val="24"/>
        </w:rPr>
        <w:t xml:space="preserve"> finale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a </w:t>
      </w:r>
      <w:proofErr w:type="spellStart"/>
      <w:r w:rsidRPr="007A0413">
        <w:rPr>
          <w:rFonts w:cs="Times New Roman"/>
          <w:sz w:val="24"/>
        </w:rPr>
        <w:t>fișierelor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editabile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predată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autorității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contractante</w:t>
      </w:r>
      <w:proofErr w:type="spellEnd"/>
      <w:r w:rsidRPr="007A0413">
        <w:rPr>
          <w:rFonts w:cs="Times New Roman"/>
          <w:sz w:val="24"/>
        </w:rPr>
        <w:t>.</w:t>
      </w:r>
    </w:p>
    <w:p w14:paraId="4F4DEAC1" w14:textId="77777777" w:rsidR="00EE76A8" w:rsidRPr="007A0413" w:rsidRDefault="00EE76A8" w:rsidP="00EE76A8">
      <w:pPr>
        <w:spacing w:line="259" w:lineRule="auto"/>
        <w:ind w:firstLine="369"/>
        <w:rPr>
          <w:rFonts w:cs="Times New Roman"/>
          <w:sz w:val="24"/>
        </w:rPr>
      </w:pPr>
      <w:proofErr w:type="spellStart"/>
      <w:r w:rsidRPr="007A0413">
        <w:rPr>
          <w:rFonts w:cs="Times New Roman"/>
          <w:sz w:val="24"/>
        </w:rPr>
        <w:t>Prestatorul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obține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acordurile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drepturile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necesare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utilizarea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imaginilor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muzicii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interpretărilor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materialelor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livrate</w:t>
      </w:r>
      <w:proofErr w:type="spellEnd"/>
      <w:r w:rsidRPr="007A0413">
        <w:rPr>
          <w:rFonts w:cs="Times New Roman"/>
          <w:sz w:val="24"/>
        </w:rPr>
        <w:t xml:space="preserve">.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cazul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minorilor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fotografierea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filmarea</w:t>
      </w:r>
      <w:proofErr w:type="spellEnd"/>
      <w:r w:rsidRPr="007A0413">
        <w:rPr>
          <w:rFonts w:cs="Times New Roman"/>
          <w:sz w:val="24"/>
        </w:rPr>
        <w:t xml:space="preserve"> se </w:t>
      </w:r>
      <w:proofErr w:type="spellStart"/>
      <w:r w:rsidRPr="007A0413">
        <w:rPr>
          <w:rFonts w:cs="Times New Roman"/>
          <w:sz w:val="24"/>
        </w:rPr>
        <w:t>vor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realiza</w:t>
      </w:r>
      <w:proofErr w:type="spellEnd"/>
      <w:r w:rsidRPr="007A0413">
        <w:rPr>
          <w:rFonts w:cs="Times New Roman"/>
          <w:sz w:val="24"/>
        </w:rPr>
        <w:t xml:space="preserve"> cu </w:t>
      </w:r>
      <w:proofErr w:type="spellStart"/>
      <w:r w:rsidRPr="007A0413">
        <w:rPr>
          <w:rFonts w:cs="Times New Roman"/>
          <w:sz w:val="24"/>
        </w:rPr>
        <w:t>respectarea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regulilor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privind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protecția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datelor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a </w:t>
      </w:r>
      <w:proofErr w:type="spellStart"/>
      <w:r w:rsidRPr="007A0413">
        <w:rPr>
          <w:rFonts w:cs="Times New Roman"/>
          <w:sz w:val="24"/>
        </w:rPr>
        <w:t>consimțământului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reprezentanților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legali</w:t>
      </w:r>
      <w:proofErr w:type="spellEnd"/>
      <w:r w:rsidRPr="007A0413">
        <w:rPr>
          <w:rFonts w:cs="Times New Roman"/>
          <w:sz w:val="24"/>
        </w:rPr>
        <w:t>.</w:t>
      </w:r>
    </w:p>
    <w:p w14:paraId="7B33D2D0" w14:textId="77777777" w:rsidR="00EE76A8" w:rsidRPr="007A0413" w:rsidRDefault="00EE76A8" w:rsidP="00EE76A8">
      <w:pPr>
        <w:pStyle w:val="Titlu2"/>
        <w:rPr>
          <w:rFonts w:ascii="Times New Roman" w:hAnsi="Times New Roman" w:cs="Times New Roman"/>
          <w:color w:val="auto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Cs w:val="24"/>
        </w:rPr>
        <w:lastRenderedPageBreak/>
        <w:t xml:space="preserve">6.7.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Siguranță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,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securitate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,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asistență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medicală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veterinară</w:t>
      </w:r>
      <w:proofErr w:type="spellEnd"/>
    </w:p>
    <w:p w14:paraId="0E2B7A90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minimum 6 </w:t>
      </w:r>
      <w:proofErr w:type="spellStart"/>
      <w:r w:rsidRPr="007A0413">
        <w:rPr>
          <w:rFonts w:cs="Times New Roman"/>
          <w:sz w:val="24"/>
        </w:rPr>
        <w:t>agenți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securitate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un </w:t>
      </w:r>
      <w:proofErr w:type="spellStart"/>
      <w:r w:rsidRPr="007A0413">
        <w:rPr>
          <w:rFonts w:cs="Times New Roman"/>
          <w:sz w:val="24"/>
        </w:rPr>
        <w:t>șef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dispozitiv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sau</w:t>
      </w:r>
      <w:proofErr w:type="spellEnd"/>
      <w:r w:rsidRPr="007A0413">
        <w:rPr>
          <w:rFonts w:cs="Times New Roman"/>
          <w:sz w:val="24"/>
        </w:rPr>
        <w:t xml:space="preserve"> un </w:t>
      </w:r>
      <w:proofErr w:type="spellStart"/>
      <w:r w:rsidRPr="007A0413">
        <w:rPr>
          <w:rFonts w:cs="Times New Roman"/>
          <w:sz w:val="24"/>
        </w:rPr>
        <w:t>efectiv</w:t>
      </w:r>
      <w:proofErr w:type="spellEnd"/>
      <w:r w:rsidRPr="007A0413">
        <w:rPr>
          <w:rFonts w:cs="Times New Roman"/>
          <w:sz w:val="24"/>
        </w:rPr>
        <w:t xml:space="preserve"> superior </w:t>
      </w:r>
      <w:proofErr w:type="spellStart"/>
      <w:r w:rsidRPr="007A0413">
        <w:rPr>
          <w:rFonts w:cs="Times New Roman"/>
          <w:sz w:val="24"/>
        </w:rPr>
        <w:t>dacă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rezultă</w:t>
      </w:r>
      <w:proofErr w:type="spellEnd"/>
      <w:r w:rsidRPr="007A0413">
        <w:rPr>
          <w:rFonts w:cs="Times New Roman"/>
          <w:sz w:val="24"/>
        </w:rPr>
        <w:t xml:space="preserve"> din </w:t>
      </w:r>
      <w:proofErr w:type="spellStart"/>
      <w:r w:rsidRPr="007A0413">
        <w:rPr>
          <w:rFonts w:cs="Times New Roman"/>
          <w:sz w:val="24"/>
        </w:rPr>
        <w:t>analiza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risc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ori</w:t>
      </w:r>
      <w:proofErr w:type="spellEnd"/>
      <w:r w:rsidRPr="007A0413">
        <w:rPr>
          <w:rFonts w:cs="Times New Roman"/>
          <w:sz w:val="24"/>
        </w:rPr>
        <w:t xml:space="preserve"> din </w:t>
      </w:r>
      <w:proofErr w:type="spellStart"/>
      <w:r w:rsidRPr="007A0413">
        <w:rPr>
          <w:rFonts w:cs="Times New Roman"/>
          <w:sz w:val="24"/>
        </w:rPr>
        <w:t>cerințele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autorităților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competente</w:t>
      </w:r>
      <w:proofErr w:type="spellEnd"/>
      <w:r w:rsidRPr="007A0413">
        <w:rPr>
          <w:rFonts w:cs="Times New Roman"/>
          <w:sz w:val="24"/>
        </w:rPr>
        <w:t>;</w:t>
      </w:r>
    </w:p>
    <w:p w14:paraId="3509A9AD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minimum o </w:t>
      </w:r>
      <w:proofErr w:type="spellStart"/>
      <w:r w:rsidRPr="007A0413">
        <w:rPr>
          <w:rFonts w:cs="Times New Roman"/>
          <w:sz w:val="24"/>
        </w:rPr>
        <w:t>ambulanță</w:t>
      </w:r>
      <w:proofErr w:type="spellEnd"/>
      <w:r w:rsidRPr="007A0413">
        <w:rPr>
          <w:rFonts w:cs="Times New Roman"/>
          <w:sz w:val="24"/>
        </w:rPr>
        <w:t xml:space="preserve"> cu personal </w:t>
      </w:r>
      <w:proofErr w:type="spellStart"/>
      <w:r w:rsidRPr="007A0413">
        <w:rPr>
          <w:rFonts w:cs="Times New Roman"/>
          <w:sz w:val="24"/>
        </w:rPr>
        <w:t>autorizat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disponibilă</w:t>
      </w:r>
      <w:proofErr w:type="spellEnd"/>
      <w:r w:rsidRPr="007A0413">
        <w:rPr>
          <w:rFonts w:cs="Times New Roman"/>
          <w:sz w:val="24"/>
        </w:rPr>
        <w:t xml:space="preserve"> pe </w:t>
      </w:r>
      <w:proofErr w:type="spellStart"/>
      <w:r w:rsidRPr="007A0413">
        <w:rPr>
          <w:rFonts w:cs="Times New Roman"/>
          <w:sz w:val="24"/>
        </w:rPr>
        <w:t>întreaga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durată</w:t>
      </w:r>
      <w:proofErr w:type="spellEnd"/>
      <w:r w:rsidRPr="007A0413">
        <w:rPr>
          <w:rFonts w:cs="Times New Roman"/>
          <w:sz w:val="24"/>
        </w:rPr>
        <w:t xml:space="preserve"> a </w:t>
      </w:r>
      <w:proofErr w:type="spellStart"/>
      <w:r w:rsidRPr="007A0413">
        <w:rPr>
          <w:rFonts w:cs="Times New Roman"/>
          <w:sz w:val="24"/>
        </w:rPr>
        <w:t>programului</w:t>
      </w:r>
      <w:proofErr w:type="spellEnd"/>
      <w:r w:rsidRPr="007A0413">
        <w:rPr>
          <w:rFonts w:cs="Times New Roman"/>
          <w:sz w:val="24"/>
        </w:rPr>
        <w:t xml:space="preserve"> cu public;</w:t>
      </w:r>
    </w:p>
    <w:p w14:paraId="4EBF10A3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punct</w:t>
      </w:r>
      <w:proofErr w:type="spellEnd"/>
      <w:r w:rsidRPr="007A0413">
        <w:rPr>
          <w:rFonts w:cs="Times New Roman"/>
          <w:sz w:val="24"/>
        </w:rPr>
        <w:t xml:space="preserve"> de prim </w:t>
      </w:r>
      <w:proofErr w:type="spellStart"/>
      <w:r w:rsidRPr="007A0413">
        <w:rPr>
          <w:rFonts w:cs="Times New Roman"/>
          <w:sz w:val="24"/>
        </w:rPr>
        <w:t>ajutor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semnalizat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accesibil</w:t>
      </w:r>
      <w:proofErr w:type="spellEnd"/>
      <w:r w:rsidRPr="007A0413">
        <w:rPr>
          <w:rFonts w:cs="Times New Roman"/>
          <w:sz w:val="24"/>
        </w:rPr>
        <w:t>;</w:t>
      </w:r>
    </w:p>
    <w:p w14:paraId="12EE1F4D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punct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asistență</w:t>
      </w:r>
      <w:proofErr w:type="spellEnd"/>
      <w:r w:rsidRPr="007A0413">
        <w:rPr>
          <w:rFonts w:cs="Times New Roman"/>
          <w:sz w:val="24"/>
        </w:rPr>
        <w:t xml:space="preserve"> medical-</w:t>
      </w:r>
      <w:proofErr w:type="spellStart"/>
      <w:r w:rsidRPr="007A0413">
        <w:rPr>
          <w:rFonts w:cs="Times New Roman"/>
          <w:sz w:val="24"/>
        </w:rPr>
        <w:t>veterinară</w:t>
      </w:r>
      <w:proofErr w:type="spellEnd"/>
      <w:r w:rsidRPr="007A0413">
        <w:rPr>
          <w:rFonts w:cs="Times New Roman"/>
          <w:sz w:val="24"/>
        </w:rPr>
        <w:t xml:space="preserve">, cu minimum un medic </w:t>
      </w:r>
      <w:proofErr w:type="spellStart"/>
      <w:r w:rsidRPr="007A0413">
        <w:rPr>
          <w:rFonts w:cs="Times New Roman"/>
          <w:sz w:val="24"/>
        </w:rPr>
        <w:t>veterinar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autorizat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personal de </w:t>
      </w:r>
      <w:proofErr w:type="spellStart"/>
      <w:r w:rsidRPr="007A0413">
        <w:rPr>
          <w:rFonts w:cs="Times New Roman"/>
          <w:sz w:val="24"/>
        </w:rPr>
        <w:t>sprijin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intervalul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funcționare</w:t>
      </w:r>
      <w:proofErr w:type="spellEnd"/>
      <w:r w:rsidRPr="007A0413">
        <w:rPr>
          <w:rFonts w:cs="Times New Roman"/>
          <w:sz w:val="24"/>
        </w:rPr>
        <w:t xml:space="preserve"> al </w:t>
      </w:r>
      <w:proofErr w:type="spellStart"/>
      <w:r w:rsidRPr="007A0413">
        <w:rPr>
          <w:rFonts w:cs="Times New Roman"/>
          <w:sz w:val="24"/>
        </w:rPr>
        <w:t>zonei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adopții</w:t>
      </w:r>
      <w:proofErr w:type="spellEnd"/>
      <w:r w:rsidRPr="007A0413">
        <w:rPr>
          <w:rFonts w:cs="Times New Roman"/>
          <w:sz w:val="24"/>
        </w:rPr>
        <w:t>;</w:t>
      </w:r>
    </w:p>
    <w:p w14:paraId="54337788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plan de </w:t>
      </w:r>
      <w:proofErr w:type="spellStart"/>
      <w:r w:rsidRPr="007A0413">
        <w:rPr>
          <w:rFonts w:cs="Times New Roman"/>
          <w:sz w:val="24"/>
        </w:rPr>
        <w:t>securitate</w:t>
      </w:r>
      <w:proofErr w:type="spellEnd"/>
      <w:r w:rsidRPr="007A0413">
        <w:rPr>
          <w:rFonts w:cs="Times New Roman"/>
          <w:sz w:val="24"/>
        </w:rPr>
        <w:t xml:space="preserve">, plan de </w:t>
      </w:r>
      <w:proofErr w:type="spellStart"/>
      <w:r w:rsidRPr="007A0413">
        <w:rPr>
          <w:rFonts w:cs="Times New Roman"/>
          <w:sz w:val="24"/>
        </w:rPr>
        <w:t>evacuare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proceduri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incendiu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vreme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severă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aglomerare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persoană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pierdută</w:t>
      </w:r>
      <w:proofErr w:type="spellEnd"/>
      <w:r w:rsidRPr="007A0413">
        <w:rPr>
          <w:rFonts w:cs="Times New Roman"/>
          <w:sz w:val="24"/>
        </w:rPr>
        <w:t xml:space="preserve">, incident medical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incident cu </w:t>
      </w:r>
      <w:proofErr w:type="spellStart"/>
      <w:r w:rsidRPr="007A0413">
        <w:rPr>
          <w:rFonts w:cs="Times New Roman"/>
          <w:sz w:val="24"/>
        </w:rPr>
        <w:t>animale</w:t>
      </w:r>
      <w:proofErr w:type="spellEnd"/>
      <w:r w:rsidRPr="007A0413">
        <w:rPr>
          <w:rFonts w:cs="Times New Roman"/>
          <w:sz w:val="24"/>
        </w:rPr>
        <w:t>;</w:t>
      </w:r>
    </w:p>
    <w:p w14:paraId="557D7CD7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măsuri</w:t>
      </w:r>
      <w:proofErr w:type="spellEnd"/>
      <w:r w:rsidRPr="007A0413">
        <w:rPr>
          <w:rFonts w:cs="Times New Roman"/>
          <w:sz w:val="24"/>
        </w:rPr>
        <w:t xml:space="preserve"> PSI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SSM, </w:t>
      </w:r>
      <w:proofErr w:type="spellStart"/>
      <w:r w:rsidRPr="007A0413">
        <w:rPr>
          <w:rFonts w:cs="Times New Roman"/>
          <w:sz w:val="24"/>
        </w:rPr>
        <w:t>extinctoare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marcarea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căilor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evacuare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protejarea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instalațiilor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electrice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controlul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accesului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zonele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tehnice</w:t>
      </w:r>
      <w:proofErr w:type="spellEnd"/>
      <w:r w:rsidRPr="007A0413">
        <w:rPr>
          <w:rFonts w:cs="Times New Roman"/>
          <w:sz w:val="24"/>
        </w:rPr>
        <w:t>;</w:t>
      </w:r>
    </w:p>
    <w:p w14:paraId="4A2B152D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monitorizarea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condițiilor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meteorologice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respectarea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limitelor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exploatare</w:t>
      </w:r>
      <w:proofErr w:type="spellEnd"/>
      <w:r w:rsidRPr="007A0413">
        <w:rPr>
          <w:rFonts w:cs="Times New Roman"/>
          <w:sz w:val="24"/>
        </w:rPr>
        <w:t xml:space="preserve"> ale </w:t>
      </w:r>
      <w:proofErr w:type="spellStart"/>
      <w:r w:rsidRPr="007A0413">
        <w:rPr>
          <w:rFonts w:cs="Times New Roman"/>
          <w:sz w:val="24"/>
        </w:rPr>
        <w:t>structurilor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temporare</w:t>
      </w:r>
      <w:proofErr w:type="spellEnd"/>
      <w:r w:rsidRPr="007A0413">
        <w:rPr>
          <w:rFonts w:cs="Times New Roman"/>
          <w:sz w:val="24"/>
        </w:rPr>
        <w:t>;</w:t>
      </w:r>
    </w:p>
    <w:p w14:paraId="71D84DB7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delimitarea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clară</w:t>
      </w:r>
      <w:proofErr w:type="spellEnd"/>
      <w:r w:rsidRPr="007A0413">
        <w:rPr>
          <w:rFonts w:cs="Times New Roman"/>
          <w:sz w:val="24"/>
        </w:rPr>
        <w:t xml:space="preserve"> a </w:t>
      </w:r>
      <w:proofErr w:type="spellStart"/>
      <w:r w:rsidRPr="007A0413">
        <w:rPr>
          <w:rFonts w:cs="Times New Roman"/>
          <w:sz w:val="24"/>
        </w:rPr>
        <w:t>fluxurilor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acces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public, </w:t>
      </w:r>
      <w:proofErr w:type="spellStart"/>
      <w:r w:rsidRPr="007A0413">
        <w:rPr>
          <w:rFonts w:cs="Times New Roman"/>
          <w:sz w:val="24"/>
        </w:rPr>
        <w:t>participanți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animale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aprovizionare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intervenție</w:t>
      </w:r>
      <w:proofErr w:type="spellEnd"/>
      <w:r w:rsidRPr="007A0413">
        <w:rPr>
          <w:rFonts w:cs="Times New Roman"/>
          <w:sz w:val="24"/>
        </w:rPr>
        <w:t>;</w:t>
      </w:r>
    </w:p>
    <w:p w14:paraId="122A54AD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asigurarea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ordinii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publice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colaborarea</w:t>
      </w:r>
      <w:proofErr w:type="spellEnd"/>
      <w:r w:rsidRPr="007A0413">
        <w:rPr>
          <w:rFonts w:cs="Times New Roman"/>
          <w:sz w:val="24"/>
        </w:rPr>
        <w:t xml:space="preserve"> cu </w:t>
      </w:r>
      <w:proofErr w:type="spellStart"/>
      <w:r w:rsidRPr="007A0413">
        <w:rPr>
          <w:rFonts w:cs="Times New Roman"/>
          <w:sz w:val="24"/>
        </w:rPr>
        <w:t>Poliția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Locală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Jandarmeria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serviciile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medicale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alte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instituții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competente</w:t>
      </w:r>
      <w:proofErr w:type="spellEnd"/>
      <w:r w:rsidRPr="007A0413">
        <w:rPr>
          <w:rFonts w:cs="Times New Roman"/>
          <w:sz w:val="24"/>
        </w:rPr>
        <w:t>;</w:t>
      </w:r>
    </w:p>
    <w:p w14:paraId="7CFF399A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asigurarea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unei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polițe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răspundere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civilă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gramStart"/>
      <w:r w:rsidRPr="007A0413">
        <w:rPr>
          <w:rFonts w:cs="Times New Roman"/>
          <w:sz w:val="24"/>
        </w:rPr>
        <w:t>a</w:t>
      </w:r>
      <w:proofErr w:type="gram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altor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asigurări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necesare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potrivit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riscurilor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legislației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aplicabile</w:t>
      </w:r>
      <w:proofErr w:type="spellEnd"/>
      <w:r w:rsidRPr="007A0413">
        <w:rPr>
          <w:rFonts w:cs="Times New Roman"/>
          <w:sz w:val="24"/>
        </w:rPr>
        <w:t>.</w:t>
      </w:r>
    </w:p>
    <w:p w14:paraId="6651B118" w14:textId="77777777" w:rsidR="00EE76A8" w:rsidRPr="007A0413" w:rsidRDefault="00EE76A8" w:rsidP="00EE76A8">
      <w:pPr>
        <w:pStyle w:val="Titlu2"/>
        <w:rPr>
          <w:rFonts w:ascii="Times New Roman" w:hAnsi="Times New Roman" w:cs="Times New Roman"/>
          <w:color w:val="auto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6.8. Zona food-court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operatorii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economici</w:t>
      </w:r>
    </w:p>
    <w:p w14:paraId="6703D223" w14:textId="77777777" w:rsidR="00EE76A8" w:rsidRPr="007A0413" w:rsidRDefault="00EE76A8" w:rsidP="00EE76A8">
      <w:pPr>
        <w:spacing w:line="259" w:lineRule="auto"/>
        <w:ind w:firstLine="369"/>
        <w:rPr>
          <w:rFonts w:cs="Times New Roman"/>
          <w:sz w:val="24"/>
        </w:rPr>
      </w:pPr>
      <w:proofErr w:type="spellStart"/>
      <w:r w:rsidRPr="007A0413">
        <w:rPr>
          <w:rFonts w:cs="Times New Roman"/>
          <w:sz w:val="24"/>
        </w:rPr>
        <w:t>Prestatorul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amenaja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coordona</w:t>
      </w:r>
      <w:proofErr w:type="spellEnd"/>
      <w:r w:rsidRPr="007A0413">
        <w:rPr>
          <w:rFonts w:cs="Times New Roman"/>
          <w:sz w:val="24"/>
        </w:rPr>
        <w:t xml:space="preserve"> logistic o </w:t>
      </w:r>
      <w:proofErr w:type="spellStart"/>
      <w:r w:rsidRPr="007A0413">
        <w:rPr>
          <w:rFonts w:cs="Times New Roman"/>
          <w:sz w:val="24"/>
        </w:rPr>
        <w:t>zonă</w:t>
      </w:r>
      <w:proofErr w:type="spellEnd"/>
      <w:r w:rsidRPr="007A0413">
        <w:rPr>
          <w:rFonts w:cs="Times New Roman"/>
          <w:sz w:val="24"/>
        </w:rPr>
        <w:t xml:space="preserve"> de food-court </w:t>
      </w:r>
      <w:proofErr w:type="spellStart"/>
      <w:r w:rsidRPr="007A0413">
        <w:rPr>
          <w:rFonts w:cs="Times New Roman"/>
          <w:sz w:val="24"/>
        </w:rPr>
        <w:t>activă</w:t>
      </w:r>
      <w:proofErr w:type="spellEnd"/>
      <w:r w:rsidRPr="007A0413">
        <w:rPr>
          <w:rFonts w:cs="Times New Roman"/>
          <w:sz w:val="24"/>
        </w:rPr>
        <w:t xml:space="preserve"> pe </w:t>
      </w:r>
      <w:proofErr w:type="spellStart"/>
      <w:r w:rsidRPr="007A0413">
        <w:rPr>
          <w:rFonts w:cs="Times New Roman"/>
          <w:sz w:val="24"/>
        </w:rPr>
        <w:t>durata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evenimentului</w:t>
      </w:r>
      <w:proofErr w:type="spellEnd"/>
      <w:r w:rsidRPr="007A0413">
        <w:rPr>
          <w:rFonts w:cs="Times New Roman"/>
          <w:sz w:val="24"/>
        </w:rPr>
        <w:t xml:space="preserve">. </w:t>
      </w:r>
      <w:proofErr w:type="spellStart"/>
      <w:r w:rsidRPr="007A0413">
        <w:rPr>
          <w:rFonts w:cs="Times New Roman"/>
          <w:sz w:val="24"/>
        </w:rPr>
        <w:t>Operatorii</w:t>
      </w:r>
      <w:proofErr w:type="spellEnd"/>
      <w:r w:rsidRPr="007A0413">
        <w:rPr>
          <w:rFonts w:cs="Times New Roman"/>
          <w:sz w:val="24"/>
        </w:rPr>
        <w:t xml:space="preserve"> economici </w:t>
      </w:r>
      <w:proofErr w:type="spellStart"/>
      <w:r w:rsidRPr="007A0413">
        <w:rPr>
          <w:rFonts w:cs="Times New Roman"/>
          <w:sz w:val="24"/>
        </w:rPr>
        <w:t>vor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putea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funcționa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numai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baza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documentelor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autorizațiilor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legale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aplicabile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după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confirmarea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autorității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contractante</w:t>
      </w:r>
      <w:proofErr w:type="spellEnd"/>
      <w:r w:rsidRPr="007A0413">
        <w:rPr>
          <w:rFonts w:cs="Times New Roman"/>
          <w:sz w:val="24"/>
        </w:rPr>
        <w:t>.</w:t>
      </w:r>
    </w:p>
    <w:p w14:paraId="18A1828D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amplasamente</w:t>
      </w:r>
      <w:proofErr w:type="spellEnd"/>
      <w:r w:rsidRPr="007A0413">
        <w:rPr>
          <w:rFonts w:cs="Times New Roman"/>
          <w:sz w:val="24"/>
        </w:rPr>
        <w:t xml:space="preserve"> delimitate, </w:t>
      </w:r>
      <w:proofErr w:type="spellStart"/>
      <w:r w:rsidRPr="007A0413">
        <w:rPr>
          <w:rFonts w:cs="Times New Roman"/>
          <w:sz w:val="24"/>
        </w:rPr>
        <w:t>acces</w:t>
      </w:r>
      <w:proofErr w:type="spellEnd"/>
      <w:r w:rsidRPr="007A0413">
        <w:rPr>
          <w:rFonts w:cs="Times New Roman"/>
          <w:sz w:val="24"/>
        </w:rPr>
        <w:t xml:space="preserve"> la </w:t>
      </w:r>
      <w:proofErr w:type="spellStart"/>
      <w:r w:rsidRPr="007A0413">
        <w:rPr>
          <w:rFonts w:cs="Times New Roman"/>
          <w:sz w:val="24"/>
        </w:rPr>
        <w:t>utilități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condiții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siguranță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trasee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aprovizionare</w:t>
      </w:r>
      <w:proofErr w:type="spellEnd"/>
      <w:r w:rsidRPr="007A0413">
        <w:rPr>
          <w:rFonts w:cs="Times New Roman"/>
          <w:sz w:val="24"/>
        </w:rPr>
        <w:t xml:space="preserve"> separate de public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animale</w:t>
      </w:r>
      <w:proofErr w:type="spellEnd"/>
      <w:r w:rsidRPr="007A0413">
        <w:rPr>
          <w:rFonts w:cs="Times New Roman"/>
          <w:sz w:val="24"/>
        </w:rPr>
        <w:t>;</w:t>
      </w:r>
    </w:p>
    <w:p w14:paraId="071A1C0A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colectare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distinctă</w:t>
      </w:r>
      <w:proofErr w:type="spellEnd"/>
      <w:r w:rsidRPr="007A0413">
        <w:rPr>
          <w:rFonts w:cs="Times New Roman"/>
          <w:sz w:val="24"/>
        </w:rPr>
        <w:t xml:space="preserve"> a </w:t>
      </w:r>
      <w:proofErr w:type="spellStart"/>
      <w:r w:rsidRPr="007A0413">
        <w:rPr>
          <w:rFonts w:cs="Times New Roman"/>
          <w:sz w:val="24"/>
        </w:rPr>
        <w:t>deșeurilor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igienizare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măsuri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prevenire</w:t>
      </w:r>
      <w:proofErr w:type="spellEnd"/>
      <w:r w:rsidRPr="007A0413">
        <w:rPr>
          <w:rFonts w:cs="Times New Roman"/>
          <w:sz w:val="24"/>
        </w:rPr>
        <w:t xml:space="preserve"> a </w:t>
      </w:r>
      <w:proofErr w:type="spellStart"/>
      <w:r w:rsidRPr="007A0413">
        <w:rPr>
          <w:rFonts w:cs="Times New Roman"/>
          <w:sz w:val="24"/>
        </w:rPr>
        <w:t>scurgerilor</w:t>
      </w:r>
      <w:proofErr w:type="spellEnd"/>
      <w:r w:rsidRPr="007A0413">
        <w:rPr>
          <w:rFonts w:cs="Times New Roman"/>
          <w:sz w:val="24"/>
        </w:rPr>
        <w:t>/</w:t>
      </w:r>
      <w:proofErr w:type="spellStart"/>
      <w:r w:rsidRPr="007A0413">
        <w:rPr>
          <w:rFonts w:cs="Times New Roman"/>
          <w:sz w:val="24"/>
        </w:rPr>
        <w:t>contaminării</w:t>
      </w:r>
      <w:proofErr w:type="spellEnd"/>
      <w:r w:rsidRPr="007A0413">
        <w:rPr>
          <w:rFonts w:cs="Times New Roman"/>
          <w:sz w:val="24"/>
        </w:rPr>
        <w:t>;</w:t>
      </w:r>
    </w:p>
    <w:p w14:paraId="0FB263AF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verificarea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existenței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documentelor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funcționare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fără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preluarea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competențelor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autorităților</w:t>
      </w:r>
      <w:proofErr w:type="spellEnd"/>
      <w:r w:rsidRPr="007A0413">
        <w:rPr>
          <w:rFonts w:cs="Times New Roman"/>
          <w:sz w:val="24"/>
        </w:rPr>
        <w:t xml:space="preserve"> de control;</w:t>
      </w:r>
    </w:p>
    <w:p w14:paraId="49A6DEF4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interzicerea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amplasării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proximitatea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imediată</w:t>
      </w:r>
      <w:proofErr w:type="spellEnd"/>
      <w:r w:rsidRPr="007A0413">
        <w:rPr>
          <w:rFonts w:cs="Times New Roman"/>
          <w:sz w:val="24"/>
        </w:rPr>
        <w:t xml:space="preserve"> a </w:t>
      </w:r>
      <w:proofErr w:type="spellStart"/>
      <w:r w:rsidRPr="007A0413">
        <w:rPr>
          <w:rFonts w:cs="Times New Roman"/>
          <w:sz w:val="24"/>
        </w:rPr>
        <w:t>zonei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adopții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sau</w:t>
      </w:r>
      <w:proofErr w:type="spellEnd"/>
      <w:r w:rsidRPr="007A0413">
        <w:rPr>
          <w:rFonts w:cs="Times New Roman"/>
          <w:sz w:val="24"/>
        </w:rPr>
        <w:t xml:space="preserve"> a </w:t>
      </w:r>
      <w:proofErr w:type="spellStart"/>
      <w:r w:rsidRPr="007A0413">
        <w:rPr>
          <w:rFonts w:cs="Times New Roman"/>
          <w:sz w:val="24"/>
        </w:rPr>
        <w:t>punctului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veterinar</w:t>
      </w:r>
      <w:proofErr w:type="spellEnd"/>
      <w:r w:rsidRPr="007A0413">
        <w:rPr>
          <w:rFonts w:cs="Times New Roman"/>
          <w:sz w:val="24"/>
        </w:rPr>
        <w:t>;</w:t>
      </w:r>
    </w:p>
    <w:p w14:paraId="21C42131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interzicerea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perceperii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taxe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sau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tarife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către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prestator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numele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autorității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contractante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lipsa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unui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mandat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scris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expres</w:t>
      </w:r>
      <w:proofErr w:type="spellEnd"/>
      <w:r w:rsidRPr="007A0413">
        <w:rPr>
          <w:rFonts w:cs="Times New Roman"/>
          <w:sz w:val="24"/>
        </w:rPr>
        <w:t>.</w:t>
      </w:r>
    </w:p>
    <w:p w14:paraId="7C3A1383" w14:textId="77777777" w:rsidR="00EE76A8" w:rsidRPr="007A0413" w:rsidRDefault="00EE76A8" w:rsidP="00EE76A8">
      <w:pPr>
        <w:pStyle w:val="Titlu2"/>
        <w:rPr>
          <w:rFonts w:ascii="Times New Roman" w:hAnsi="Times New Roman" w:cs="Times New Roman"/>
          <w:color w:val="auto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6.9.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Curățenie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,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salubrizare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protecția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amplasamentului</w:t>
      </w:r>
      <w:proofErr w:type="spellEnd"/>
    </w:p>
    <w:p w14:paraId="5B0B8A11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curățenie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continuă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toate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zonele</w:t>
      </w:r>
      <w:proofErr w:type="spellEnd"/>
      <w:r w:rsidRPr="007A0413">
        <w:rPr>
          <w:rFonts w:cs="Times New Roman"/>
          <w:sz w:val="24"/>
        </w:rPr>
        <w:t xml:space="preserve">, pe </w:t>
      </w:r>
      <w:proofErr w:type="spellStart"/>
      <w:r w:rsidRPr="007A0413">
        <w:rPr>
          <w:rFonts w:cs="Times New Roman"/>
          <w:sz w:val="24"/>
        </w:rPr>
        <w:t>întreaga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durată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gramStart"/>
      <w:r w:rsidRPr="007A0413">
        <w:rPr>
          <w:rFonts w:cs="Times New Roman"/>
          <w:sz w:val="24"/>
        </w:rPr>
        <w:t>a</w:t>
      </w:r>
      <w:proofErr w:type="gram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evenimentului</w:t>
      </w:r>
      <w:proofErr w:type="spellEnd"/>
      <w:r w:rsidRPr="007A0413">
        <w:rPr>
          <w:rFonts w:cs="Times New Roman"/>
          <w:sz w:val="24"/>
        </w:rPr>
        <w:t>;</w:t>
      </w:r>
    </w:p>
    <w:p w14:paraId="64BC8338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golirea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periodică</w:t>
      </w:r>
      <w:proofErr w:type="spellEnd"/>
      <w:r w:rsidRPr="007A0413">
        <w:rPr>
          <w:rFonts w:cs="Times New Roman"/>
          <w:sz w:val="24"/>
        </w:rPr>
        <w:t xml:space="preserve"> a </w:t>
      </w:r>
      <w:proofErr w:type="spellStart"/>
      <w:r w:rsidRPr="007A0413">
        <w:rPr>
          <w:rFonts w:cs="Times New Roman"/>
          <w:sz w:val="24"/>
        </w:rPr>
        <w:t>recipientelor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transportul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deșeurilor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prin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operatori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autorizați</w:t>
      </w:r>
      <w:proofErr w:type="spellEnd"/>
      <w:r w:rsidRPr="007A0413">
        <w:rPr>
          <w:rFonts w:cs="Times New Roman"/>
          <w:sz w:val="24"/>
        </w:rPr>
        <w:t>;</w:t>
      </w:r>
    </w:p>
    <w:p w14:paraId="2F02DB67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igienizarea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toaletelor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ecologice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completarea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consumabilelor</w:t>
      </w:r>
      <w:proofErr w:type="spellEnd"/>
      <w:r w:rsidRPr="007A0413">
        <w:rPr>
          <w:rFonts w:cs="Times New Roman"/>
          <w:sz w:val="24"/>
        </w:rPr>
        <w:t>;</w:t>
      </w:r>
    </w:p>
    <w:p w14:paraId="1BA7D304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protejarea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gazonului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aleilor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arborilor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mobilierului</w:t>
      </w:r>
      <w:proofErr w:type="spellEnd"/>
      <w:r w:rsidRPr="007A0413">
        <w:rPr>
          <w:rFonts w:cs="Times New Roman"/>
          <w:sz w:val="24"/>
        </w:rPr>
        <w:t xml:space="preserve"> urban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a </w:t>
      </w:r>
      <w:proofErr w:type="spellStart"/>
      <w:r w:rsidRPr="007A0413">
        <w:rPr>
          <w:rFonts w:cs="Times New Roman"/>
          <w:sz w:val="24"/>
        </w:rPr>
        <w:t>utilităților</w:t>
      </w:r>
      <w:proofErr w:type="spellEnd"/>
      <w:r w:rsidRPr="007A0413">
        <w:rPr>
          <w:rFonts w:cs="Times New Roman"/>
          <w:sz w:val="24"/>
        </w:rPr>
        <w:t>;</w:t>
      </w:r>
    </w:p>
    <w:p w14:paraId="1056F6B4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interzicerea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fixării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elementelor</w:t>
      </w:r>
      <w:proofErr w:type="spellEnd"/>
      <w:r w:rsidRPr="007A0413">
        <w:rPr>
          <w:rFonts w:cs="Times New Roman"/>
          <w:sz w:val="24"/>
        </w:rPr>
        <w:t xml:space="preserve"> pe </w:t>
      </w:r>
      <w:proofErr w:type="spellStart"/>
      <w:r w:rsidRPr="007A0413">
        <w:rPr>
          <w:rFonts w:cs="Times New Roman"/>
          <w:sz w:val="24"/>
        </w:rPr>
        <w:t>arbori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gramStart"/>
      <w:r w:rsidRPr="007A0413">
        <w:rPr>
          <w:rFonts w:cs="Times New Roman"/>
          <w:sz w:val="24"/>
        </w:rPr>
        <w:t>a</w:t>
      </w:r>
      <w:proofErr w:type="gram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intervențiilor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asupra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solului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fără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aprobare</w:t>
      </w:r>
      <w:proofErr w:type="spellEnd"/>
      <w:r w:rsidRPr="007A0413">
        <w:rPr>
          <w:rFonts w:cs="Times New Roman"/>
          <w:sz w:val="24"/>
        </w:rPr>
        <w:t>;</w:t>
      </w:r>
    </w:p>
    <w:p w14:paraId="73431E58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protecții</w:t>
      </w:r>
      <w:proofErr w:type="spellEnd"/>
      <w:r w:rsidRPr="007A0413">
        <w:rPr>
          <w:rFonts w:cs="Times New Roman"/>
          <w:sz w:val="24"/>
        </w:rPr>
        <w:t xml:space="preserve"> sub </w:t>
      </w:r>
      <w:proofErr w:type="spellStart"/>
      <w:r w:rsidRPr="007A0413">
        <w:rPr>
          <w:rFonts w:cs="Times New Roman"/>
          <w:sz w:val="24"/>
        </w:rPr>
        <w:t>generatoare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rezervoare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echipamente</w:t>
      </w:r>
      <w:proofErr w:type="spellEnd"/>
      <w:r w:rsidRPr="007A0413">
        <w:rPr>
          <w:rFonts w:cs="Times New Roman"/>
          <w:sz w:val="24"/>
        </w:rPr>
        <w:t xml:space="preserve"> care pot </w:t>
      </w:r>
      <w:proofErr w:type="gramStart"/>
      <w:r w:rsidRPr="007A0413">
        <w:rPr>
          <w:rFonts w:cs="Times New Roman"/>
          <w:sz w:val="24"/>
        </w:rPr>
        <w:t>produce</w:t>
      </w:r>
      <w:proofErr w:type="gram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scurgeri</w:t>
      </w:r>
      <w:proofErr w:type="spellEnd"/>
      <w:r w:rsidRPr="007A0413">
        <w:rPr>
          <w:rFonts w:cs="Times New Roman"/>
          <w:sz w:val="24"/>
        </w:rPr>
        <w:t>;</w:t>
      </w:r>
    </w:p>
    <w:p w14:paraId="70F016B1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demontarea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integrală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evacuarea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tuturor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materialelor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deșeurilor</w:t>
      </w:r>
      <w:proofErr w:type="spellEnd"/>
      <w:r w:rsidRPr="007A0413">
        <w:rPr>
          <w:rFonts w:cs="Times New Roman"/>
          <w:sz w:val="24"/>
        </w:rPr>
        <w:t>;</w:t>
      </w:r>
    </w:p>
    <w:p w14:paraId="45A386E7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ecologizarea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finală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predarea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amplasamentului</w:t>
      </w:r>
      <w:proofErr w:type="spellEnd"/>
      <w:r w:rsidRPr="007A0413">
        <w:rPr>
          <w:rFonts w:cs="Times New Roman"/>
          <w:sz w:val="24"/>
        </w:rPr>
        <w:t xml:space="preserve"> cel </w:t>
      </w:r>
      <w:proofErr w:type="spellStart"/>
      <w:r w:rsidRPr="007A0413">
        <w:rPr>
          <w:rFonts w:cs="Times New Roman"/>
          <w:sz w:val="24"/>
        </w:rPr>
        <w:t>puțin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starea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existentă</w:t>
      </w:r>
      <w:proofErr w:type="spellEnd"/>
      <w:r w:rsidRPr="007A0413">
        <w:rPr>
          <w:rFonts w:cs="Times New Roman"/>
          <w:sz w:val="24"/>
        </w:rPr>
        <w:t xml:space="preserve"> la </w:t>
      </w:r>
      <w:proofErr w:type="spellStart"/>
      <w:r w:rsidRPr="007A0413">
        <w:rPr>
          <w:rFonts w:cs="Times New Roman"/>
          <w:sz w:val="24"/>
        </w:rPr>
        <w:t>preluare</w:t>
      </w:r>
      <w:proofErr w:type="spellEnd"/>
      <w:r w:rsidRPr="007A0413">
        <w:rPr>
          <w:rFonts w:cs="Times New Roman"/>
          <w:sz w:val="24"/>
        </w:rPr>
        <w:t>;</w:t>
      </w:r>
    </w:p>
    <w:p w14:paraId="2D7B1679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remedierea</w:t>
      </w:r>
      <w:proofErr w:type="spellEnd"/>
      <w:r w:rsidRPr="007A0413">
        <w:rPr>
          <w:rFonts w:cs="Times New Roman"/>
          <w:sz w:val="24"/>
        </w:rPr>
        <w:t xml:space="preserve"> pe </w:t>
      </w:r>
      <w:proofErr w:type="spellStart"/>
      <w:r w:rsidRPr="007A0413">
        <w:rPr>
          <w:rFonts w:cs="Times New Roman"/>
          <w:sz w:val="24"/>
        </w:rPr>
        <w:t>cheltuiala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prestatorului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gramStart"/>
      <w:r w:rsidRPr="007A0413">
        <w:rPr>
          <w:rFonts w:cs="Times New Roman"/>
          <w:sz w:val="24"/>
        </w:rPr>
        <w:t>a</w:t>
      </w:r>
      <w:proofErr w:type="gram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oricăror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degradări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imputabile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acestuia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sau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subcontractanților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săi</w:t>
      </w:r>
      <w:proofErr w:type="spellEnd"/>
      <w:r w:rsidRPr="007A0413">
        <w:rPr>
          <w:rFonts w:cs="Times New Roman"/>
          <w:sz w:val="24"/>
        </w:rPr>
        <w:t>.</w:t>
      </w:r>
    </w:p>
    <w:p w14:paraId="6619EF87" w14:textId="77777777" w:rsidR="00EE76A8" w:rsidRPr="007A0413" w:rsidRDefault="00EE76A8" w:rsidP="00EE76A8">
      <w:pPr>
        <w:pStyle w:val="Titlu1"/>
        <w:rPr>
          <w:rFonts w:ascii="Times New Roman" w:hAnsi="Times New Roman" w:cs="Times New Roman"/>
          <w:color w:val="auto"/>
          <w:sz w:val="24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7. PERSONALUL MINIM ȘI RESPONSABILITĂȚILE ACESTUIA</w:t>
      </w:r>
    </w:p>
    <w:tbl>
      <w:tblPr>
        <w:tblW w:w="9525" w:type="dxa"/>
        <w:jc w:val="center"/>
        <w:tblBorders>
          <w:top w:val="single" w:sz="5" w:space="0" w:color="8EA9C1"/>
          <w:left w:val="single" w:sz="5" w:space="0" w:color="8EA9C1"/>
          <w:bottom w:val="single" w:sz="5" w:space="0" w:color="8EA9C1"/>
          <w:right w:val="single" w:sz="5" w:space="0" w:color="8EA9C1"/>
          <w:insideH w:val="single" w:sz="5" w:space="0" w:color="8EA9C1"/>
          <w:insideV w:val="single" w:sz="5" w:space="0" w:color="8EA9C1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268"/>
        <w:gridCol w:w="4535"/>
        <w:gridCol w:w="2268"/>
      </w:tblGrid>
      <w:tr w:rsidR="00EE76A8" w:rsidRPr="007A0413" w14:paraId="4CC838AE" w14:textId="77777777" w:rsidTr="007E0AAE">
        <w:trPr>
          <w:cantSplit/>
          <w:tblHeader/>
          <w:jc w:val="center"/>
        </w:trPr>
        <w:tc>
          <w:tcPr>
            <w:tcW w:w="45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070A81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Nr.</w:t>
            </w:r>
          </w:p>
        </w:tc>
        <w:tc>
          <w:tcPr>
            <w:tcW w:w="22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52A9F07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 xml:space="preserve">Rol / </w:t>
            </w:r>
            <w:proofErr w:type="spellStart"/>
            <w:r w:rsidRPr="007A0413">
              <w:rPr>
                <w:rFonts w:cs="Times New Roman"/>
                <w:b/>
                <w:sz w:val="24"/>
              </w:rPr>
              <w:t>funcție</w:t>
            </w:r>
            <w:proofErr w:type="spellEnd"/>
          </w:p>
        </w:tc>
        <w:tc>
          <w:tcPr>
            <w:tcW w:w="453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2390CE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b/>
                <w:sz w:val="24"/>
              </w:rPr>
              <w:t>Responsabilități</w:t>
            </w:r>
            <w:proofErr w:type="spellEnd"/>
            <w:r w:rsidRPr="007A0413">
              <w:rPr>
                <w:rFonts w:cs="Times New Roman"/>
                <w:b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b/>
                <w:sz w:val="24"/>
              </w:rPr>
              <w:t>principale</w:t>
            </w:r>
            <w:proofErr w:type="spellEnd"/>
          </w:p>
        </w:tc>
        <w:tc>
          <w:tcPr>
            <w:tcW w:w="22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27710B2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b/>
                <w:sz w:val="24"/>
              </w:rPr>
              <w:t>Disponibilitate</w:t>
            </w:r>
            <w:proofErr w:type="spellEnd"/>
            <w:r w:rsidRPr="007A0413">
              <w:rPr>
                <w:rFonts w:cs="Times New Roman"/>
                <w:b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b/>
                <w:sz w:val="24"/>
              </w:rPr>
              <w:t>minimă</w:t>
            </w:r>
            <w:proofErr w:type="spellEnd"/>
          </w:p>
        </w:tc>
      </w:tr>
      <w:tr w:rsidR="00EE76A8" w:rsidRPr="007A0413" w14:paraId="100CC1AC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8335802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1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4C414AD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Manager de </w:t>
            </w:r>
            <w:proofErr w:type="spellStart"/>
            <w:r w:rsidRPr="007A0413">
              <w:rPr>
                <w:rFonts w:cs="Times New Roman"/>
                <w:sz w:val="24"/>
              </w:rPr>
              <w:t>proiect</w:t>
            </w:r>
            <w:proofErr w:type="spellEnd"/>
          </w:p>
        </w:tc>
        <w:tc>
          <w:tcPr>
            <w:tcW w:w="45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15A036C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Coordonare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generală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relația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cu </w:t>
            </w:r>
            <w:proofErr w:type="spellStart"/>
            <w:r w:rsidRPr="007A0413">
              <w:rPr>
                <w:rFonts w:cs="Times New Roman"/>
                <w:sz w:val="24"/>
              </w:rPr>
              <w:t>autoritatea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contractantă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decizii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operative, </w:t>
            </w:r>
            <w:proofErr w:type="spellStart"/>
            <w:r w:rsidRPr="007A0413">
              <w:rPr>
                <w:rFonts w:cs="Times New Roman"/>
                <w:sz w:val="24"/>
              </w:rPr>
              <w:t>raportare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managementul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riscurilor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5420027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Pe </w:t>
            </w:r>
            <w:proofErr w:type="spellStart"/>
            <w:r w:rsidRPr="007A0413">
              <w:rPr>
                <w:rFonts w:cs="Times New Roman"/>
                <w:sz w:val="24"/>
              </w:rPr>
              <w:t>toată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durata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contractului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; </w:t>
            </w:r>
            <w:proofErr w:type="spellStart"/>
            <w:r w:rsidRPr="007A0413">
              <w:rPr>
                <w:rFonts w:cs="Times New Roman"/>
                <w:sz w:val="24"/>
              </w:rPr>
              <w:t>prezență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integrală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la </w:t>
            </w:r>
            <w:proofErr w:type="spellStart"/>
            <w:r w:rsidRPr="007A0413">
              <w:rPr>
                <w:rFonts w:cs="Times New Roman"/>
                <w:sz w:val="24"/>
              </w:rPr>
              <w:t>montaj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eveniment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26AED84E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46E8D5E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2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0323D98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Responsabil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logistic</w:t>
            </w:r>
          </w:p>
        </w:tc>
        <w:tc>
          <w:tcPr>
            <w:tcW w:w="45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271C005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Plan de </w:t>
            </w:r>
            <w:proofErr w:type="spellStart"/>
            <w:r w:rsidRPr="007A0413">
              <w:rPr>
                <w:rFonts w:cs="Times New Roman"/>
                <w:sz w:val="24"/>
              </w:rPr>
              <w:t>amplasament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furnizori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montaj</w:t>
            </w:r>
            <w:proofErr w:type="spellEnd"/>
            <w:r w:rsidRPr="007A0413">
              <w:rPr>
                <w:rFonts w:cs="Times New Roman"/>
                <w:sz w:val="24"/>
              </w:rPr>
              <w:t>/</w:t>
            </w:r>
            <w:proofErr w:type="spellStart"/>
            <w:r w:rsidRPr="007A0413">
              <w:rPr>
                <w:rFonts w:cs="Times New Roman"/>
                <w:sz w:val="24"/>
              </w:rPr>
              <w:t>demontaj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mobilier, </w:t>
            </w:r>
            <w:proofErr w:type="spellStart"/>
            <w:r w:rsidRPr="007A0413">
              <w:rPr>
                <w:rFonts w:cs="Times New Roman"/>
                <w:sz w:val="24"/>
              </w:rPr>
              <w:t>corturi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fluxuri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utilități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0E04474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Permanent </w:t>
            </w:r>
            <w:proofErr w:type="spellStart"/>
            <w:r w:rsidRPr="007A0413">
              <w:rPr>
                <w:rFonts w:cs="Times New Roman"/>
                <w:sz w:val="24"/>
              </w:rPr>
              <w:t>în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etapele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montaj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eveniment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demontaj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1EEBDDF1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CACEABA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3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0B59280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Responsabil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tehnic</w:t>
            </w:r>
            <w:proofErr w:type="spellEnd"/>
            <w:r w:rsidRPr="007A0413">
              <w:rPr>
                <w:rFonts w:cs="Times New Roman"/>
                <w:sz w:val="24"/>
              </w:rPr>
              <w:t>/</w:t>
            </w:r>
            <w:proofErr w:type="spellStart"/>
            <w:r w:rsidRPr="007A0413">
              <w:rPr>
                <w:rFonts w:cs="Times New Roman"/>
                <w:sz w:val="24"/>
              </w:rPr>
              <w:t>producție</w:t>
            </w:r>
            <w:proofErr w:type="spellEnd"/>
          </w:p>
        </w:tc>
        <w:tc>
          <w:tcPr>
            <w:tcW w:w="45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0C2036E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Scenă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sunet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lumini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LED, </w:t>
            </w:r>
            <w:proofErr w:type="spellStart"/>
            <w:r w:rsidRPr="007A0413">
              <w:rPr>
                <w:rFonts w:cs="Times New Roman"/>
                <w:sz w:val="24"/>
              </w:rPr>
              <w:t>energie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certificări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probe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continuitate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tehnică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E0A5F03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Permanent </w:t>
            </w:r>
            <w:proofErr w:type="spellStart"/>
            <w:r w:rsidRPr="007A0413">
              <w:rPr>
                <w:rFonts w:cs="Times New Roman"/>
                <w:sz w:val="24"/>
              </w:rPr>
              <w:t>în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etapele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montaj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eveniment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5C16CA95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9AE3719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4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B849E0A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Responsabil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securitate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situații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urgență</w:t>
            </w:r>
            <w:proofErr w:type="spellEnd"/>
          </w:p>
        </w:tc>
        <w:tc>
          <w:tcPr>
            <w:tcW w:w="45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9AFA4F2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Coordonarea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planurilor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securitate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pază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evacuare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PSI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relația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cu </w:t>
            </w:r>
            <w:proofErr w:type="spellStart"/>
            <w:r w:rsidRPr="007A0413">
              <w:rPr>
                <w:rFonts w:cs="Times New Roman"/>
                <w:sz w:val="24"/>
              </w:rPr>
              <w:t>instituțiile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intervenție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257C469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Permanent </w:t>
            </w:r>
            <w:proofErr w:type="spellStart"/>
            <w:r w:rsidRPr="007A0413">
              <w:rPr>
                <w:rFonts w:cs="Times New Roman"/>
                <w:sz w:val="24"/>
              </w:rPr>
              <w:t>în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perioada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cu public.</w:t>
            </w:r>
          </w:p>
        </w:tc>
      </w:tr>
      <w:tr w:rsidR="00EE76A8" w:rsidRPr="007A0413" w14:paraId="518A8471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166992E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5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80F7EDD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Coordonator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bunăstare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animală</w:t>
            </w:r>
            <w:proofErr w:type="spellEnd"/>
          </w:p>
        </w:tc>
        <w:tc>
          <w:tcPr>
            <w:tcW w:w="45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5828F38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Organizarea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zonelor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cu </w:t>
            </w:r>
            <w:proofErr w:type="spellStart"/>
            <w:r w:rsidRPr="007A0413">
              <w:rPr>
                <w:rFonts w:cs="Times New Roman"/>
                <w:sz w:val="24"/>
              </w:rPr>
              <w:t>animale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verificarea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condițiilor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bunăstare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coordonarea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punctului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veterinar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CBD3442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Zilnic</w:t>
            </w:r>
            <w:proofErr w:type="spellEnd"/>
            <w:r w:rsidRPr="007A0413">
              <w:rPr>
                <w:rFonts w:cs="Times New Roman"/>
                <w:sz w:val="24"/>
              </w:rPr>
              <w:t>, minimum 09:00–18:30.</w:t>
            </w:r>
          </w:p>
        </w:tc>
      </w:tr>
      <w:tr w:rsidR="00EE76A8" w:rsidRPr="007A0413" w14:paraId="5A00CC2B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A07D34B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6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941C1D5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Medic </w:t>
            </w:r>
            <w:proofErr w:type="spellStart"/>
            <w:r w:rsidRPr="007A0413">
              <w:rPr>
                <w:rFonts w:cs="Times New Roman"/>
                <w:sz w:val="24"/>
              </w:rPr>
              <w:t>veterinar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autorizat</w:t>
            </w:r>
            <w:proofErr w:type="spellEnd"/>
          </w:p>
        </w:tc>
        <w:tc>
          <w:tcPr>
            <w:tcW w:w="45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AB5DD32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Triaj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asistență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intervenție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veterinară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coordonarea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procedurii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urgență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DF3B8AF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Zilnic</w:t>
            </w:r>
            <w:proofErr w:type="spellEnd"/>
            <w:r w:rsidRPr="007A0413">
              <w:rPr>
                <w:rFonts w:cs="Times New Roman"/>
                <w:sz w:val="24"/>
              </w:rPr>
              <w:t>, minimum 10:00–18:00.</w:t>
            </w:r>
          </w:p>
        </w:tc>
      </w:tr>
      <w:tr w:rsidR="00EE76A8" w:rsidRPr="007A0413" w14:paraId="5A90C24D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BA5691B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7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3BE28B2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Stage manager / </w:t>
            </w:r>
            <w:proofErr w:type="spellStart"/>
            <w:r w:rsidRPr="007A0413">
              <w:rPr>
                <w:rFonts w:cs="Times New Roman"/>
                <w:sz w:val="24"/>
              </w:rPr>
              <w:t>coordonator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program</w:t>
            </w:r>
          </w:p>
        </w:tc>
        <w:tc>
          <w:tcPr>
            <w:tcW w:w="45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12C001D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Running order, </w:t>
            </w:r>
            <w:proofErr w:type="spellStart"/>
            <w:r w:rsidRPr="007A0413">
              <w:rPr>
                <w:rFonts w:cs="Times New Roman"/>
                <w:sz w:val="24"/>
              </w:rPr>
              <w:t>artiști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prezentator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repetiții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acces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zona </w:t>
            </w:r>
            <w:proofErr w:type="spellStart"/>
            <w:r w:rsidRPr="007A0413">
              <w:rPr>
                <w:rFonts w:cs="Times New Roman"/>
                <w:sz w:val="24"/>
              </w:rPr>
              <w:t>tehnică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din </w:t>
            </w:r>
            <w:proofErr w:type="spellStart"/>
            <w:r w:rsidRPr="007A0413">
              <w:rPr>
                <w:rFonts w:cs="Times New Roman"/>
                <w:sz w:val="24"/>
              </w:rPr>
              <w:t>spatele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scenei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sincronizarea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momentelor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00D555E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Pe </w:t>
            </w:r>
            <w:proofErr w:type="spellStart"/>
            <w:r w:rsidRPr="007A0413">
              <w:rPr>
                <w:rFonts w:cs="Times New Roman"/>
                <w:sz w:val="24"/>
              </w:rPr>
              <w:t>durata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programului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scenă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57D86B74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E7AE4ED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8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BAD59F3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Prezentator</w:t>
            </w:r>
            <w:proofErr w:type="spellEnd"/>
            <w:r w:rsidRPr="007A0413">
              <w:rPr>
                <w:rFonts w:cs="Times New Roman"/>
                <w:sz w:val="24"/>
              </w:rPr>
              <w:t>/MC</w:t>
            </w:r>
          </w:p>
        </w:tc>
        <w:tc>
          <w:tcPr>
            <w:tcW w:w="45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46090E0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Prezentarea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programului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mesajele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instituționale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interacțiunea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cu </w:t>
            </w:r>
            <w:proofErr w:type="spellStart"/>
            <w:r w:rsidRPr="007A0413">
              <w:rPr>
                <w:rFonts w:cs="Times New Roman"/>
                <w:sz w:val="24"/>
              </w:rPr>
              <w:t>publicul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7A2B3CD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Pe </w:t>
            </w:r>
            <w:proofErr w:type="spellStart"/>
            <w:r w:rsidRPr="007A0413">
              <w:rPr>
                <w:rFonts w:cs="Times New Roman"/>
                <w:sz w:val="24"/>
              </w:rPr>
              <w:t>parcursul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celor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trei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zile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conform </w:t>
            </w:r>
            <w:proofErr w:type="spellStart"/>
            <w:r w:rsidRPr="007A0413">
              <w:rPr>
                <w:rFonts w:cs="Times New Roman"/>
                <w:sz w:val="24"/>
              </w:rPr>
              <w:t>programului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3160B167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49F32E2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9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A6FD79B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Operatori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sunet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lumini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LED</w:t>
            </w:r>
          </w:p>
        </w:tc>
        <w:tc>
          <w:tcPr>
            <w:tcW w:w="45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FAEFE11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Operare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mentenanță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intervenție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tehnică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755CB2F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Pe </w:t>
            </w:r>
            <w:proofErr w:type="spellStart"/>
            <w:r w:rsidRPr="007A0413">
              <w:rPr>
                <w:rFonts w:cs="Times New Roman"/>
                <w:sz w:val="24"/>
              </w:rPr>
              <w:t>durata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probelor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programului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4DC76F2A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5828279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10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AD455CA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Coordonator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comunicare</w:t>
            </w:r>
            <w:proofErr w:type="spellEnd"/>
            <w:r w:rsidRPr="007A0413">
              <w:rPr>
                <w:rFonts w:cs="Times New Roman"/>
                <w:sz w:val="24"/>
              </w:rPr>
              <w:t>/</w:t>
            </w:r>
            <w:proofErr w:type="spellStart"/>
            <w:r w:rsidRPr="007A0413">
              <w:rPr>
                <w:rFonts w:cs="Times New Roman"/>
                <w:sz w:val="24"/>
              </w:rPr>
              <w:t>promovare</w:t>
            </w:r>
            <w:proofErr w:type="spellEnd"/>
          </w:p>
        </w:tc>
        <w:tc>
          <w:tcPr>
            <w:tcW w:w="45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EEC0D90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Campanie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materiale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social media, </w:t>
            </w:r>
            <w:proofErr w:type="spellStart"/>
            <w:r w:rsidRPr="007A0413">
              <w:rPr>
                <w:rFonts w:cs="Times New Roman"/>
                <w:sz w:val="24"/>
              </w:rPr>
              <w:t>relații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media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raportare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indicatori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0D1055B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Pe </w:t>
            </w:r>
            <w:proofErr w:type="spellStart"/>
            <w:r w:rsidRPr="007A0413">
              <w:rPr>
                <w:rFonts w:cs="Times New Roman"/>
                <w:sz w:val="24"/>
              </w:rPr>
              <w:t>toată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durata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campaniei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gramStart"/>
            <w:r w:rsidRPr="007A0413">
              <w:rPr>
                <w:rFonts w:cs="Times New Roman"/>
                <w:sz w:val="24"/>
              </w:rPr>
              <w:t>a</w:t>
            </w:r>
            <w:proofErr w:type="gram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evenimentului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140A6F4A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70088CE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lastRenderedPageBreak/>
              <w:t>11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A8D2BE9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Echipă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foto-video</w:t>
            </w:r>
          </w:p>
        </w:tc>
        <w:tc>
          <w:tcPr>
            <w:tcW w:w="45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4DA8B32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Documentare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integrală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livrarea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materialelor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F1AD92E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Pe </w:t>
            </w:r>
            <w:proofErr w:type="spellStart"/>
            <w:r w:rsidRPr="007A0413">
              <w:rPr>
                <w:rFonts w:cs="Times New Roman"/>
                <w:sz w:val="24"/>
              </w:rPr>
              <w:t>durata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celor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trei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zile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la </w:t>
            </w:r>
            <w:proofErr w:type="spellStart"/>
            <w:r w:rsidRPr="007A0413">
              <w:rPr>
                <w:rFonts w:cs="Times New Roman"/>
                <w:sz w:val="24"/>
              </w:rPr>
              <w:t>momentele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montaj</w:t>
            </w:r>
            <w:proofErr w:type="spellEnd"/>
            <w:r w:rsidRPr="007A0413">
              <w:rPr>
                <w:rFonts w:cs="Times New Roman"/>
                <w:sz w:val="24"/>
              </w:rPr>
              <w:t>/</w:t>
            </w:r>
            <w:proofErr w:type="spellStart"/>
            <w:r w:rsidRPr="007A0413">
              <w:rPr>
                <w:rFonts w:cs="Times New Roman"/>
                <w:sz w:val="24"/>
              </w:rPr>
              <w:t>deschidere</w:t>
            </w:r>
            <w:proofErr w:type="spellEnd"/>
            <w:r w:rsidRPr="007A0413">
              <w:rPr>
                <w:rFonts w:cs="Times New Roman"/>
                <w:sz w:val="24"/>
              </w:rPr>
              <w:t>/</w:t>
            </w:r>
            <w:proofErr w:type="spellStart"/>
            <w:r w:rsidRPr="007A0413">
              <w:rPr>
                <w:rFonts w:cs="Times New Roman"/>
                <w:sz w:val="24"/>
              </w:rPr>
              <w:t>închidere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relevante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534805B6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F5C187C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12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B244C80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Facilitatori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animatori</w:t>
            </w:r>
            <w:proofErr w:type="spellEnd"/>
          </w:p>
        </w:tc>
        <w:tc>
          <w:tcPr>
            <w:tcW w:w="45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A97A349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Ateliere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activități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pentru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copii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face-painting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supraveghere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6603117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Conform </w:t>
            </w:r>
            <w:proofErr w:type="spellStart"/>
            <w:r w:rsidRPr="007A0413">
              <w:rPr>
                <w:rFonts w:cs="Times New Roman"/>
                <w:sz w:val="24"/>
              </w:rPr>
              <w:t>programului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zilnic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33BC0C9F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D100677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13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AD4B38F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Personal </w:t>
            </w:r>
            <w:proofErr w:type="spellStart"/>
            <w:r w:rsidRPr="007A0413">
              <w:rPr>
                <w:rFonts w:cs="Times New Roman"/>
                <w:sz w:val="24"/>
              </w:rPr>
              <w:t>montaj</w:t>
            </w:r>
            <w:proofErr w:type="spellEnd"/>
            <w:r w:rsidRPr="007A0413">
              <w:rPr>
                <w:rFonts w:cs="Times New Roman"/>
                <w:sz w:val="24"/>
              </w:rPr>
              <w:t>/</w:t>
            </w:r>
            <w:proofErr w:type="spellStart"/>
            <w:r w:rsidRPr="007A0413">
              <w:rPr>
                <w:rFonts w:cs="Times New Roman"/>
                <w:sz w:val="24"/>
              </w:rPr>
              <w:t>demontaj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logistică</w:t>
            </w:r>
            <w:proofErr w:type="spellEnd"/>
          </w:p>
        </w:tc>
        <w:tc>
          <w:tcPr>
            <w:tcW w:w="45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CF954DC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Instalare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relocări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intervenții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dezafectare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4394294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În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număr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suficient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pentru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respectarea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termenelor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58A9B0BF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03CF5F8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14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DB50C80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Personal </w:t>
            </w:r>
            <w:proofErr w:type="spellStart"/>
            <w:r w:rsidRPr="007A0413">
              <w:rPr>
                <w:rFonts w:cs="Times New Roman"/>
                <w:sz w:val="24"/>
              </w:rPr>
              <w:t>curățenie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salubrizare</w:t>
            </w:r>
            <w:proofErr w:type="spellEnd"/>
          </w:p>
        </w:tc>
        <w:tc>
          <w:tcPr>
            <w:tcW w:w="45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5AD696F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Curățenie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continuă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toalete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deșeuri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ecologizare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8B2A67B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Permanent </w:t>
            </w:r>
            <w:proofErr w:type="spellStart"/>
            <w:r w:rsidRPr="007A0413">
              <w:rPr>
                <w:rFonts w:cs="Times New Roman"/>
                <w:sz w:val="24"/>
              </w:rPr>
              <w:t>în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perioada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cu public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la </w:t>
            </w:r>
            <w:proofErr w:type="spellStart"/>
            <w:r w:rsidRPr="007A0413">
              <w:rPr>
                <w:rFonts w:cs="Times New Roman"/>
                <w:sz w:val="24"/>
              </w:rPr>
              <w:t>închidere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4F81FC87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0EE7717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15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75B6FD1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Personal de </w:t>
            </w:r>
            <w:proofErr w:type="spellStart"/>
            <w:r w:rsidRPr="007A0413">
              <w:rPr>
                <w:rFonts w:cs="Times New Roman"/>
                <w:sz w:val="24"/>
              </w:rPr>
              <w:t>pază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medical</w:t>
            </w:r>
          </w:p>
        </w:tc>
        <w:tc>
          <w:tcPr>
            <w:tcW w:w="45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9DD832F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Conform </w:t>
            </w:r>
            <w:proofErr w:type="spellStart"/>
            <w:r w:rsidRPr="007A0413">
              <w:rPr>
                <w:rFonts w:cs="Times New Roman"/>
                <w:sz w:val="24"/>
              </w:rPr>
              <w:t>cerințelor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minime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planului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aprobat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1FE9AB5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Pe </w:t>
            </w:r>
            <w:proofErr w:type="spellStart"/>
            <w:r w:rsidRPr="007A0413">
              <w:rPr>
                <w:rFonts w:cs="Times New Roman"/>
                <w:sz w:val="24"/>
              </w:rPr>
              <w:t>întreaga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durată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a </w:t>
            </w:r>
            <w:proofErr w:type="spellStart"/>
            <w:r w:rsidRPr="007A0413">
              <w:rPr>
                <w:rFonts w:cs="Times New Roman"/>
                <w:sz w:val="24"/>
              </w:rPr>
              <w:t>programului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cu public.</w:t>
            </w:r>
          </w:p>
        </w:tc>
      </w:tr>
    </w:tbl>
    <w:p w14:paraId="48C19ABD" w14:textId="77777777" w:rsidR="00EE76A8" w:rsidRPr="007A0413" w:rsidRDefault="00EE76A8" w:rsidP="00EE76A8">
      <w:pPr>
        <w:rPr>
          <w:rFonts w:cs="Times New Roman"/>
          <w:sz w:val="24"/>
        </w:rPr>
      </w:pPr>
    </w:p>
    <w:p w14:paraId="465A1A61" w14:textId="77777777" w:rsidR="00EE76A8" w:rsidRPr="007A0413" w:rsidRDefault="00EE76A8" w:rsidP="00EE76A8">
      <w:pPr>
        <w:spacing w:line="259" w:lineRule="auto"/>
        <w:ind w:firstLine="369"/>
        <w:rPr>
          <w:rFonts w:cs="Times New Roman"/>
          <w:sz w:val="24"/>
        </w:rPr>
      </w:pPr>
      <w:proofErr w:type="spellStart"/>
      <w:r w:rsidRPr="007A0413">
        <w:rPr>
          <w:rFonts w:cs="Times New Roman"/>
          <w:sz w:val="24"/>
        </w:rPr>
        <w:t>Personalul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deține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calificările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atestările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autorizațiile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impuse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legislație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activitățile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desfășurate</w:t>
      </w:r>
      <w:proofErr w:type="spellEnd"/>
      <w:r w:rsidRPr="007A0413">
        <w:rPr>
          <w:rFonts w:cs="Times New Roman"/>
          <w:sz w:val="24"/>
        </w:rPr>
        <w:t xml:space="preserve">. </w:t>
      </w:r>
      <w:proofErr w:type="spellStart"/>
      <w:r w:rsidRPr="007A0413">
        <w:rPr>
          <w:rFonts w:cs="Times New Roman"/>
          <w:sz w:val="24"/>
        </w:rPr>
        <w:t>Prestatorul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asigura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înlocuitori</w:t>
      </w:r>
      <w:proofErr w:type="spellEnd"/>
      <w:r w:rsidRPr="007A0413">
        <w:rPr>
          <w:rFonts w:cs="Times New Roman"/>
          <w:sz w:val="24"/>
        </w:rPr>
        <w:t xml:space="preserve"> cu </w:t>
      </w:r>
      <w:proofErr w:type="spellStart"/>
      <w:r w:rsidRPr="007A0413">
        <w:rPr>
          <w:rFonts w:cs="Times New Roman"/>
          <w:sz w:val="24"/>
        </w:rPr>
        <w:t>nivel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profesional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echivalent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răspunde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conduita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instruirea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întregului</w:t>
      </w:r>
      <w:proofErr w:type="spellEnd"/>
      <w:r w:rsidRPr="007A0413">
        <w:rPr>
          <w:rFonts w:cs="Times New Roman"/>
          <w:sz w:val="24"/>
        </w:rPr>
        <w:t xml:space="preserve"> personal. </w:t>
      </w:r>
      <w:proofErr w:type="spellStart"/>
      <w:r w:rsidRPr="007A0413">
        <w:rPr>
          <w:rFonts w:cs="Times New Roman"/>
          <w:sz w:val="24"/>
        </w:rPr>
        <w:t>Autoritatea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contractantă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poate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solicita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înlocuirea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justificată</w:t>
      </w:r>
      <w:proofErr w:type="spellEnd"/>
      <w:r w:rsidRPr="007A0413">
        <w:rPr>
          <w:rFonts w:cs="Times New Roman"/>
          <w:sz w:val="24"/>
        </w:rPr>
        <w:t xml:space="preserve"> a </w:t>
      </w:r>
      <w:proofErr w:type="spellStart"/>
      <w:r w:rsidRPr="007A0413">
        <w:rPr>
          <w:rFonts w:cs="Times New Roman"/>
          <w:sz w:val="24"/>
        </w:rPr>
        <w:t>unei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persoane</w:t>
      </w:r>
      <w:proofErr w:type="spellEnd"/>
      <w:r w:rsidRPr="007A0413">
        <w:rPr>
          <w:rFonts w:cs="Times New Roman"/>
          <w:sz w:val="24"/>
        </w:rPr>
        <w:t xml:space="preserve"> care nu </w:t>
      </w:r>
      <w:proofErr w:type="spellStart"/>
      <w:r w:rsidRPr="007A0413">
        <w:rPr>
          <w:rFonts w:cs="Times New Roman"/>
          <w:sz w:val="24"/>
        </w:rPr>
        <w:t>își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îndeplinește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corespunzător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atribuțiile</w:t>
      </w:r>
      <w:proofErr w:type="spellEnd"/>
      <w:r w:rsidRPr="007A0413">
        <w:rPr>
          <w:rFonts w:cs="Times New Roman"/>
          <w:sz w:val="24"/>
        </w:rPr>
        <w:t>.</w:t>
      </w:r>
    </w:p>
    <w:p w14:paraId="09B2CD4A" w14:textId="77777777" w:rsidR="00EE76A8" w:rsidRPr="007A0413" w:rsidRDefault="00EE76A8" w:rsidP="00EE76A8">
      <w:pPr>
        <w:pStyle w:val="Titlu1"/>
        <w:rPr>
          <w:rFonts w:ascii="Times New Roman" w:hAnsi="Times New Roman" w:cs="Times New Roman"/>
          <w:color w:val="auto"/>
          <w:sz w:val="24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 w:val="24"/>
          <w:szCs w:val="24"/>
        </w:rPr>
        <w:t>8. AVIZE, AUTORIZAȚII, LICENȚE ȘI CONFORMITATE LEGALĂ</w:t>
      </w:r>
    </w:p>
    <w:p w14:paraId="2B7A3F64" w14:textId="77777777" w:rsidR="00EE76A8" w:rsidRPr="007A0413" w:rsidRDefault="00EE76A8" w:rsidP="00EE76A8">
      <w:pPr>
        <w:spacing w:line="259" w:lineRule="auto"/>
        <w:ind w:firstLine="369"/>
        <w:rPr>
          <w:rFonts w:cs="Times New Roman"/>
          <w:sz w:val="24"/>
        </w:rPr>
      </w:pPr>
      <w:proofErr w:type="spellStart"/>
      <w:r w:rsidRPr="007A0413">
        <w:rPr>
          <w:rFonts w:cs="Times New Roman"/>
          <w:sz w:val="24"/>
        </w:rPr>
        <w:t>Prestatorul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identifica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toate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avizele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autorizațiile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acordurile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notificările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documentele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conformitate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necesare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întocmi</w:t>
      </w:r>
      <w:proofErr w:type="spellEnd"/>
      <w:r w:rsidRPr="007A0413">
        <w:rPr>
          <w:rFonts w:cs="Times New Roman"/>
          <w:sz w:val="24"/>
        </w:rPr>
        <w:t xml:space="preserve"> o </w:t>
      </w:r>
      <w:proofErr w:type="spellStart"/>
      <w:r w:rsidRPr="007A0413">
        <w:rPr>
          <w:rFonts w:cs="Times New Roman"/>
          <w:sz w:val="24"/>
        </w:rPr>
        <w:t>matrice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responsabilități</w:t>
      </w:r>
      <w:proofErr w:type="spellEnd"/>
      <w:r w:rsidRPr="007A0413">
        <w:rPr>
          <w:rFonts w:cs="Times New Roman"/>
          <w:sz w:val="24"/>
        </w:rPr>
        <w:t xml:space="preserve">. </w:t>
      </w:r>
      <w:proofErr w:type="spellStart"/>
      <w:r w:rsidRPr="007A0413">
        <w:rPr>
          <w:rFonts w:cs="Times New Roman"/>
          <w:sz w:val="24"/>
        </w:rPr>
        <w:t>Acesta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obține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documentele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care </w:t>
      </w:r>
      <w:proofErr w:type="spellStart"/>
      <w:r w:rsidRPr="007A0413">
        <w:rPr>
          <w:rFonts w:cs="Times New Roman"/>
          <w:sz w:val="24"/>
        </w:rPr>
        <w:t>poate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avea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calitatea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legală</w:t>
      </w:r>
      <w:proofErr w:type="spellEnd"/>
      <w:r w:rsidRPr="007A0413">
        <w:rPr>
          <w:rFonts w:cs="Times New Roman"/>
          <w:sz w:val="24"/>
        </w:rPr>
        <w:t xml:space="preserve"> de solicitant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asigura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documentația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suportul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necesar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autorității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contractante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documentele</w:t>
      </w:r>
      <w:proofErr w:type="spellEnd"/>
      <w:r w:rsidRPr="007A0413">
        <w:rPr>
          <w:rFonts w:cs="Times New Roman"/>
          <w:sz w:val="24"/>
        </w:rPr>
        <w:t xml:space="preserve"> care pot fi solicitate </w:t>
      </w:r>
      <w:proofErr w:type="spellStart"/>
      <w:r w:rsidRPr="007A0413">
        <w:rPr>
          <w:rFonts w:cs="Times New Roman"/>
          <w:sz w:val="24"/>
        </w:rPr>
        <w:t>numai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aceasta</w:t>
      </w:r>
      <w:proofErr w:type="spellEnd"/>
      <w:r w:rsidRPr="007A0413">
        <w:rPr>
          <w:rFonts w:cs="Times New Roman"/>
          <w:sz w:val="24"/>
        </w:rPr>
        <w:t>.</w:t>
      </w:r>
    </w:p>
    <w:p w14:paraId="0BDE98F4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avize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autorizații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ocuparea</w:t>
      </w:r>
      <w:proofErr w:type="spellEnd"/>
      <w:r w:rsidRPr="007A0413">
        <w:rPr>
          <w:rFonts w:cs="Times New Roman"/>
          <w:sz w:val="24"/>
        </w:rPr>
        <w:t>/</w:t>
      </w:r>
      <w:proofErr w:type="spellStart"/>
      <w:r w:rsidRPr="007A0413">
        <w:rPr>
          <w:rFonts w:cs="Times New Roman"/>
          <w:sz w:val="24"/>
        </w:rPr>
        <w:t>amplasarea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temporară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organizarea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activităților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spațiul</w:t>
      </w:r>
      <w:proofErr w:type="spellEnd"/>
      <w:r w:rsidRPr="007A0413">
        <w:rPr>
          <w:rFonts w:cs="Times New Roman"/>
          <w:sz w:val="24"/>
        </w:rPr>
        <w:t xml:space="preserve"> public;</w:t>
      </w:r>
    </w:p>
    <w:p w14:paraId="759E6FE6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documente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măsuri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privind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securitatea</w:t>
      </w:r>
      <w:proofErr w:type="spellEnd"/>
      <w:r w:rsidRPr="007A0413">
        <w:rPr>
          <w:rFonts w:cs="Times New Roman"/>
          <w:sz w:val="24"/>
        </w:rPr>
        <w:t xml:space="preserve"> la </w:t>
      </w:r>
      <w:proofErr w:type="spellStart"/>
      <w:r w:rsidRPr="007A0413">
        <w:rPr>
          <w:rFonts w:cs="Times New Roman"/>
          <w:sz w:val="24"/>
        </w:rPr>
        <w:t>incendiu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sănătatea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securitatea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muncă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instalațiile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electrice</w:t>
      </w:r>
      <w:proofErr w:type="spellEnd"/>
      <w:r w:rsidRPr="007A0413">
        <w:rPr>
          <w:rFonts w:cs="Times New Roman"/>
          <w:sz w:val="24"/>
        </w:rPr>
        <w:t>;</w:t>
      </w:r>
    </w:p>
    <w:p w14:paraId="5A37D1A6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avize</w:t>
      </w:r>
      <w:proofErr w:type="spellEnd"/>
      <w:r w:rsidRPr="007A0413">
        <w:rPr>
          <w:rFonts w:cs="Times New Roman"/>
          <w:sz w:val="24"/>
        </w:rPr>
        <w:t>/</w:t>
      </w:r>
      <w:proofErr w:type="spellStart"/>
      <w:r w:rsidRPr="007A0413">
        <w:rPr>
          <w:rFonts w:cs="Times New Roman"/>
          <w:sz w:val="24"/>
        </w:rPr>
        <w:t>condiții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impuse</w:t>
      </w:r>
      <w:proofErr w:type="spellEnd"/>
      <w:r w:rsidRPr="007A0413">
        <w:rPr>
          <w:rFonts w:cs="Times New Roman"/>
          <w:sz w:val="24"/>
        </w:rPr>
        <w:t xml:space="preserve"> de ISU, DSP, DSVSA, </w:t>
      </w:r>
      <w:proofErr w:type="spellStart"/>
      <w:r w:rsidRPr="007A0413">
        <w:rPr>
          <w:rFonts w:cs="Times New Roman"/>
          <w:sz w:val="24"/>
        </w:rPr>
        <w:t>Poliția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Rutieră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Jandarmerie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Poliția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Locală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autoritățile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mediu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alte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instituții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competente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după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caz</w:t>
      </w:r>
      <w:proofErr w:type="spellEnd"/>
      <w:r w:rsidRPr="007A0413">
        <w:rPr>
          <w:rFonts w:cs="Times New Roman"/>
          <w:sz w:val="24"/>
        </w:rPr>
        <w:t>;</w:t>
      </w:r>
    </w:p>
    <w:p w14:paraId="2A72BA54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autorizații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licențe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pază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servicii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medicale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servicii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veterinare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salubrizare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operatorii</w:t>
      </w:r>
      <w:proofErr w:type="spellEnd"/>
      <w:r w:rsidRPr="007A0413">
        <w:rPr>
          <w:rFonts w:cs="Times New Roman"/>
          <w:sz w:val="24"/>
        </w:rPr>
        <w:t xml:space="preserve"> food-court;</w:t>
      </w:r>
    </w:p>
    <w:p w14:paraId="0E62E702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lastRenderedPageBreak/>
        <w:t xml:space="preserve">• </w:t>
      </w:r>
      <w:proofErr w:type="spellStart"/>
      <w:r w:rsidRPr="007A0413">
        <w:rPr>
          <w:rFonts w:cs="Times New Roman"/>
          <w:sz w:val="24"/>
        </w:rPr>
        <w:t>certificări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procese-verbale de </w:t>
      </w:r>
      <w:proofErr w:type="spellStart"/>
      <w:r w:rsidRPr="007A0413">
        <w:rPr>
          <w:rFonts w:cs="Times New Roman"/>
          <w:sz w:val="24"/>
        </w:rPr>
        <w:t>montaj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structurile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temporare</w:t>
      </w:r>
      <w:proofErr w:type="spellEnd"/>
      <w:r w:rsidRPr="007A0413">
        <w:rPr>
          <w:rFonts w:cs="Times New Roman"/>
          <w:sz w:val="24"/>
        </w:rPr>
        <w:t xml:space="preserve">, scena, </w:t>
      </w:r>
      <w:proofErr w:type="spellStart"/>
      <w:r w:rsidRPr="007A0413">
        <w:rPr>
          <w:rFonts w:cs="Times New Roman"/>
          <w:sz w:val="24"/>
        </w:rPr>
        <w:t>instalațiile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electrice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echipamentele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tehnice</w:t>
      </w:r>
      <w:proofErr w:type="spellEnd"/>
      <w:r w:rsidRPr="007A0413">
        <w:rPr>
          <w:rFonts w:cs="Times New Roman"/>
          <w:sz w:val="24"/>
        </w:rPr>
        <w:t>;</w:t>
      </w:r>
    </w:p>
    <w:p w14:paraId="0344FDF0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licențe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cesiuni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plăți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privind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drepturile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autor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drepturile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conexe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programul</w:t>
      </w:r>
      <w:proofErr w:type="spellEnd"/>
      <w:r w:rsidRPr="007A0413">
        <w:rPr>
          <w:rFonts w:cs="Times New Roman"/>
          <w:sz w:val="24"/>
        </w:rPr>
        <w:t xml:space="preserve"> artistic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materialele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produse</w:t>
      </w:r>
      <w:proofErr w:type="spellEnd"/>
      <w:r w:rsidRPr="007A0413">
        <w:rPr>
          <w:rFonts w:cs="Times New Roman"/>
          <w:sz w:val="24"/>
        </w:rPr>
        <w:t>;</w:t>
      </w:r>
    </w:p>
    <w:p w14:paraId="08CE9B3C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acorduri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privind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utilizarea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imaginii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protecția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datelor</w:t>
      </w:r>
      <w:proofErr w:type="spellEnd"/>
      <w:r w:rsidRPr="007A0413">
        <w:rPr>
          <w:rFonts w:cs="Times New Roman"/>
          <w:sz w:val="24"/>
        </w:rPr>
        <w:t xml:space="preserve"> cu </w:t>
      </w:r>
      <w:proofErr w:type="spellStart"/>
      <w:r w:rsidRPr="007A0413">
        <w:rPr>
          <w:rFonts w:cs="Times New Roman"/>
          <w:sz w:val="24"/>
        </w:rPr>
        <w:t>caracter</w:t>
      </w:r>
      <w:proofErr w:type="spellEnd"/>
      <w:r w:rsidRPr="007A0413">
        <w:rPr>
          <w:rFonts w:cs="Times New Roman"/>
          <w:sz w:val="24"/>
        </w:rPr>
        <w:t xml:space="preserve"> personal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fotografierea</w:t>
      </w:r>
      <w:proofErr w:type="spellEnd"/>
      <w:r w:rsidRPr="007A0413">
        <w:rPr>
          <w:rFonts w:cs="Times New Roman"/>
          <w:sz w:val="24"/>
        </w:rPr>
        <w:t>/</w:t>
      </w:r>
      <w:proofErr w:type="spellStart"/>
      <w:r w:rsidRPr="007A0413">
        <w:rPr>
          <w:rFonts w:cs="Times New Roman"/>
          <w:sz w:val="24"/>
        </w:rPr>
        <w:t>filmarea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minorilor</w:t>
      </w:r>
      <w:proofErr w:type="spellEnd"/>
      <w:r w:rsidRPr="007A0413">
        <w:rPr>
          <w:rFonts w:cs="Times New Roman"/>
          <w:sz w:val="24"/>
        </w:rPr>
        <w:t>;</w:t>
      </w:r>
    </w:p>
    <w:p w14:paraId="7926055E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documente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privind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asigurarea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răspundere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civilă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riscurile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evenimentului</w:t>
      </w:r>
      <w:proofErr w:type="spellEnd"/>
      <w:r w:rsidRPr="007A0413">
        <w:rPr>
          <w:rFonts w:cs="Times New Roman"/>
          <w:sz w:val="24"/>
        </w:rPr>
        <w:t>;</w:t>
      </w:r>
    </w:p>
    <w:p w14:paraId="42A8DD4D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regulament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participare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organizații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operatori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regulament</w:t>
      </w:r>
      <w:proofErr w:type="spellEnd"/>
      <w:r w:rsidRPr="007A0413">
        <w:rPr>
          <w:rFonts w:cs="Times New Roman"/>
          <w:sz w:val="24"/>
        </w:rPr>
        <w:t xml:space="preserve"> intern de </w:t>
      </w:r>
      <w:proofErr w:type="spellStart"/>
      <w:r w:rsidRPr="007A0413">
        <w:rPr>
          <w:rFonts w:cs="Times New Roman"/>
          <w:sz w:val="24"/>
        </w:rPr>
        <w:t>funcționare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gramStart"/>
      <w:r w:rsidRPr="007A0413">
        <w:rPr>
          <w:rFonts w:cs="Times New Roman"/>
          <w:sz w:val="24"/>
        </w:rPr>
        <w:t>a</w:t>
      </w:r>
      <w:proofErr w:type="gram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evenimentului</w:t>
      </w:r>
      <w:proofErr w:type="spellEnd"/>
      <w:r w:rsidRPr="007A0413">
        <w:rPr>
          <w:rFonts w:cs="Times New Roman"/>
          <w:sz w:val="24"/>
        </w:rPr>
        <w:t>.</w:t>
      </w:r>
    </w:p>
    <w:p w14:paraId="633EAEC2" w14:textId="77777777" w:rsidR="00EE76A8" w:rsidRPr="007A0413" w:rsidRDefault="00EE76A8" w:rsidP="00EE76A8">
      <w:pPr>
        <w:spacing w:line="259" w:lineRule="auto"/>
        <w:ind w:firstLine="369"/>
        <w:rPr>
          <w:rFonts w:cs="Times New Roman"/>
          <w:sz w:val="24"/>
        </w:rPr>
      </w:pPr>
      <w:proofErr w:type="spellStart"/>
      <w:r w:rsidRPr="007A0413">
        <w:rPr>
          <w:rFonts w:cs="Times New Roman"/>
          <w:sz w:val="24"/>
        </w:rPr>
        <w:t>Prestatorul</w:t>
      </w:r>
      <w:proofErr w:type="spellEnd"/>
      <w:r w:rsidRPr="007A0413">
        <w:rPr>
          <w:rFonts w:cs="Times New Roman"/>
          <w:sz w:val="24"/>
        </w:rPr>
        <w:t xml:space="preserve"> nu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începe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montajul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nu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desfășura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activități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care </w:t>
      </w:r>
      <w:proofErr w:type="spellStart"/>
      <w:r w:rsidRPr="007A0413">
        <w:rPr>
          <w:rFonts w:cs="Times New Roman"/>
          <w:sz w:val="24"/>
        </w:rPr>
        <w:t>lipsesc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documentele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obligatorii</w:t>
      </w:r>
      <w:proofErr w:type="spellEnd"/>
      <w:r w:rsidRPr="007A0413">
        <w:rPr>
          <w:rFonts w:cs="Times New Roman"/>
          <w:sz w:val="24"/>
        </w:rPr>
        <w:t xml:space="preserve">. </w:t>
      </w:r>
      <w:proofErr w:type="spellStart"/>
      <w:r w:rsidRPr="007A0413">
        <w:rPr>
          <w:rFonts w:cs="Times New Roman"/>
          <w:sz w:val="24"/>
        </w:rPr>
        <w:t>Costurile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aferente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obligațiilor</w:t>
      </w:r>
      <w:proofErr w:type="spellEnd"/>
      <w:r w:rsidRPr="007A0413">
        <w:rPr>
          <w:rFonts w:cs="Times New Roman"/>
          <w:sz w:val="24"/>
        </w:rPr>
        <w:t xml:space="preserve"> care </w:t>
      </w:r>
      <w:proofErr w:type="spellStart"/>
      <w:r w:rsidRPr="007A0413">
        <w:rPr>
          <w:rFonts w:cs="Times New Roman"/>
          <w:sz w:val="24"/>
        </w:rPr>
        <w:t>revin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prestatorului</w:t>
      </w:r>
      <w:proofErr w:type="spellEnd"/>
      <w:r w:rsidRPr="007A0413">
        <w:rPr>
          <w:rFonts w:cs="Times New Roman"/>
          <w:sz w:val="24"/>
        </w:rPr>
        <w:t xml:space="preserve"> sunt </w:t>
      </w:r>
      <w:proofErr w:type="spellStart"/>
      <w:r w:rsidRPr="007A0413">
        <w:rPr>
          <w:rFonts w:cs="Times New Roman"/>
          <w:sz w:val="24"/>
        </w:rPr>
        <w:t>incluse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prețul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contractului</w:t>
      </w:r>
      <w:proofErr w:type="spellEnd"/>
      <w:r w:rsidRPr="007A0413">
        <w:rPr>
          <w:rFonts w:cs="Times New Roman"/>
          <w:sz w:val="24"/>
        </w:rPr>
        <w:t>.</w:t>
      </w:r>
    </w:p>
    <w:p w14:paraId="76C335DE" w14:textId="77777777" w:rsidR="00EE76A8" w:rsidRPr="007A0413" w:rsidRDefault="00EE76A8" w:rsidP="00EE76A8">
      <w:pPr>
        <w:pStyle w:val="Titlu1"/>
        <w:rPr>
          <w:rFonts w:ascii="Times New Roman" w:hAnsi="Times New Roman" w:cs="Times New Roman"/>
          <w:color w:val="auto"/>
          <w:sz w:val="24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 w:val="24"/>
          <w:szCs w:val="24"/>
        </w:rPr>
        <w:t>9. LIVRABILE, DOCUMENTE ȘI RAPORTARE</w:t>
      </w:r>
    </w:p>
    <w:tbl>
      <w:tblPr>
        <w:tblW w:w="9524" w:type="dxa"/>
        <w:jc w:val="center"/>
        <w:tblBorders>
          <w:top w:val="single" w:sz="5" w:space="0" w:color="8EA9C1"/>
          <w:left w:val="single" w:sz="5" w:space="0" w:color="8EA9C1"/>
          <w:bottom w:val="single" w:sz="5" w:space="0" w:color="8EA9C1"/>
          <w:right w:val="single" w:sz="5" w:space="0" w:color="8EA9C1"/>
          <w:insideH w:val="single" w:sz="5" w:space="0" w:color="8EA9C1"/>
          <w:insideV w:val="single" w:sz="5" w:space="0" w:color="8EA9C1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551"/>
        <w:gridCol w:w="4535"/>
        <w:gridCol w:w="1984"/>
      </w:tblGrid>
      <w:tr w:rsidR="00EE76A8" w:rsidRPr="007A0413" w14:paraId="54D2BCC7" w14:textId="77777777" w:rsidTr="007E0AAE">
        <w:trPr>
          <w:cantSplit/>
          <w:tblHeader/>
          <w:jc w:val="center"/>
        </w:trPr>
        <w:tc>
          <w:tcPr>
            <w:tcW w:w="45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F68D58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Nr.</w:t>
            </w:r>
          </w:p>
        </w:tc>
        <w:tc>
          <w:tcPr>
            <w:tcW w:w="255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2994102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b/>
                <w:sz w:val="24"/>
              </w:rPr>
              <w:t>Livrabil</w:t>
            </w:r>
            <w:proofErr w:type="spellEnd"/>
          </w:p>
        </w:tc>
        <w:tc>
          <w:tcPr>
            <w:tcW w:w="453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5FD3FA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b/>
                <w:sz w:val="24"/>
              </w:rPr>
              <w:t>Conținut</w:t>
            </w:r>
            <w:proofErr w:type="spellEnd"/>
            <w:r w:rsidRPr="007A0413">
              <w:rPr>
                <w:rFonts w:cs="Times New Roman"/>
                <w:b/>
                <w:sz w:val="24"/>
              </w:rPr>
              <w:t xml:space="preserve"> minim</w:t>
            </w:r>
          </w:p>
        </w:tc>
        <w:tc>
          <w:tcPr>
            <w:tcW w:w="19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353E706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Termen</w:t>
            </w:r>
          </w:p>
        </w:tc>
      </w:tr>
      <w:tr w:rsidR="00EE76A8" w:rsidRPr="007A0413" w14:paraId="230DE576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3A0F1D7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1</w:t>
            </w:r>
          </w:p>
        </w:tc>
        <w:tc>
          <w:tcPr>
            <w:tcW w:w="255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06A8CE3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Plan de </w:t>
            </w:r>
            <w:proofErr w:type="spellStart"/>
            <w:r w:rsidRPr="007A0413">
              <w:rPr>
                <w:rFonts w:cs="Times New Roman"/>
                <w:sz w:val="24"/>
              </w:rPr>
              <w:t>proiect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grafic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implementare</w:t>
            </w:r>
            <w:proofErr w:type="spellEnd"/>
          </w:p>
        </w:tc>
        <w:tc>
          <w:tcPr>
            <w:tcW w:w="45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2ABBAC1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Etape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responsabilități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dependențe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calendar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modalitate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raportare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  <w:tc>
          <w:tcPr>
            <w:tcW w:w="198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128533C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Max. 5 </w:t>
            </w:r>
            <w:proofErr w:type="spellStart"/>
            <w:r w:rsidRPr="007A0413">
              <w:rPr>
                <w:rFonts w:cs="Times New Roman"/>
                <w:sz w:val="24"/>
              </w:rPr>
              <w:t>zile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lucrătoare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la </w:t>
            </w:r>
            <w:proofErr w:type="spellStart"/>
            <w:r w:rsidRPr="007A0413">
              <w:rPr>
                <w:rFonts w:cs="Times New Roman"/>
                <w:sz w:val="24"/>
              </w:rPr>
              <w:t>ordinul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începere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07E29559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728B057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2</w:t>
            </w:r>
          </w:p>
        </w:tc>
        <w:tc>
          <w:tcPr>
            <w:tcW w:w="255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F01D698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Concept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plan de </w:t>
            </w:r>
            <w:proofErr w:type="spellStart"/>
            <w:r w:rsidRPr="007A0413">
              <w:rPr>
                <w:rFonts w:cs="Times New Roman"/>
                <w:sz w:val="24"/>
              </w:rPr>
              <w:t>amplasament</w:t>
            </w:r>
            <w:proofErr w:type="spellEnd"/>
          </w:p>
        </w:tc>
        <w:tc>
          <w:tcPr>
            <w:tcW w:w="45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49248A8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Zonare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fluxuri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dimensiuni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utilități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căi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evacuare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semnalistică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accesibilitate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  <w:tc>
          <w:tcPr>
            <w:tcW w:w="198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AFA1ACB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T–30 </w:t>
            </w:r>
            <w:proofErr w:type="spellStart"/>
            <w:r w:rsidRPr="007A0413">
              <w:rPr>
                <w:rFonts w:cs="Times New Roman"/>
                <w:sz w:val="24"/>
              </w:rPr>
              <w:t>zile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487B8280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A882245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3</w:t>
            </w:r>
          </w:p>
        </w:tc>
        <w:tc>
          <w:tcPr>
            <w:tcW w:w="255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397679D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Program artistic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operațional</w:t>
            </w:r>
            <w:proofErr w:type="spellEnd"/>
          </w:p>
        </w:tc>
        <w:tc>
          <w:tcPr>
            <w:tcW w:w="45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26ED4DE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Running order pe </w:t>
            </w:r>
            <w:proofErr w:type="spellStart"/>
            <w:r w:rsidRPr="007A0413">
              <w:rPr>
                <w:rFonts w:cs="Times New Roman"/>
                <w:sz w:val="24"/>
              </w:rPr>
              <w:t>zile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artiști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invitați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activități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repetiții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responsabili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  <w:tc>
          <w:tcPr>
            <w:tcW w:w="198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0E9129A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Final: minimum T–15 </w:t>
            </w:r>
            <w:proofErr w:type="spellStart"/>
            <w:r w:rsidRPr="007A0413">
              <w:rPr>
                <w:rFonts w:cs="Times New Roman"/>
                <w:sz w:val="24"/>
              </w:rPr>
              <w:t>zile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085ED5B6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54A3933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4</w:t>
            </w:r>
          </w:p>
        </w:tc>
        <w:tc>
          <w:tcPr>
            <w:tcW w:w="255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B81250E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Plan de </w:t>
            </w:r>
            <w:proofErr w:type="spellStart"/>
            <w:r w:rsidRPr="007A0413">
              <w:rPr>
                <w:rFonts w:cs="Times New Roman"/>
                <w:sz w:val="24"/>
              </w:rPr>
              <w:t>promovare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identitate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vizuală</w:t>
            </w:r>
            <w:proofErr w:type="spellEnd"/>
          </w:p>
        </w:tc>
        <w:tc>
          <w:tcPr>
            <w:tcW w:w="45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4776786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Canale, calendar, machete, plan media, </w:t>
            </w:r>
            <w:proofErr w:type="spellStart"/>
            <w:r w:rsidRPr="007A0413">
              <w:rPr>
                <w:rFonts w:cs="Times New Roman"/>
                <w:sz w:val="24"/>
              </w:rPr>
              <w:t>materiale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tipărite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indicatori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  <w:tc>
          <w:tcPr>
            <w:tcW w:w="198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3CB468F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Preliminar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T–25; final conform </w:t>
            </w:r>
            <w:proofErr w:type="spellStart"/>
            <w:r w:rsidRPr="007A0413">
              <w:rPr>
                <w:rFonts w:cs="Times New Roman"/>
                <w:sz w:val="24"/>
              </w:rPr>
              <w:t>aprobărilor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7E01EF27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93960F6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5</w:t>
            </w:r>
          </w:p>
        </w:tc>
        <w:tc>
          <w:tcPr>
            <w:tcW w:w="255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9499FE5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Proiect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tehnic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eveniment</w:t>
            </w:r>
            <w:proofErr w:type="spellEnd"/>
          </w:p>
        </w:tc>
        <w:tc>
          <w:tcPr>
            <w:tcW w:w="45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8880EEC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Scenă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sunet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lumini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LED, </w:t>
            </w:r>
            <w:proofErr w:type="spellStart"/>
            <w:r w:rsidRPr="007A0413">
              <w:rPr>
                <w:rFonts w:cs="Times New Roman"/>
                <w:sz w:val="24"/>
              </w:rPr>
              <w:t>energie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cabluri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calcule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structuri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măsuri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rezervă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  <w:tc>
          <w:tcPr>
            <w:tcW w:w="198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6B161CE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Minimum T–10 </w:t>
            </w:r>
            <w:proofErr w:type="spellStart"/>
            <w:r w:rsidRPr="007A0413">
              <w:rPr>
                <w:rFonts w:cs="Times New Roman"/>
                <w:sz w:val="24"/>
              </w:rPr>
              <w:t>zile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46BEC540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B40AAC6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6</w:t>
            </w:r>
          </w:p>
        </w:tc>
        <w:tc>
          <w:tcPr>
            <w:tcW w:w="255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AE42E4A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Plan de </w:t>
            </w:r>
            <w:proofErr w:type="spellStart"/>
            <w:r w:rsidRPr="007A0413">
              <w:rPr>
                <w:rFonts w:cs="Times New Roman"/>
                <w:sz w:val="24"/>
              </w:rPr>
              <w:t>securitate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intervenție</w:t>
            </w:r>
            <w:proofErr w:type="spellEnd"/>
          </w:p>
        </w:tc>
        <w:tc>
          <w:tcPr>
            <w:tcW w:w="45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ED0CE35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Pază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medical, </w:t>
            </w:r>
            <w:proofErr w:type="spellStart"/>
            <w:r w:rsidRPr="007A0413">
              <w:rPr>
                <w:rFonts w:cs="Times New Roman"/>
                <w:sz w:val="24"/>
              </w:rPr>
              <w:t>veterinar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PSI, </w:t>
            </w:r>
            <w:proofErr w:type="spellStart"/>
            <w:r w:rsidRPr="007A0413">
              <w:rPr>
                <w:rFonts w:cs="Times New Roman"/>
                <w:sz w:val="24"/>
              </w:rPr>
              <w:t>evacuare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vreme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severă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incidente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contacte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  <w:tc>
          <w:tcPr>
            <w:tcW w:w="198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B83B4E0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Minimum T–10 </w:t>
            </w:r>
            <w:proofErr w:type="spellStart"/>
            <w:r w:rsidRPr="007A0413">
              <w:rPr>
                <w:rFonts w:cs="Times New Roman"/>
                <w:sz w:val="24"/>
              </w:rPr>
              <w:t>zile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2D6F6C84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FA1F3DB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7</w:t>
            </w:r>
          </w:p>
        </w:tc>
        <w:tc>
          <w:tcPr>
            <w:tcW w:w="255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314D69A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Dosar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avize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conformitate</w:t>
            </w:r>
            <w:proofErr w:type="spellEnd"/>
          </w:p>
        </w:tc>
        <w:tc>
          <w:tcPr>
            <w:tcW w:w="45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17994B4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Avize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autorizații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atestări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polițe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certificări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liste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personal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subcontractanți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  <w:tc>
          <w:tcPr>
            <w:tcW w:w="198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04AB786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Minimum T–5 </w:t>
            </w:r>
            <w:proofErr w:type="spellStart"/>
            <w:r w:rsidRPr="007A0413">
              <w:rPr>
                <w:rFonts w:cs="Times New Roman"/>
                <w:sz w:val="24"/>
              </w:rPr>
              <w:t>zile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actualizat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până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la </w:t>
            </w:r>
            <w:proofErr w:type="spellStart"/>
            <w:r w:rsidRPr="007A0413">
              <w:rPr>
                <w:rFonts w:cs="Times New Roman"/>
                <w:sz w:val="24"/>
              </w:rPr>
              <w:t>deschidere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0C5EC578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6A2DFD1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lastRenderedPageBreak/>
              <w:t>8</w:t>
            </w:r>
          </w:p>
        </w:tc>
        <w:tc>
          <w:tcPr>
            <w:tcW w:w="255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17122ED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Procese-verbale de </w:t>
            </w:r>
            <w:proofErr w:type="spellStart"/>
            <w:r w:rsidRPr="007A0413">
              <w:rPr>
                <w:rFonts w:cs="Times New Roman"/>
                <w:sz w:val="24"/>
              </w:rPr>
              <w:t>montaj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probe</w:t>
            </w:r>
          </w:p>
        </w:tc>
        <w:tc>
          <w:tcPr>
            <w:tcW w:w="45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C55BB4E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Verificări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structuri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energie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sunet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lumini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LED, </w:t>
            </w:r>
            <w:proofErr w:type="spellStart"/>
            <w:r w:rsidRPr="007A0413">
              <w:rPr>
                <w:rFonts w:cs="Times New Roman"/>
                <w:sz w:val="24"/>
              </w:rPr>
              <w:t>delimitări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toalete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semnalistică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  <w:tc>
          <w:tcPr>
            <w:tcW w:w="198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FFF9E09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Până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la 24.09.2026, ora 20:00.</w:t>
            </w:r>
          </w:p>
        </w:tc>
      </w:tr>
      <w:tr w:rsidR="00EE76A8" w:rsidRPr="007A0413" w14:paraId="6983D3E8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ACA4C5C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9</w:t>
            </w:r>
          </w:p>
        </w:tc>
        <w:tc>
          <w:tcPr>
            <w:tcW w:w="255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DE02F01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Raport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operativ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zilnic</w:t>
            </w:r>
            <w:proofErr w:type="spellEnd"/>
          </w:p>
        </w:tc>
        <w:tc>
          <w:tcPr>
            <w:tcW w:w="45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C77FB14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Program </w:t>
            </w:r>
            <w:proofErr w:type="spellStart"/>
            <w:r w:rsidRPr="007A0413">
              <w:rPr>
                <w:rFonts w:cs="Times New Roman"/>
                <w:sz w:val="24"/>
              </w:rPr>
              <w:t>realizat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participare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estimată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incidente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măsuri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situația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adopțiilor</w:t>
            </w:r>
            <w:proofErr w:type="spellEnd"/>
            <w:r w:rsidRPr="007A0413">
              <w:rPr>
                <w:rFonts w:cs="Times New Roman"/>
                <w:sz w:val="24"/>
              </w:rPr>
              <w:t>/</w:t>
            </w:r>
            <w:proofErr w:type="spellStart"/>
            <w:r w:rsidRPr="007A0413">
              <w:rPr>
                <w:rFonts w:cs="Times New Roman"/>
                <w:sz w:val="24"/>
              </w:rPr>
              <w:t>solicitărilor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  <w:tc>
          <w:tcPr>
            <w:tcW w:w="198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1E7ED34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La </w:t>
            </w:r>
            <w:proofErr w:type="spellStart"/>
            <w:r w:rsidRPr="007A0413">
              <w:rPr>
                <w:rFonts w:cs="Times New Roman"/>
                <w:sz w:val="24"/>
              </w:rPr>
              <w:t>finalul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fiecărei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zile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sau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până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a </w:t>
            </w:r>
            <w:proofErr w:type="spellStart"/>
            <w:r w:rsidRPr="007A0413">
              <w:rPr>
                <w:rFonts w:cs="Times New Roman"/>
                <w:sz w:val="24"/>
              </w:rPr>
              <w:t>doua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zi la ora 10:00.</w:t>
            </w:r>
          </w:p>
        </w:tc>
      </w:tr>
      <w:tr w:rsidR="00EE76A8" w:rsidRPr="007A0413" w14:paraId="7A595EE9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1655A67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10</w:t>
            </w:r>
          </w:p>
        </w:tc>
        <w:tc>
          <w:tcPr>
            <w:tcW w:w="255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849E335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Raport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final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arhivă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electronică</w:t>
            </w:r>
            <w:proofErr w:type="spellEnd"/>
          </w:p>
        </w:tc>
        <w:tc>
          <w:tcPr>
            <w:tcW w:w="45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59E2E2A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Activități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participanți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organizații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adopții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indicatori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media, </w:t>
            </w:r>
            <w:proofErr w:type="spellStart"/>
            <w:r w:rsidRPr="007A0413">
              <w:rPr>
                <w:rFonts w:cs="Times New Roman"/>
                <w:sz w:val="24"/>
              </w:rPr>
              <w:t>fotografii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video, </w:t>
            </w:r>
            <w:proofErr w:type="spellStart"/>
            <w:r w:rsidRPr="007A0413">
              <w:rPr>
                <w:rFonts w:cs="Times New Roman"/>
                <w:sz w:val="24"/>
              </w:rPr>
              <w:t>incidente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concluzii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recomandări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  <w:tc>
          <w:tcPr>
            <w:tcW w:w="198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05DD24C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Max. 15 </w:t>
            </w:r>
            <w:proofErr w:type="spellStart"/>
            <w:r w:rsidRPr="007A0413">
              <w:rPr>
                <w:rFonts w:cs="Times New Roman"/>
                <w:sz w:val="24"/>
              </w:rPr>
              <w:t>zile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lucrătoare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la </w:t>
            </w:r>
            <w:proofErr w:type="spellStart"/>
            <w:r w:rsidRPr="007A0413">
              <w:rPr>
                <w:rFonts w:cs="Times New Roman"/>
                <w:sz w:val="24"/>
              </w:rPr>
              <w:t>finalizare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</w:tbl>
    <w:p w14:paraId="519AFE6A" w14:textId="77777777" w:rsidR="00EE76A8" w:rsidRPr="007A0413" w:rsidRDefault="00EE76A8" w:rsidP="00EE76A8">
      <w:pPr>
        <w:rPr>
          <w:rFonts w:cs="Times New Roman"/>
          <w:sz w:val="24"/>
        </w:rPr>
      </w:pPr>
    </w:p>
    <w:p w14:paraId="421F0665" w14:textId="77777777" w:rsidR="00EE76A8" w:rsidRPr="007A0413" w:rsidRDefault="00EE76A8" w:rsidP="00EE76A8">
      <w:pPr>
        <w:pStyle w:val="Titlu2"/>
        <w:rPr>
          <w:rFonts w:ascii="Times New Roman" w:hAnsi="Times New Roman" w:cs="Times New Roman"/>
          <w:color w:val="auto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9.1.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Conținutul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raportului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final</w:t>
      </w:r>
    </w:p>
    <w:p w14:paraId="3B451B05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descrierea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activităților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desfășurate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gradul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realizare</w:t>
      </w:r>
      <w:proofErr w:type="spellEnd"/>
      <w:r w:rsidRPr="007A0413">
        <w:rPr>
          <w:rFonts w:cs="Times New Roman"/>
          <w:sz w:val="24"/>
        </w:rPr>
        <w:t xml:space="preserve"> a </w:t>
      </w:r>
      <w:proofErr w:type="spellStart"/>
      <w:r w:rsidRPr="007A0413">
        <w:rPr>
          <w:rFonts w:cs="Times New Roman"/>
          <w:sz w:val="24"/>
        </w:rPr>
        <w:t>programului</w:t>
      </w:r>
      <w:proofErr w:type="spellEnd"/>
      <w:r w:rsidRPr="007A0413">
        <w:rPr>
          <w:rFonts w:cs="Times New Roman"/>
          <w:sz w:val="24"/>
        </w:rPr>
        <w:t>;</w:t>
      </w:r>
    </w:p>
    <w:p w14:paraId="652A6FD9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numărul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estimat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participanți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metodologia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estimare</w:t>
      </w:r>
      <w:proofErr w:type="spellEnd"/>
      <w:r w:rsidRPr="007A0413">
        <w:rPr>
          <w:rFonts w:cs="Times New Roman"/>
          <w:sz w:val="24"/>
        </w:rPr>
        <w:t>;</w:t>
      </w:r>
    </w:p>
    <w:p w14:paraId="2811BA4A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lista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organizațiilor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instituțiilor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partenerilor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operatorilor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participanți</w:t>
      </w:r>
      <w:proofErr w:type="spellEnd"/>
      <w:r w:rsidRPr="007A0413">
        <w:rPr>
          <w:rFonts w:cs="Times New Roman"/>
          <w:sz w:val="24"/>
        </w:rPr>
        <w:t>;</w:t>
      </w:r>
    </w:p>
    <w:p w14:paraId="4B247649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numărul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animale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prezentate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adopții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finalizate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cereri</w:t>
      </w:r>
      <w:proofErr w:type="spellEnd"/>
      <w:r w:rsidRPr="007A0413">
        <w:rPr>
          <w:rFonts w:cs="Times New Roman"/>
          <w:sz w:val="24"/>
        </w:rPr>
        <w:t>/</w:t>
      </w:r>
      <w:proofErr w:type="spellStart"/>
      <w:r w:rsidRPr="007A0413">
        <w:rPr>
          <w:rFonts w:cs="Times New Roman"/>
          <w:sz w:val="24"/>
        </w:rPr>
        <w:t>intenții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adopție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situații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consiliere</w:t>
      </w:r>
      <w:proofErr w:type="spellEnd"/>
      <w:r w:rsidRPr="007A0413">
        <w:rPr>
          <w:rFonts w:cs="Times New Roman"/>
          <w:sz w:val="24"/>
        </w:rPr>
        <w:t>;</w:t>
      </w:r>
    </w:p>
    <w:p w14:paraId="50DA9A59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activitățile</w:t>
      </w:r>
      <w:proofErr w:type="spellEnd"/>
      <w:r w:rsidRPr="007A0413">
        <w:rPr>
          <w:rFonts w:cs="Times New Roman"/>
          <w:sz w:val="24"/>
        </w:rPr>
        <w:t xml:space="preserve"> educative, </w:t>
      </w:r>
      <w:proofErr w:type="spellStart"/>
      <w:r w:rsidRPr="007A0413">
        <w:rPr>
          <w:rFonts w:cs="Times New Roman"/>
          <w:sz w:val="24"/>
        </w:rPr>
        <w:t>demonstrațiile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concursurile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premiile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acordate</w:t>
      </w:r>
      <w:proofErr w:type="spellEnd"/>
      <w:r w:rsidRPr="007A0413">
        <w:rPr>
          <w:rFonts w:cs="Times New Roman"/>
          <w:sz w:val="24"/>
        </w:rPr>
        <w:t>;</w:t>
      </w:r>
    </w:p>
    <w:p w14:paraId="6D601B46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programul</w:t>
      </w:r>
      <w:proofErr w:type="spellEnd"/>
      <w:r w:rsidRPr="007A0413">
        <w:rPr>
          <w:rFonts w:cs="Times New Roman"/>
          <w:sz w:val="24"/>
        </w:rPr>
        <w:t xml:space="preserve"> artistic </w:t>
      </w:r>
      <w:proofErr w:type="spellStart"/>
      <w:r w:rsidRPr="007A0413">
        <w:rPr>
          <w:rFonts w:cs="Times New Roman"/>
          <w:sz w:val="24"/>
        </w:rPr>
        <w:t>realizat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eventualele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modificări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aprobate</w:t>
      </w:r>
      <w:proofErr w:type="spellEnd"/>
      <w:r w:rsidRPr="007A0413">
        <w:rPr>
          <w:rFonts w:cs="Times New Roman"/>
          <w:sz w:val="24"/>
        </w:rPr>
        <w:t>;</w:t>
      </w:r>
    </w:p>
    <w:p w14:paraId="1B034F8F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indicatorii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campaniei</w:t>
      </w:r>
      <w:proofErr w:type="spellEnd"/>
      <w:r w:rsidRPr="007A0413">
        <w:rPr>
          <w:rFonts w:cs="Times New Roman"/>
          <w:sz w:val="24"/>
        </w:rPr>
        <w:t xml:space="preserve"> media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social media, </w:t>
      </w:r>
      <w:proofErr w:type="spellStart"/>
      <w:r w:rsidRPr="007A0413">
        <w:rPr>
          <w:rFonts w:cs="Times New Roman"/>
          <w:sz w:val="24"/>
        </w:rPr>
        <w:t>distribuția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materialelor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aparițiile</w:t>
      </w:r>
      <w:proofErr w:type="spellEnd"/>
      <w:r w:rsidRPr="007A0413">
        <w:rPr>
          <w:rFonts w:cs="Times New Roman"/>
          <w:sz w:val="24"/>
        </w:rPr>
        <w:t xml:space="preserve"> media;</w:t>
      </w:r>
    </w:p>
    <w:p w14:paraId="690FCFA1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galerie</w:t>
      </w:r>
      <w:proofErr w:type="spellEnd"/>
      <w:r w:rsidRPr="007A0413">
        <w:rPr>
          <w:rFonts w:cs="Times New Roman"/>
          <w:sz w:val="24"/>
        </w:rPr>
        <w:t xml:space="preserve"> foto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format electronic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materialele</w:t>
      </w:r>
      <w:proofErr w:type="spellEnd"/>
      <w:r w:rsidRPr="007A0413">
        <w:rPr>
          <w:rFonts w:cs="Times New Roman"/>
          <w:sz w:val="24"/>
        </w:rPr>
        <w:t xml:space="preserve"> video finale;</w:t>
      </w:r>
    </w:p>
    <w:p w14:paraId="1E9D338C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situația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incidentelor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neconformităților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măsurilor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corective</w:t>
      </w:r>
      <w:proofErr w:type="spellEnd"/>
      <w:r w:rsidRPr="007A0413">
        <w:rPr>
          <w:rFonts w:cs="Times New Roman"/>
          <w:sz w:val="24"/>
        </w:rPr>
        <w:t>;</w:t>
      </w:r>
    </w:p>
    <w:p w14:paraId="0FCF5675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situația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deșeurilor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confirmarea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ecologizării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amplasamentului</w:t>
      </w:r>
      <w:proofErr w:type="spellEnd"/>
      <w:r w:rsidRPr="007A0413">
        <w:rPr>
          <w:rFonts w:cs="Times New Roman"/>
          <w:sz w:val="24"/>
        </w:rPr>
        <w:t>;</w:t>
      </w:r>
    </w:p>
    <w:p w14:paraId="20347CC1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concluzii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lecții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învățate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recomandări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ediții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viitoare</w:t>
      </w:r>
      <w:proofErr w:type="spellEnd"/>
      <w:r w:rsidRPr="007A0413">
        <w:rPr>
          <w:rFonts w:cs="Times New Roman"/>
          <w:sz w:val="24"/>
        </w:rPr>
        <w:t>.</w:t>
      </w:r>
    </w:p>
    <w:p w14:paraId="18A2BF13" w14:textId="77777777" w:rsidR="00EE76A8" w:rsidRPr="007A0413" w:rsidRDefault="00EE76A8" w:rsidP="00EE76A8">
      <w:pPr>
        <w:pStyle w:val="Titlu1"/>
        <w:rPr>
          <w:rFonts w:ascii="Times New Roman" w:hAnsi="Times New Roman" w:cs="Times New Roman"/>
          <w:color w:val="auto"/>
          <w:sz w:val="24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 w:val="24"/>
          <w:szCs w:val="24"/>
        </w:rPr>
        <w:t>10. VERIFICAREA, RECEPȚIA ȘI CONTROLUL CALITĂȚII</w:t>
      </w:r>
    </w:p>
    <w:p w14:paraId="3688EFE7" w14:textId="77777777" w:rsidR="00EE76A8" w:rsidRPr="007A0413" w:rsidRDefault="00EE76A8" w:rsidP="00EE76A8">
      <w:pPr>
        <w:pStyle w:val="Titlu2"/>
        <w:rPr>
          <w:rFonts w:ascii="Times New Roman" w:hAnsi="Times New Roman" w:cs="Times New Roman"/>
          <w:color w:val="auto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10.1.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Etapele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recepției</w:t>
      </w:r>
      <w:proofErr w:type="spellEnd"/>
    </w:p>
    <w:p w14:paraId="3E684D01" w14:textId="77777777" w:rsidR="00EE76A8" w:rsidRPr="007A0413" w:rsidRDefault="00EE76A8" w:rsidP="00EE76A8">
      <w:pPr>
        <w:pStyle w:val="Listparagraf"/>
        <w:spacing w:after="60"/>
        <w:ind w:left="482" w:hanging="312"/>
        <w:rPr>
          <w:rFonts w:cs="Times New Roman"/>
          <w:sz w:val="24"/>
        </w:rPr>
      </w:pPr>
      <w:r w:rsidRPr="007A0413">
        <w:rPr>
          <w:rFonts w:cs="Times New Roman"/>
          <w:b/>
          <w:sz w:val="24"/>
        </w:rPr>
        <w:t xml:space="preserve">1. </w:t>
      </w:r>
      <w:proofErr w:type="spellStart"/>
      <w:r w:rsidRPr="007A0413">
        <w:rPr>
          <w:rFonts w:cs="Times New Roman"/>
          <w:sz w:val="24"/>
        </w:rPr>
        <w:t>Recepția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documentară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preliminară</w:t>
      </w:r>
      <w:proofErr w:type="spellEnd"/>
      <w:r w:rsidRPr="007A0413">
        <w:rPr>
          <w:rFonts w:cs="Times New Roman"/>
          <w:sz w:val="24"/>
        </w:rPr>
        <w:t xml:space="preserve">: </w:t>
      </w:r>
      <w:proofErr w:type="spellStart"/>
      <w:r w:rsidRPr="007A0413">
        <w:rPr>
          <w:rFonts w:cs="Times New Roman"/>
          <w:sz w:val="24"/>
        </w:rPr>
        <w:t>verificarea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aprobarea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conceptului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planurilor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programului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documentelor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conformitate</w:t>
      </w:r>
      <w:proofErr w:type="spellEnd"/>
      <w:r w:rsidRPr="007A0413">
        <w:rPr>
          <w:rFonts w:cs="Times New Roman"/>
          <w:sz w:val="24"/>
        </w:rPr>
        <w:t>.</w:t>
      </w:r>
    </w:p>
    <w:p w14:paraId="425F0245" w14:textId="77777777" w:rsidR="00EE76A8" w:rsidRPr="007A0413" w:rsidRDefault="00EE76A8" w:rsidP="00EE76A8">
      <w:pPr>
        <w:pStyle w:val="Listparagraf"/>
        <w:spacing w:after="60"/>
        <w:ind w:left="482" w:hanging="312"/>
        <w:rPr>
          <w:rFonts w:cs="Times New Roman"/>
          <w:sz w:val="24"/>
        </w:rPr>
      </w:pPr>
      <w:r w:rsidRPr="007A0413">
        <w:rPr>
          <w:rFonts w:cs="Times New Roman"/>
          <w:b/>
          <w:sz w:val="24"/>
        </w:rPr>
        <w:t xml:space="preserve">2. </w:t>
      </w:r>
      <w:proofErr w:type="spellStart"/>
      <w:r w:rsidRPr="007A0413">
        <w:rPr>
          <w:rFonts w:cs="Times New Roman"/>
          <w:sz w:val="24"/>
        </w:rPr>
        <w:t>Recepția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montajului</w:t>
      </w:r>
      <w:proofErr w:type="spellEnd"/>
      <w:r w:rsidRPr="007A0413">
        <w:rPr>
          <w:rFonts w:cs="Times New Roman"/>
          <w:sz w:val="24"/>
        </w:rPr>
        <w:t xml:space="preserve">: </w:t>
      </w:r>
      <w:proofErr w:type="spellStart"/>
      <w:r w:rsidRPr="007A0413">
        <w:rPr>
          <w:rFonts w:cs="Times New Roman"/>
          <w:sz w:val="24"/>
        </w:rPr>
        <w:t>verificarea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teren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gramStart"/>
      <w:r w:rsidRPr="007A0413">
        <w:rPr>
          <w:rFonts w:cs="Times New Roman"/>
          <w:sz w:val="24"/>
        </w:rPr>
        <w:t>a</w:t>
      </w:r>
      <w:proofErr w:type="gram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infrastructurii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zonării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utilităților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măsurilor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siguranță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funcționării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echipamentelor</w:t>
      </w:r>
      <w:proofErr w:type="spellEnd"/>
      <w:r w:rsidRPr="007A0413">
        <w:rPr>
          <w:rFonts w:cs="Times New Roman"/>
          <w:sz w:val="24"/>
        </w:rPr>
        <w:t>.</w:t>
      </w:r>
    </w:p>
    <w:p w14:paraId="51E6E1EA" w14:textId="77777777" w:rsidR="00EE76A8" w:rsidRPr="007A0413" w:rsidRDefault="00EE76A8" w:rsidP="00EE76A8">
      <w:pPr>
        <w:pStyle w:val="Listparagraf"/>
        <w:spacing w:after="60"/>
        <w:ind w:left="482" w:hanging="312"/>
        <w:rPr>
          <w:rFonts w:cs="Times New Roman"/>
          <w:sz w:val="24"/>
        </w:rPr>
      </w:pPr>
      <w:r w:rsidRPr="007A0413">
        <w:rPr>
          <w:rFonts w:cs="Times New Roman"/>
          <w:b/>
          <w:sz w:val="24"/>
        </w:rPr>
        <w:t xml:space="preserve">3. </w:t>
      </w:r>
      <w:proofErr w:type="spellStart"/>
      <w:r w:rsidRPr="007A0413">
        <w:rPr>
          <w:rFonts w:cs="Times New Roman"/>
          <w:sz w:val="24"/>
        </w:rPr>
        <w:t>Verificarea</w:t>
      </w:r>
      <w:proofErr w:type="spellEnd"/>
      <w:r w:rsidRPr="007A0413">
        <w:rPr>
          <w:rFonts w:cs="Times New Roman"/>
          <w:sz w:val="24"/>
        </w:rPr>
        <w:t xml:space="preserve"> pe </w:t>
      </w:r>
      <w:proofErr w:type="spellStart"/>
      <w:r w:rsidRPr="007A0413">
        <w:rPr>
          <w:rFonts w:cs="Times New Roman"/>
          <w:sz w:val="24"/>
        </w:rPr>
        <w:t>durata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evenimentului</w:t>
      </w:r>
      <w:proofErr w:type="spellEnd"/>
      <w:r w:rsidRPr="007A0413">
        <w:rPr>
          <w:rFonts w:cs="Times New Roman"/>
          <w:sz w:val="24"/>
        </w:rPr>
        <w:t xml:space="preserve">: </w:t>
      </w:r>
      <w:proofErr w:type="spellStart"/>
      <w:r w:rsidRPr="007A0413">
        <w:rPr>
          <w:rFonts w:cs="Times New Roman"/>
          <w:sz w:val="24"/>
        </w:rPr>
        <w:t>monitorizarea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zilnică</w:t>
      </w:r>
      <w:proofErr w:type="spellEnd"/>
      <w:r w:rsidRPr="007A0413">
        <w:rPr>
          <w:rFonts w:cs="Times New Roman"/>
          <w:sz w:val="24"/>
        </w:rPr>
        <w:t xml:space="preserve"> a </w:t>
      </w:r>
      <w:proofErr w:type="spellStart"/>
      <w:r w:rsidRPr="007A0413">
        <w:rPr>
          <w:rFonts w:cs="Times New Roman"/>
          <w:sz w:val="24"/>
        </w:rPr>
        <w:t>programului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personalului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curățeniei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siguranței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promovării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bunăstării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animalelor</w:t>
      </w:r>
      <w:proofErr w:type="spellEnd"/>
      <w:r w:rsidRPr="007A0413">
        <w:rPr>
          <w:rFonts w:cs="Times New Roman"/>
          <w:sz w:val="24"/>
        </w:rPr>
        <w:t>.</w:t>
      </w:r>
    </w:p>
    <w:p w14:paraId="2175A779" w14:textId="77777777" w:rsidR="00EE76A8" w:rsidRPr="007A0413" w:rsidRDefault="00EE76A8" w:rsidP="00EE76A8">
      <w:pPr>
        <w:pStyle w:val="Listparagraf"/>
        <w:spacing w:after="60"/>
        <w:ind w:left="482" w:hanging="312"/>
        <w:rPr>
          <w:rFonts w:cs="Times New Roman"/>
          <w:sz w:val="24"/>
        </w:rPr>
      </w:pPr>
      <w:r w:rsidRPr="007A0413">
        <w:rPr>
          <w:rFonts w:cs="Times New Roman"/>
          <w:b/>
          <w:sz w:val="24"/>
        </w:rPr>
        <w:t xml:space="preserve">4. </w:t>
      </w:r>
      <w:proofErr w:type="spellStart"/>
      <w:r w:rsidRPr="007A0413">
        <w:rPr>
          <w:rFonts w:cs="Times New Roman"/>
          <w:sz w:val="24"/>
        </w:rPr>
        <w:t>Recepția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finală</w:t>
      </w:r>
      <w:proofErr w:type="spellEnd"/>
      <w:r w:rsidRPr="007A0413">
        <w:rPr>
          <w:rFonts w:cs="Times New Roman"/>
          <w:sz w:val="24"/>
        </w:rPr>
        <w:t xml:space="preserve">: </w:t>
      </w:r>
      <w:proofErr w:type="spellStart"/>
      <w:r w:rsidRPr="007A0413">
        <w:rPr>
          <w:rFonts w:cs="Times New Roman"/>
          <w:sz w:val="24"/>
        </w:rPr>
        <w:t>verificarea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demontării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ecologizării</w:t>
      </w:r>
      <w:proofErr w:type="spellEnd"/>
      <w:r w:rsidRPr="007A0413">
        <w:rPr>
          <w:rFonts w:cs="Times New Roman"/>
          <w:sz w:val="24"/>
        </w:rPr>
        <w:t xml:space="preserve">, a </w:t>
      </w:r>
      <w:proofErr w:type="spellStart"/>
      <w:r w:rsidRPr="007A0413">
        <w:rPr>
          <w:rFonts w:cs="Times New Roman"/>
          <w:sz w:val="24"/>
        </w:rPr>
        <w:t>raportului</w:t>
      </w:r>
      <w:proofErr w:type="spellEnd"/>
      <w:r w:rsidRPr="007A0413">
        <w:rPr>
          <w:rFonts w:cs="Times New Roman"/>
          <w:sz w:val="24"/>
        </w:rPr>
        <w:t xml:space="preserve"> final, </w:t>
      </w:r>
      <w:proofErr w:type="gramStart"/>
      <w:r w:rsidRPr="007A0413">
        <w:rPr>
          <w:rFonts w:cs="Times New Roman"/>
          <w:sz w:val="24"/>
        </w:rPr>
        <w:t>a</w:t>
      </w:r>
      <w:proofErr w:type="gram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arhivei</w:t>
      </w:r>
      <w:proofErr w:type="spellEnd"/>
      <w:r w:rsidRPr="007A0413">
        <w:rPr>
          <w:rFonts w:cs="Times New Roman"/>
          <w:sz w:val="24"/>
        </w:rPr>
        <w:t xml:space="preserve"> foto-video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a </w:t>
      </w:r>
      <w:proofErr w:type="spellStart"/>
      <w:r w:rsidRPr="007A0413">
        <w:rPr>
          <w:rFonts w:cs="Times New Roman"/>
          <w:sz w:val="24"/>
        </w:rPr>
        <w:t>tuturor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livrabilelor</w:t>
      </w:r>
      <w:proofErr w:type="spellEnd"/>
      <w:r w:rsidRPr="007A0413">
        <w:rPr>
          <w:rFonts w:cs="Times New Roman"/>
          <w:sz w:val="24"/>
        </w:rPr>
        <w:t>.</w:t>
      </w:r>
    </w:p>
    <w:p w14:paraId="39A6A227" w14:textId="77777777" w:rsidR="00EE76A8" w:rsidRPr="007A0413" w:rsidRDefault="00EE76A8" w:rsidP="00EE76A8">
      <w:pPr>
        <w:pStyle w:val="Titlu2"/>
        <w:rPr>
          <w:rFonts w:ascii="Times New Roman" w:hAnsi="Times New Roman" w:cs="Times New Roman"/>
          <w:color w:val="auto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Cs w:val="24"/>
        </w:rPr>
        <w:lastRenderedPageBreak/>
        <w:t xml:space="preserve">10.2.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Criterii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minime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de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acceptare</w:t>
      </w:r>
      <w:proofErr w:type="spellEnd"/>
    </w:p>
    <w:p w14:paraId="48A779CD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toate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structurile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echipamentele</w:t>
      </w:r>
      <w:proofErr w:type="spellEnd"/>
      <w:r w:rsidRPr="007A0413">
        <w:rPr>
          <w:rFonts w:cs="Times New Roman"/>
          <w:sz w:val="24"/>
        </w:rPr>
        <w:t xml:space="preserve"> sunt </w:t>
      </w:r>
      <w:proofErr w:type="spellStart"/>
      <w:r w:rsidRPr="007A0413">
        <w:rPr>
          <w:rFonts w:cs="Times New Roman"/>
          <w:sz w:val="24"/>
        </w:rPr>
        <w:t>montate</w:t>
      </w:r>
      <w:proofErr w:type="spellEnd"/>
      <w:r w:rsidRPr="007A0413">
        <w:rPr>
          <w:rFonts w:cs="Times New Roman"/>
          <w:sz w:val="24"/>
        </w:rPr>
        <w:t xml:space="preserve">, certificate, testate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funcționale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înainte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termenul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stabilit</w:t>
      </w:r>
      <w:proofErr w:type="spellEnd"/>
      <w:r w:rsidRPr="007A0413">
        <w:rPr>
          <w:rFonts w:cs="Times New Roman"/>
          <w:sz w:val="24"/>
        </w:rPr>
        <w:t>;</w:t>
      </w:r>
    </w:p>
    <w:p w14:paraId="5BF879D3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zonele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fluxurile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facilitățile</w:t>
      </w:r>
      <w:proofErr w:type="spellEnd"/>
      <w:r w:rsidRPr="007A0413">
        <w:rPr>
          <w:rFonts w:cs="Times New Roman"/>
          <w:sz w:val="24"/>
        </w:rPr>
        <w:t xml:space="preserve"> sunt </w:t>
      </w:r>
      <w:proofErr w:type="spellStart"/>
      <w:r w:rsidRPr="007A0413">
        <w:rPr>
          <w:rFonts w:cs="Times New Roman"/>
          <w:sz w:val="24"/>
        </w:rPr>
        <w:t>realizate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condițiile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planului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aprobat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avizelor</w:t>
      </w:r>
      <w:proofErr w:type="spellEnd"/>
      <w:r w:rsidRPr="007A0413">
        <w:rPr>
          <w:rFonts w:cs="Times New Roman"/>
          <w:sz w:val="24"/>
        </w:rPr>
        <w:t>;</w:t>
      </w:r>
    </w:p>
    <w:p w14:paraId="66667103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programul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activitățile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minime</w:t>
      </w:r>
      <w:proofErr w:type="spellEnd"/>
      <w:r w:rsidRPr="007A0413">
        <w:rPr>
          <w:rFonts w:cs="Times New Roman"/>
          <w:sz w:val="24"/>
        </w:rPr>
        <w:t xml:space="preserve"> sunt </w:t>
      </w:r>
      <w:proofErr w:type="spellStart"/>
      <w:r w:rsidRPr="007A0413">
        <w:rPr>
          <w:rFonts w:cs="Times New Roman"/>
          <w:sz w:val="24"/>
        </w:rPr>
        <w:t>asigurate</w:t>
      </w:r>
      <w:proofErr w:type="spellEnd"/>
      <w:r w:rsidRPr="007A0413">
        <w:rPr>
          <w:rFonts w:cs="Times New Roman"/>
          <w:sz w:val="24"/>
        </w:rPr>
        <w:t xml:space="preserve"> integral </w:t>
      </w:r>
      <w:proofErr w:type="spellStart"/>
      <w:r w:rsidRPr="007A0413">
        <w:rPr>
          <w:rFonts w:cs="Times New Roman"/>
          <w:sz w:val="24"/>
        </w:rPr>
        <w:t>sau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înlocuite</w:t>
      </w:r>
      <w:proofErr w:type="spellEnd"/>
      <w:r w:rsidRPr="007A0413">
        <w:rPr>
          <w:rFonts w:cs="Times New Roman"/>
          <w:sz w:val="24"/>
        </w:rPr>
        <w:t xml:space="preserve"> cu </w:t>
      </w:r>
      <w:proofErr w:type="spellStart"/>
      <w:r w:rsidRPr="007A0413">
        <w:rPr>
          <w:rFonts w:cs="Times New Roman"/>
          <w:sz w:val="24"/>
        </w:rPr>
        <w:t>soluții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aprobate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echivalente</w:t>
      </w:r>
      <w:proofErr w:type="spellEnd"/>
      <w:r w:rsidRPr="007A0413">
        <w:rPr>
          <w:rFonts w:cs="Times New Roman"/>
          <w:sz w:val="24"/>
        </w:rPr>
        <w:t>;</w:t>
      </w:r>
    </w:p>
    <w:p w14:paraId="030A665F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personalul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paza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serviciile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medicale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veterinare</w:t>
      </w:r>
      <w:proofErr w:type="spellEnd"/>
      <w:r w:rsidRPr="007A0413">
        <w:rPr>
          <w:rFonts w:cs="Times New Roman"/>
          <w:sz w:val="24"/>
        </w:rPr>
        <w:t xml:space="preserve"> sunt </w:t>
      </w:r>
      <w:proofErr w:type="spellStart"/>
      <w:r w:rsidRPr="007A0413">
        <w:rPr>
          <w:rFonts w:cs="Times New Roman"/>
          <w:sz w:val="24"/>
        </w:rPr>
        <w:t>prezente</w:t>
      </w:r>
      <w:proofErr w:type="spellEnd"/>
      <w:r w:rsidRPr="007A0413">
        <w:rPr>
          <w:rFonts w:cs="Times New Roman"/>
          <w:sz w:val="24"/>
        </w:rPr>
        <w:t xml:space="preserve"> conform </w:t>
      </w:r>
      <w:proofErr w:type="spellStart"/>
      <w:r w:rsidRPr="007A0413">
        <w:rPr>
          <w:rFonts w:cs="Times New Roman"/>
          <w:sz w:val="24"/>
        </w:rPr>
        <w:t>programului</w:t>
      </w:r>
      <w:proofErr w:type="spellEnd"/>
      <w:r w:rsidRPr="007A0413">
        <w:rPr>
          <w:rFonts w:cs="Times New Roman"/>
          <w:sz w:val="24"/>
        </w:rPr>
        <w:t>;</w:t>
      </w:r>
    </w:p>
    <w:p w14:paraId="4105FBAA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promovarea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materialele</w:t>
      </w:r>
      <w:proofErr w:type="spellEnd"/>
      <w:r w:rsidRPr="007A0413">
        <w:rPr>
          <w:rFonts w:cs="Times New Roman"/>
          <w:sz w:val="24"/>
        </w:rPr>
        <w:t xml:space="preserve"> sunt </w:t>
      </w:r>
      <w:proofErr w:type="spellStart"/>
      <w:r w:rsidRPr="007A0413">
        <w:rPr>
          <w:rFonts w:cs="Times New Roman"/>
          <w:sz w:val="24"/>
        </w:rPr>
        <w:t>realizate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cantitățile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formatele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aprobate</w:t>
      </w:r>
      <w:proofErr w:type="spellEnd"/>
      <w:r w:rsidRPr="007A0413">
        <w:rPr>
          <w:rFonts w:cs="Times New Roman"/>
          <w:sz w:val="24"/>
        </w:rPr>
        <w:t>;</w:t>
      </w:r>
    </w:p>
    <w:p w14:paraId="1D948899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curățenia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salubrizarea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protecția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amplasamentului</w:t>
      </w:r>
      <w:proofErr w:type="spellEnd"/>
      <w:r w:rsidRPr="007A0413">
        <w:rPr>
          <w:rFonts w:cs="Times New Roman"/>
          <w:sz w:val="24"/>
        </w:rPr>
        <w:t xml:space="preserve"> sunt </w:t>
      </w:r>
      <w:proofErr w:type="spellStart"/>
      <w:r w:rsidRPr="007A0413">
        <w:rPr>
          <w:rFonts w:cs="Times New Roman"/>
          <w:sz w:val="24"/>
        </w:rPr>
        <w:t>asigurate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continuu</w:t>
      </w:r>
      <w:proofErr w:type="spellEnd"/>
      <w:r w:rsidRPr="007A0413">
        <w:rPr>
          <w:rFonts w:cs="Times New Roman"/>
          <w:sz w:val="24"/>
        </w:rPr>
        <w:t>;</w:t>
      </w:r>
    </w:p>
    <w:p w14:paraId="664905E9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livrabilele</w:t>
      </w:r>
      <w:proofErr w:type="spellEnd"/>
      <w:r w:rsidRPr="007A0413">
        <w:rPr>
          <w:rFonts w:cs="Times New Roman"/>
          <w:sz w:val="24"/>
        </w:rPr>
        <w:t xml:space="preserve"> sunt complete, </w:t>
      </w:r>
      <w:proofErr w:type="spellStart"/>
      <w:r w:rsidRPr="007A0413">
        <w:rPr>
          <w:rFonts w:cs="Times New Roman"/>
          <w:sz w:val="24"/>
        </w:rPr>
        <w:t>corecte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transmise</w:t>
      </w:r>
      <w:proofErr w:type="spellEnd"/>
      <w:r w:rsidRPr="007A0413">
        <w:rPr>
          <w:rFonts w:cs="Times New Roman"/>
          <w:sz w:val="24"/>
        </w:rPr>
        <w:t xml:space="preserve"> la termen;</w:t>
      </w:r>
    </w:p>
    <w:p w14:paraId="1A749B8E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nu </w:t>
      </w:r>
      <w:proofErr w:type="spellStart"/>
      <w:r w:rsidRPr="007A0413">
        <w:rPr>
          <w:rFonts w:cs="Times New Roman"/>
          <w:sz w:val="24"/>
        </w:rPr>
        <w:t>există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degradări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nereparate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ori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obligații</w:t>
      </w:r>
      <w:proofErr w:type="spellEnd"/>
      <w:r w:rsidRPr="007A0413">
        <w:rPr>
          <w:rFonts w:cs="Times New Roman"/>
          <w:sz w:val="24"/>
        </w:rPr>
        <w:t xml:space="preserve"> restante </w:t>
      </w:r>
      <w:proofErr w:type="spellStart"/>
      <w:r w:rsidRPr="007A0413">
        <w:rPr>
          <w:rFonts w:cs="Times New Roman"/>
          <w:sz w:val="24"/>
        </w:rPr>
        <w:t>imputabile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prestatorului</w:t>
      </w:r>
      <w:proofErr w:type="spellEnd"/>
      <w:r w:rsidRPr="007A0413">
        <w:rPr>
          <w:rFonts w:cs="Times New Roman"/>
          <w:sz w:val="24"/>
        </w:rPr>
        <w:t>.</w:t>
      </w:r>
    </w:p>
    <w:p w14:paraId="06805D3F" w14:textId="77777777" w:rsidR="00EE76A8" w:rsidRPr="007A0413" w:rsidRDefault="00EE76A8" w:rsidP="00EE76A8">
      <w:pPr>
        <w:pStyle w:val="Titlu2"/>
        <w:rPr>
          <w:rFonts w:ascii="Times New Roman" w:hAnsi="Times New Roman" w:cs="Times New Roman"/>
          <w:color w:val="auto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10.3.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Neconformități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remediere</w:t>
      </w:r>
      <w:proofErr w:type="spellEnd"/>
    </w:p>
    <w:p w14:paraId="0585F861" w14:textId="77777777" w:rsidR="00EE76A8" w:rsidRPr="007A0413" w:rsidRDefault="00EE76A8" w:rsidP="00EE76A8">
      <w:pPr>
        <w:spacing w:line="259" w:lineRule="auto"/>
        <w:ind w:firstLine="369"/>
        <w:rPr>
          <w:rFonts w:cs="Times New Roman"/>
          <w:sz w:val="24"/>
        </w:rPr>
      </w:pPr>
      <w:proofErr w:type="spellStart"/>
      <w:r w:rsidRPr="007A0413">
        <w:rPr>
          <w:rFonts w:cs="Times New Roman"/>
          <w:sz w:val="24"/>
        </w:rPr>
        <w:t>Autoritatea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contractantă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poate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solicita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remedierea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neconformităților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constatate</w:t>
      </w:r>
      <w:proofErr w:type="spellEnd"/>
      <w:r w:rsidRPr="007A0413">
        <w:rPr>
          <w:rFonts w:cs="Times New Roman"/>
          <w:sz w:val="24"/>
        </w:rPr>
        <w:t xml:space="preserve">. </w:t>
      </w:r>
      <w:proofErr w:type="spellStart"/>
      <w:r w:rsidRPr="007A0413">
        <w:rPr>
          <w:rFonts w:cs="Times New Roman"/>
          <w:sz w:val="24"/>
        </w:rPr>
        <w:t>Neconformitățile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critice</w:t>
      </w:r>
      <w:proofErr w:type="spellEnd"/>
      <w:r w:rsidRPr="007A0413">
        <w:rPr>
          <w:rFonts w:cs="Times New Roman"/>
          <w:sz w:val="24"/>
        </w:rPr>
        <w:t xml:space="preserve">, care </w:t>
      </w:r>
      <w:proofErr w:type="spellStart"/>
      <w:r w:rsidRPr="007A0413">
        <w:rPr>
          <w:rFonts w:cs="Times New Roman"/>
          <w:sz w:val="24"/>
        </w:rPr>
        <w:t>afectează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siguranța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legalitatea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alimentarea</w:t>
      </w:r>
      <w:proofErr w:type="spellEnd"/>
      <w:r w:rsidRPr="007A0413">
        <w:rPr>
          <w:rFonts w:cs="Times New Roman"/>
          <w:sz w:val="24"/>
        </w:rPr>
        <w:t xml:space="preserve"> cu </w:t>
      </w:r>
      <w:proofErr w:type="spellStart"/>
      <w:r w:rsidRPr="007A0413">
        <w:rPr>
          <w:rFonts w:cs="Times New Roman"/>
          <w:sz w:val="24"/>
        </w:rPr>
        <w:t>energie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funcționarea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scenei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serviciile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medicale</w:t>
      </w:r>
      <w:proofErr w:type="spellEnd"/>
      <w:r w:rsidRPr="007A0413">
        <w:rPr>
          <w:rFonts w:cs="Times New Roman"/>
          <w:sz w:val="24"/>
        </w:rPr>
        <w:t>/</w:t>
      </w:r>
      <w:proofErr w:type="spellStart"/>
      <w:r w:rsidRPr="007A0413">
        <w:rPr>
          <w:rFonts w:cs="Times New Roman"/>
          <w:sz w:val="24"/>
        </w:rPr>
        <w:t>veterinare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ori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bunăstarea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animalelor</w:t>
      </w:r>
      <w:proofErr w:type="spellEnd"/>
      <w:r w:rsidRPr="007A0413">
        <w:rPr>
          <w:rFonts w:cs="Times New Roman"/>
          <w:sz w:val="24"/>
        </w:rPr>
        <w:t xml:space="preserve">, se </w:t>
      </w:r>
      <w:proofErr w:type="spellStart"/>
      <w:r w:rsidRPr="007A0413">
        <w:rPr>
          <w:rFonts w:cs="Times New Roman"/>
          <w:sz w:val="24"/>
        </w:rPr>
        <w:t>remediază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imediat</w:t>
      </w:r>
      <w:proofErr w:type="spellEnd"/>
      <w:r w:rsidRPr="007A0413">
        <w:rPr>
          <w:rFonts w:cs="Times New Roman"/>
          <w:sz w:val="24"/>
        </w:rPr>
        <w:t xml:space="preserve">. </w:t>
      </w:r>
      <w:proofErr w:type="spellStart"/>
      <w:r w:rsidRPr="007A0413">
        <w:rPr>
          <w:rFonts w:cs="Times New Roman"/>
          <w:sz w:val="24"/>
        </w:rPr>
        <w:t>Celelalte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neconformități</w:t>
      </w:r>
      <w:proofErr w:type="spellEnd"/>
      <w:r w:rsidRPr="007A0413">
        <w:rPr>
          <w:rFonts w:cs="Times New Roman"/>
          <w:sz w:val="24"/>
        </w:rPr>
        <w:t xml:space="preserve"> se </w:t>
      </w:r>
      <w:proofErr w:type="spellStart"/>
      <w:r w:rsidRPr="007A0413">
        <w:rPr>
          <w:rFonts w:cs="Times New Roman"/>
          <w:sz w:val="24"/>
        </w:rPr>
        <w:t>remediază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termenul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stabilit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reprezentantul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autorității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contractante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funcție</w:t>
      </w:r>
      <w:proofErr w:type="spellEnd"/>
      <w:r w:rsidRPr="007A0413">
        <w:rPr>
          <w:rFonts w:cs="Times New Roman"/>
          <w:sz w:val="24"/>
        </w:rPr>
        <w:t xml:space="preserve"> de natura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impactul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acestora</w:t>
      </w:r>
      <w:proofErr w:type="spellEnd"/>
      <w:r w:rsidRPr="007A0413">
        <w:rPr>
          <w:rFonts w:cs="Times New Roman"/>
          <w:sz w:val="24"/>
        </w:rPr>
        <w:t>.</w:t>
      </w:r>
    </w:p>
    <w:p w14:paraId="7F966771" w14:textId="77777777" w:rsidR="00EE76A8" w:rsidRPr="007A0413" w:rsidRDefault="00EE76A8" w:rsidP="00EE76A8">
      <w:pPr>
        <w:spacing w:line="259" w:lineRule="auto"/>
        <w:ind w:firstLine="369"/>
        <w:rPr>
          <w:rFonts w:cs="Times New Roman"/>
          <w:sz w:val="24"/>
        </w:rPr>
      </w:pPr>
      <w:proofErr w:type="spellStart"/>
      <w:r w:rsidRPr="007A0413">
        <w:rPr>
          <w:rFonts w:cs="Times New Roman"/>
          <w:sz w:val="24"/>
        </w:rPr>
        <w:t>Serviciile</w:t>
      </w:r>
      <w:proofErr w:type="spellEnd"/>
      <w:r w:rsidRPr="007A0413">
        <w:rPr>
          <w:rFonts w:cs="Times New Roman"/>
          <w:sz w:val="24"/>
        </w:rPr>
        <w:t xml:space="preserve"> se </w:t>
      </w:r>
      <w:proofErr w:type="spellStart"/>
      <w:r w:rsidRPr="007A0413">
        <w:rPr>
          <w:rFonts w:cs="Times New Roman"/>
          <w:sz w:val="24"/>
        </w:rPr>
        <w:t>consideră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recepționate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numai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după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semnarea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documentelor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recepție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acceptarea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livrabilelor</w:t>
      </w:r>
      <w:proofErr w:type="spellEnd"/>
      <w:r w:rsidRPr="007A0413">
        <w:rPr>
          <w:rFonts w:cs="Times New Roman"/>
          <w:sz w:val="24"/>
        </w:rPr>
        <w:t xml:space="preserve">. </w:t>
      </w:r>
      <w:proofErr w:type="spellStart"/>
      <w:r w:rsidRPr="007A0413">
        <w:rPr>
          <w:rFonts w:cs="Times New Roman"/>
          <w:sz w:val="24"/>
        </w:rPr>
        <w:t>Recepția</w:t>
      </w:r>
      <w:proofErr w:type="spellEnd"/>
      <w:r w:rsidRPr="007A0413">
        <w:rPr>
          <w:rFonts w:cs="Times New Roman"/>
          <w:sz w:val="24"/>
        </w:rPr>
        <w:t xml:space="preserve"> nu </w:t>
      </w:r>
      <w:proofErr w:type="spellStart"/>
      <w:r w:rsidRPr="007A0413">
        <w:rPr>
          <w:rFonts w:cs="Times New Roman"/>
          <w:sz w:val="24"/>
        </w:rPr>
        <w:t>înlătură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răspunderea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prestatorului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vicii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prejudicii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încălcări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legale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sau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obligații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constatate</w:t>
      </w:r>
      <w:proofErr w:type="spellEnd"/>
      <w:r w:rsidRPr="007A0413">
        <w:rPr>
          <w:rFonts w:cs="Times New Roman"/>
          <w:sz w:val="24"/>
        </w:rPr>
        <w:t xml:space="preserve"> ulterior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imputabile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acestuia</w:t>
      </w:r>
      <w:proofErr w:type="spellEnd"/>
      <w:r w:rsidRPr="007A0413">
        <w:rPr>
          <w:rFonts w:cs="Times New Roman"/>
          <w:sz w:val="24"/>
        </w:rPr>
        <w:t>.</w:t>
      </w:r>
    </w:p>
    <w:p w14:paraId="480B61D2" w14:textId="77777777" w:rsidR="00EE76A8" w:rsidRPr="007A0413" w:rsidRDefault="00EE76A8" w:rsidP="00EE76A8">
      <w:pPr>
        <w:pStyle w:val="Titlu1"/>
        <w:rPr>
          <w:rFonts w:ascii="Times New Roman" w:hAnsi="Times New Roman" w:cs="Times New Roman"/>
          <w:color w:val="auto"/>
          <w:sz w:val="24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 w:val="24"/>
          <w:szCs w:val="24"/>
        </w:rPr>
        <w:t>11. OBLIGAȚIILE PĂRȚILOR</w:t>
      </w:r>
    </w:p>
    <w:p w14:paraId="77B49438" w14:textId="77777777" w:rsidR="00EE76A8" w:rsidRPr="007A0413" w:rsidRDefault="00EE76A8" w:rsidP="00EE76A8">
      <w:pPr>
        <w:pStyle w:val="Titlu2"/>
        <w:rPr>
          <w:rFonts w:ascii="Times New Roman" w:hAnsi="Times New Roman" w:cs="Times New Roman"/>
          <w:color w:val="auto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11.1.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Obligațiile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prestatorului</w:t>
      </w:r>
      <w:proofErr w:type="spellEnd"/>
    </w:p>
    <w:p w14:paraId="65A72DDD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să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asigure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toate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resursele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umane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materiale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tehnice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artistice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logistice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necesare</w:t>
      </w:r>
      <w:proofErr w:type="spellEnd"/>
      <w:r w:rsidRPr="007A0413">
        <w:rPr>
          <w:rFonts w:cs="Times New Roman"/>
          <w:sz w:val="24"/>
        </w:rPr>
        <w:t>;</w:t>
      </w:r>
    </w:p>
    <w:p w14:paraId="59976B7F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să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respecte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programul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termenele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aprobările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instrucțiunile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scrise</w:t>
      </w:r>
      <w:proofErr w:type="spellEnd"/>
      <w:r w:rsidRPr="007A0413">
        <w:rPr>
          <w:rFonts w:cs="Times New Roman"/>
          <w:sz w:val="24"/>
        </w:rPr>
        <w:t xml:space="preserve"> ale </w:t>
      </w:r>
      <w:proofErr w:type="spellStart"/>
      <w:r w:rsidRPr="007A0413">
        <w:rPr>
          <w:rFonts w:cs="Times New Roman"/>
          <w:sz w:val="24"/>
        </w:rPr>
        <w:t>autorității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contractante</w:t>
      </w:r>
      <w:proofErr w:type="spellEnd"/>
      <w:r w:rsidRPr="007A0413">
        <w:rPr>
          <w:rFonts w:cs="Times New Roman"/>
          <w:sz w:val="24"/>
        </w:rPr>
        <w:t>;</w:t>
      </w:r>
    </w:p>
    <w:p w14:paraId="2103DCC7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să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coordoneze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subcontractanții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furnizorii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răspundă</w:t>
      </w:r>
      <w:proofErr w:type="spellEnd"/>
      <w:r w:rsidRPr="007A0413">
        <w:rPr>
          <w:rFonts w:cs="Times New Roman"/>
          <w:sz w:val="24"/>
        </w:rPr>
        <w:t xml:space="preserve"> integral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activitatea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acestora</w:t>
      </w:r>
      <w:proofErr w:type="spellEnd"/>
      <w:r w:rsidRPr="007A0413">
        <w:rPr>
          <w:rFonts w:cs="Times New Roman"/>
          <w:sz w:val="24"/>
        </w:rPr>
        <w:t>;</w:t>
      </w:r>
    </w:p>
    <w:p w14:paraId="2C397884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să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mențină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valabile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toate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autorizațiile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atestările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asigurările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licențele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necesare</w:t>
      </w:r>
      <w:proofErr w:type="spellEnd"/>
      <w:r w:rsidRPr="007A0413">
        <w:rPr>
          <w:rFonts w:cs="Times New Roman"/>
          <w:sz w:val="24"/>
        </w:rPr>
        <w:t>;</w:t>
      </w:r>
    </w:p>
    <w:p w14:paraId="33D1189A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să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păstreze</w:t>
      </w:r>
      <w:proofErr w:type="spellEnd"/>
      <w:r w:rsidRPr="007A0413">
        <w:rPr>
          <w:rFonts w:cs="Times New Roman"/>
          <w:sz w:val="24"/>
        </w:rPr>
        <w:t xml:space="preserve"> permanent </w:t>
      </w:r>
      <w:proofErr w:type="spellStart"/>
      <w:r w:rsidRPr="007A0413">
        <w:rPr>
          <w:rFonts w:cs="Times New Roman"/>
          <w:sz w:val="24"/>
        </w:rPr>
        <w:t>condiții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siguranță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curățenie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accesibilitate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bunăstare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animală</w:t>
      </w:r>
      <w:proofErr w:type="spellEnd"/>
      <w:r w:rsidRPr="007A0413">
        <w:rPr>
          <w:rFonts w:cs="Times New Roman"/>
          <w:sz w:val="24"/>
        </w:rPr>
        <w:t>;</w:t>
      </w:r>
    </w:p>
    <w:p w14:paraId="77A98BB5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să</w:t>
      </w:r>
      <w:proofErr w:type="spellEnd"/>
      <w:r w:rsidRPr="007A0413">
        <w:rPr>
          <w:rFonts w:cs="Times New Roman"/>
          <w:sz w:val="24"/>
        </w:rPr>
        <w:t xml:space="preserve"> nu </w:t>
      </w:r>
      <w:proofErr w:type="spellStart"/>
      <w:r w:rsidRPr="007A0413">
        <w:rPr>
          <w:rFonts w:cs="Times New Roman"/>
          <w:sz w:val="24"/>
        </w:rPr>
        <w:t>utilizeze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imaginea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însemnele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datele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sau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materialele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autorității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contractante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alte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scopuri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fără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acord</w:t>
      </w:r>
      <w:proofErr w:type="spellEnd"/>
      <w:r w:rsidRPr="007A0413">
        <w:rPr>
          <w:rFonts w:cs="Times New Roman"/>
          <w:sz w:val="24"/>
        </w:rPr>
        <w:t>;</w:t>
      </w:r>
    </w:p>
    <w:p w14:paraId="3E618EB2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să</w:t>
      </w:r>
      <w:proofErr w:type="spellEnd"/>
      <w:r w:rsidRPr="007A0413">
        <w:rPr>
          <w:rFonts w:cs="Times New Roman"/>
          <w:sz w:val="24"/>
        </w:rPr>
        <w:t xml:space="preserve"> nu </w:t>
      </w:r>
      <w:proofErr w:type="spellStart"/>
      <w:r w:rsidRPr="007A0413">
        <w:rPr>
          <w:rFonts w:cs="Times New Roman"/>
          <w:sz w:val="24"/>
        </w:rPr>
        <w:t>amplaseze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publicitate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comercială</w:t>
      </w:r>
      <w:proofErr w:type="spellEnd"/>
      <w:r w:rsidRPr="007A0413">
        <w:rPr>
          <w:rFonts w:cs="Times New Roman"/>
          <w:sz w:val="24"/>
        </w:rPr>
        <w:t xml:space="preserve">, branding de sponsor </w:t>
      </w:r>
      <w:proofErr w:type="spellStart"/>
      <w:r w:rsidRPr="007A0413">
        <w:rPr>
          <w:rFonts w:cs="Times New Roman"/>
          <w:sz w:val="24"/>
        </w:rPr>
        <w:t>ori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elemente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promoționale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neaprobate</w:t>
      </w:r>
      <w:proofErr w:type="spellEnd"/>
      <w:r w:rsidRPr="007A0413">
        <w:rPr>
          <w:rFonts w:cs="Times New Roman"/>
          <w:sz w:val="24"/>
        </w:rPr>
        <w:t>;</w:t>
      </w:r>
    </w:p>
    <w:p w14:paraId="3FAC2AE4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să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respecte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confidențialitatea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protecția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datelor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drepturile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proprietate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intelectuală</w:t>
      </w:r>
      <w:proofErr w:type="spellEnd"/>
      <w:r w:rsidRPr="007A0413">
        <w:rPr>
          <w:rFonts w:cs="Times New Roman"/>
          <w:sz w:val="24"/>
        </w:rPr>
        <w:t>;</w:t>
      </w:r>
    </w:p>
    <w:p w14:paraId="4AF639B4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să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remedieze</w:t>
      </w:r>
      <w:proofErr w:type="spellEnd"/>
      <w:r w:rsidRPr="007A0413">
        <w:rPr>
          <w:rFonts w:cs="Times New Roman"/>
          <w:sz w:val="24"/>
        </w:rPr>
        <w:t xml:space="preserve"> prompt </w:t>
      </w:r>
      <w:proofErr w:type="spellStart"/>
      <w:r w:rsidRPr="007A0413">
        <w:rPr>
          <w:rFonts w:cs="Times New Roman"/>
          <w:sz w:val="24"/>
        </w:rPr>
        <w:t>neconformitățile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prejudiciile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imputabile</w:t>
      </w:r>
      <w:proofErr w:type="spellEnd"/>
      <w:r w:rsidRPr="007A0413">
        <w:rPr>
          <w:rFonts w:cs="Times New Roman"/>
          <w:sz w:val="24"/>
        </w:rPr>
        <w:t>;</w:t>
      </w:r>
    </w:p>
    <w:p w14:paraId="6310962A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să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predea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amplasamentul</w:t>
      </w:r>
      <w:proofErr w:type="spellEnd"/>
      <w:r w:rsidRPr="007A0413">
        <w:rPr>
          <w:rFonts w:cs="Times New Roman"/>
          <w:sz w:val="24"/>
        </w:rPr>
        <w:t xml:space="preserve"> liber de </w:t>
      </w:r>
      <w:proofErr w:type="spellStart"/>
      <w:r w:rsidRPr="007A0413">
        <w:rPr>
          <w:rFonts w:cs="Times New Roman"/>
          <w:sz w:val="24"/>
        </w:rPr>
        <w:t>orice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echipament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deșeu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material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predea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arhiva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completă</w:t>
      </w:r>
      <w:proofErr w:type="spellEnd"/>
      <w:r w:rsidRPr="007A0413">
        <w:rPr>
          <w:rFonts w:cs="Times New Roman"/>
          <w:sz w:val="24"/>
        </w:rPr>
        <w:t xml:space="preserve"> a </w:t>
      </w:r>
      <w:proofErr w:type="spellStart"/>
      <w:r w:rsidRPr="007A0413">
        <w:rPr>
          <w:rFonts w:cs="Times New Roman"/>
          <w:sz w:val="24"/>
        </w:rPr>
        <w:t>proiectului</w:t>
      </w:r>
      <w:proofErr w:type="spellEnd"/>
      <w:r w:rsidRPr="007A0413">
        <w:rPr>
          <w:rFonts w:cs="Times New Roman"/>
          <w:sz w:val="24"/>
        </w:rPr>
        <w:t>.</w:t>
      </w:r>
    </w:p>
    <w:p w14:paraId="0E5DB90E" w14:textId="77777777" w:rsidR="00EE76A8" w:rsidRPr="007A0413" w:rsidRDefault="00EE76A8" w:rsidP="00EE76A8">
      <w:pPr>
        <w:pStyle w:val="Titlu2"/>
        <w:rPr>
          <w:rFonts w:ascii="Times New Roman" w:hAnsi="Times New Roman" w:cs="Times New Roman"/>
          <w:color w:val="auto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11.2.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Obligațiile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autorității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contractante</w:t>
      </w:r>
      <w:proofErr w:type="spellEnd"/>
    </w:p>
    <w:p w14:paraId="3C9101DD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să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desemneze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reprezentanții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responsabili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asigure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circuitul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aprobărilor</w:t>
      </w:r>
      <w:proofErr w:type="spellEnd"/>
      <w:r w:rsidRPr="007A0413">
        <w:rPr>
          <w:rFonts w:cs="Times New Roman"/>
          <w:sz w:val="24"/>
        </w:rPr>
        <w:t>;</w:t>
      </w:r>
    </w:p>
    <w:p w14:paraId="22014278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să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furnizeze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elementele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oficiale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identitate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vizuală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mesajele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instituționale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informațiile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disponibile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privind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proiectul</w:t>
      </w:r>
      <w:proofErr w:type="spellEnd"/>
      <w:r w:rsidRPr="007A0413">
        <w:rPr>
          <w:rFonts w:cs="Times New Roman"/>
          <w:sz w:val="24"/>
        </w:rPr>
        <w:t>;</w:t>
      </w:r>
    </w:p>
    <w:p w14:paraId="255FBE80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să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faciliteze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accesul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prestatorului</w:t>
      </w:r>
      <w:proofErr w:type="spellEnd"/>
      <w:r w:rsidRPr="007A0413">
        <w:rPr>
          <w:rFonts w:cs="Times New Roman"/>
          <w:sz w:val="24"/>
        </w:rPr>
        <w:t xml:space="preserve"> la </w:t>
      </w:r>
      <w:proofErr w:type="spellStart"/>
      <w:r w:rsidRPr="007A0413">
        <w:rPr>
          <w:rFonts w:cs="Times New Roman"/>
          <w:sz w:val="24"/>
        </w:rPr>
        <w:t>amplasament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relația</w:t>
      </w:r>
      <w:proofErr w:type="spellEnd"/>
      <w:r w:rsidRPr="007A0413">
        <w:rPr>
          <w:rFonts w:cs="Times New Roman"/>
          <w:sz w:val="24"/>
        </w:rPr>
        <w:t xml:space="preserve"> cu </w:t>
      </w:r>
      <w:proofErr w:type="spellStart"/>
      <w:r w:rsidRPr="007A0413">
        <w:rPr>
          <w:rFonts w:cs="Times New Roman"/>
          <w:sz w:val="24"/>
        </w:rPr>
        <w:t>structurile</w:t>
      </w:r>
      <w:proofErr w:type="spellEnd"/>
      <w:r w:rsidRPr="007A0413">
        <w:rPr>
          <w:rFonts w:cs="Times New Roman"/>
          <w:sz w:val="24"/>
        </w:rPr>
        <w:t>/</w:t>
      </w:r>
      <w:proofErr w:type="spellStart"/>
      <w:r w:rsidRPr="007A0413">
        <w:rPr>
          <w:rFonts w:cs="Times New Roman"/>
          <w:sz w:val="24"/>
        </w:rPr>
        <w:t>instituțiile</w:t>
      </w:r>
      <w:proofErr w:type="spellEnd"/>
      <w:r w:rsidRPr="007A0413">
        <w:rPr>
          <w:rFonts w:cs="Times New Roman"/>
          <w:sz w:val="24"/>
        </w:rPr>
        <w:t xml:space="preserve"> pe care le </w:t>
      </w:r>
      <w:proofErr w:type="spellStart"/>
      <w:r w:rsidRPr="007A0413">
        <w:rPr>
          <w:rFonts w:cs="Times New Roman"/>
          <w:sz w:val="24"/>
        </w:rPr>
        <w:t>coordonează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limitele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competențelor</w:t>
      </w:r>
      <w:proofErr w:type="spellEnd"/>
      <w:r w:rsidRPr="007A0413">
        <w:rPr>
          <w:rFonts w:cs="Times New Roman"/>
          <w:sz w:val="24"/>
        </w:rPr>
        <w:t xml:space="preserve"> sale;</w:t>
      </w:r>
    </w:p>
    <w:p w14:paraId="651C0439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lastRenderedPageBreak/>
        <w:t xml:space="preserve">• </w:t>
      </w:r>
      <w:proofErr w:type="spellStart"/>
      <w:r w:rsidRPr="007A0413">
        <w:rPr>
          <w:rFonts w:cs="Times New Roman"/>
          <w:sz w:val="24"/>
        </w:rPr>
        <w:t>să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comunice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lista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participanților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partenerilor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voluntarilor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invitaților</w:t>
      </w:r>
      <w:proofErr w:type="spellEnd"/>
      <w:r w:rsidRPr="007A0413">
        <w:rPr>
          <w:rFonts w:cs="Times New Roman"/>
          <w:sz w:val="24"/>
        </w:rPr>
        <w:t xml:space="preserve"> pe </w:t>
      </w:r>
      <w:proofErr w:type="spellStart"/>
      <w:r w:rsidRPr="007A0413">
        <w:rPr>
          <w:rFonts w:cs="Times New Roman"/>
          <w:sz w:val="24"/>
        </w:rPr>
        <w:t>măsura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confirmării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acestora</w:t>
      </w:r>
      <w:proofErr w:type="spellEnd"/>
      <w:r w:rsidRPr="007A0413">
        <w:rPr>
          <w:rFonts w:cs="Times New Roman"/>
          <w:sz w:val="24"/>
        </w:rPr>
        <w:t>;</w:t>
      </w:r>
    </w:p>
    <w:p w14:paraId="7EDAE2BC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să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analizeze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transmită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observații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asupra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documentelor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supuse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aprobării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termene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rezonabile</w:t>
      </w:r>
      <w:proofErr w:type="spellEnd"/>
      <w:r w:rsidRPr="007A0413">
        <w:rPr>
          <w:rFonts w:cs="Times New Roman"/>
          <w:sz w:val="24"/>
        </w:rPr>
        <w:t>;</w:t>
      </w:r>
    </w:p>
    <w:p w14:paraId="2E3932F2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să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recepționeze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serviciile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efectueze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plățile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condițiile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contractului</w:t>
      </w:r>
      <w:proofErr w:type="spellEnd"/>
      <w:r w:rsidRPr="007A0413">
        <w:rPr>
          <w:rFonts w:cs="Times New Roman"/>
          <w:sz w:val="24"/>
        </w:rPr>
        <w:t>.</w:t>
      </w:r>
    </w:p>
    <w:p w14:paraId="63643013" w14:textId="77777777" w:rsidR="00EE76A8" w:rsidRPr="007A0413" w:rsidRDefault="00EE76A8" w:rsidP="00EE76A8">
      <w:pPr>
        <w:pStyle w:val="Titlu1"/>
        <w:rPr>
          <w:rFonts w:ascii="Times New Roman" w:hAnsi="Times New Roman" w:cs="Times New Roman"/>
          <w:color w:val="auto"/>
          <w:sz w:val="24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 w:val="24"/>
          <w:szCs w:val="24"/>
        </w:rPr>
        <w:t>12. CERINȚE PRIVIND ELABORAREA PROPUNERII TEHNICE</w:t>
      </w:r>
    </w:p>
    <w:p w14:paraId="159531A8" w14:textId="77777777" w:rsidR="00EE76A8" w:rsidRPr="007A0413" w:rsidRDefault="00EE76A8" w:rsidP="00EE76A8">
      <w:pPr>
        <w:spacing w:line="259" w:lineRule="auto"/>
        <w:ind w:firstLine="369"/>
        <w:rPr>
          <w:rFonts w:cs="Times New Roman"/>
          <w:sz w:val="24"/>
        </w:rPr>
      </w:pPr>
      <w:proofErr w:type="spellStart"/>
      <w:r w:rsidRPr="007A0413">
        <w:rPr>
          <w:rFonts w:cs="Times New Roman"/>
          <w:sz w:val="24"/>
        </w:rPr>
        <w:t>Propunerea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tehnică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demonstra</w:t>
      </w:r>
      <w:proofErr w:type="spellEnd"/>
      <w:r w:rsidRPr="007A0413">
        <w:rPr>
          <w:rFonts w:cs="Times New Roman"/>
          <w:sz w:val="24"/>
        </w:rPr>
        <w:t xml:space="preserve">, punctual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verificabil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modul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îndeplinire</w:t>
      </w:r>
      <w:proofErr w:type="spellEnd"/>
      <w:r w:rsidRPr="007A0413">
        <w:rPr>
          <w:rFonts w:cs="Times New Roman"/>
          <w:sz w:val="24"/>
        </w:rPr>
        <w:t xml:space="preserve"> a </w:t>
      </w:r>
      <w:proofErr w:type="spellStart"/>
      <w:r w:rsidRPr="007A0413">
        <w:rPr>
          <w:rFonts w:cs="Times New Roman"/>
          <w:sz w:val="24"/>
        </w:rPr>
        <w:t>tuturor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cerințelor</w:t>
      </w:r>
      <w:proofErr w:type="spellEnd"/>
      <w:r w:rsidRPr="007A0413">
        <w:rPr>
          <w:rFonts w:cs="Times New Roman"/>
          <w:sz w:val="24"/>
        </w:rPr>
        <w:t xml:space="preserve">. </w:t>
      </w:r>
      <w:proofErr w:type="spellStart"/>
      <w:r w:rsidRPr="007A0413">
        <w:rPr>
          <w:rFonts w:cs="Times New Roman"/>
          <w:sz w:val="24"/>
        </w:rPr>
        <w:t>Formulările</w:t>
      </w:r>
      <w:proofErr w:type="spellEnd"/>
      <w:r w:rsidRPr="007A0413">
        <w:rPr>
          <w:rFonts w:cs="Times New Roman"/>
          <w:sz w:val="24"/>
        </w:rPr>
        <w:t xml:space="preserve"> generale de </w:t>
      </w:r>
      <w:proofErr w:type="spellStart"/>
      <w:r w:rsidRPr="007A0413">
        <w:rPr>
          <w:rFonts w:cs="Times New Roman"/>
          <w:sz w:val="24"/>
        </w:rPr>
        <w:t>tipul</w:t>
      </w:r>
      <w:proofErr w:type="spellEnd"/>
      <w:r w:rsidRPr="007A0413">
        <w:rPr>
          <w:rFonts w:cs="Times New Roman"/>
          <w:sz w:val="24"/>
        </w:rPr>
        <w:t xml:space="preserve"> „se </w:t>
      </w:r>
      <w:proofErr w:type="spellStart"/>
      <w:r w:rsidRPr="007A0413">
        <w:rPr>
          <w:rFonts w:cs="Times New Roman"/>
          <w:sz w:val="24"/>
        </w:rPr>
        <w:t>respectă</w:t>
      </w:r>
      <w:proofErr w:type="spellEnd"/>
      <w:r w:rsidRPr="007A0413">
        <w:rPr>
          <w:rFonts w:cs="Times New Roman"/>
          <w:sz w:val="24"/>
        </w:rPr>
        <w:t xml:space="preserve">” </w:t>
      </w:r>
      <w:proofErr w:type="spellStart"/>
      <w:r w:rsidRPr="007A0413">
        <w:rPr>
          <w:rFonts w:cs="Times New Roman"/>
          <w:sz w:val="24"/>
        </w:rPr>
        <w:t>sau</w:t>
      </w:r>
      <w:proofErr w:type="spellEnd"/>
      <w:r w:rsidRPr="007A0413">
        <w:rPr>
          <w:rFonts w:cs="Times New Roman"/>
          <w:sz w:val="24"/>
        </w:rPr>
        <w:t xml:space="preserve"> „conform </w:t>
      </w:r>
      <w:proofErr w:type="spellStart"/>
      <w:r w:rsidRPr="007A0413">
        <w:rPr>
          <w:rFonts w:cs="Times New Roman"/>
          <w:sz w:val="24"/>
        </w:rPr>
        <w:t>caietului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sarcini</w:t>
      </w:r>
      <w:proofErr w:type="spellEnd"/>
      <w:r w:rsidRPr="007A0413">
        <w:rPr>
          <w:rFonts w:cs="Times New Roman"/>
          <w:sz w:val="24"/>
        </w:rPr>
        <w:t xml:space="preserve">”, </w:t>
      </w:r>
      <w:proofErr w:type="spellStart"/>
      <w:r w:rsidRPr="007A0413">
        <w:rPr>
          <w:rFonts w:cs="Times New Roman"/>
          <w:sz w:val="24"/>
        </w:rPr>
        <w:t>fără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descrierea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soluției</w:t>
      </w:r>
      <w:proofErr w:type="spellEnd"/>
      <w:r w:rsidRPr="007A0413">
        <w:rPr>
          <w:rFonts w:cs="Times New Roman"/>
          <w:sz w:val="24"/>
        </w:rPr>
        <w:t xml:space="preserve">, nu sunt </w:t>
      </w:r>
      <w:proofErr w:type="spellStart"/>
      <w:r w:rsidRPr="007A0413">
        <w:rPr>
          <w:rFonts w:cs="Times New Roman"/>
          <w:sz w:val="24"/>
        </w:rPr>
        <w:t>suficiente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atunci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când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cerința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presupune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prezentarea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unei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metodologii</w:t>
      </w:r>
      <w:proofErr w:type="spellEnd"/>
      <w:r w:rsidRPr="007A0413">
        <w:rPr>
          <w:rFonts w:cs="Times New Roman"/>
          <w:sz w:val="24"/>
        </w:rPr>
        <w:t xml:space="preserve">, a </w:t>
      </w:r>
      <w:proofErr w:type="spellStart"/>
      <w:r w:rsidRPr="007A0413">
        <w:rPr>
          <w:rFonts w:cs="Times New Roman"/>
          <w:sz w:val="24"/>
        </w:rPr>
        <w:t>unei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configurații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ori</w:t>
      </w:r>
      <w:proofErr w:type="spellEnd"/>
      <w:r w:rsidRPr="007A0413">
        <w:rPr>
          <w:rFonts w:cs="Times New Roman"/>
          <w:sz w:val="24"/>
        </w:rPr>
        <w:t xml:space="preserve"> a </w:t>
      </w:r>
      <w:proofErr w:type="spellStart"/>
      <w:r w:rsidRPr="007A0413">
        <w:rPr>
          <w:rFonts w:cs="Times New Roman"/>
          <w:sz w:val="24"/>
        </w:rPr>
        <w:t>unor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resurse</w:t>
      </w:r>
      <w:proofErr w:type="spellEnd"/>
      <w:r w:rsidRPr="007A0413">
        <w:rPr>
          <w:rFonts w:cs="Times New Roman"/>
          <w:sz w:val="24"/>
        </w:rPr>
        <w:t>.</w:t>
      </w:r>
    </w:p>
    <w:p w14:paraId="179EAAF6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matrice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conformitate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completată</w:t>
      </w:r>
      <w:proofErr w:type="spellEnd"/>
      <w:r w:rsidRPr="007A0413">
        <w:rPr>
          <w:rFonts w:cs="Times New Roman"/>
          <w:sz w:val="24"/>
        </w:rPr>
        <w:t xml:space="preserve"> conform </w:t>
      </w:r>
      <w:proofErr w:type="spellStart"/>
      <w:r w:rsidRPr="007A0413">
        <w:rPr>
          <w:rFonts w:cs="Times New Roman"/>
          <w:sz w:val="24"/>
        </w:rPr>
        <w:t>Anexei</w:t>
      </w:r>
      <w:proofErr w:type="spellEnd"/>
      <w:r w:rsidRPr="007A0413">
        <w:rPr>
          <w:rFonts w:cs="Times New Roman"/>
          <w:sz w:val="24"/>
        </w:rPr>
        <w:t xml:space="preserve"> nr. 3, cu </w:t>
      </w:r>
      <w:proofErr w:type="spellStart"/>
      <w:r w:rsidRPr="007A0413">
        <w:rPr>
          <w:rFonts w:cs="Times New Roman"/>
          <w:sz w:val="24"/>
        </w:rPr>
        <w:t>trimitere</w:t>
      </w:r>
      <w:proofErr w:type="spellEnd"/>
      <w:r w:rsidRPr="007A0413">
        <w:rPr>
          <w:rFonts w:cs="Times New Roman"/>
          <w:sz w:val="24"/>
        </w:rPr>
        <w:t xml:space="preserve"> la </w:t>
      </w:r>
      <w:proofErr w:type="spellStart"/>
      <w:r w:rsidRPr="007A0413">
        <w:rPr>
          <w:rFonts w:cs="Times New Roman"/>
          <w:sz w:val="24"/>
        </w:rPr>
        <w:t>paginile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ofertei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la </w:t>
      </w:r>
      <w:proofErr w:type="spellStart"/>
      <w:r w:rsidRPr="007A0413">
        <w:rPr>
          <w:rFonts w:cs="Times New Roman"/>
          <w:sz w:val="24"/>
        </w:rPr>
        <w:t>documentele</w:t>
      </w:r>
      <w:proofErr w:type="spellEnd"/>
      <w:r w:rsidRPr="007A0413">
        <w:rPr>
          <w:rFonts w:cs="Times New Roman"/>
          <w:sz w:val="24"/>
        </w:rPr>
        <w:t xml:space="preserve"> suport;</w:t>
      </w:r>
    </w:p>
    <w:p w14:paraId="3D116A4C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metodologia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organizare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management al </w:t>
      </w:r>
      <w:proofErr w:type="spellStart"/>
      <w:r w:rsidRPr="007A0413">
        <w:rPr>
          <w:rFonts w:cs="Times New Roman"/>
          <w:sz w:val="24"/>
        </w:rPr>
        <w:t>proiectului</w:t>
      </w:r>
      <w:proofErr w:type="spellEnd"/>
      <w:r w:rsidRPr="007A0413">
        <w:rPr>
          <w:rFonts w:cs="Times New Roman"/>
          <w:sz w:val="24"/>
        </w:rPr>
        <w:t>;</w:t>
      </w:r>
    </w:p>
    <w:p w14:paraId="6027B1A9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graficul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implementare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planul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mobilizare</w:t>
      </w:r>
      <w:proofErr w:type="spellEnd"/>
      <w:r w:rsidRPr="007A0413">
        <w:rPr>
          <w:rFonts w:cs="Times New Roman"/>
          <w:sz w:val="24"/>
        </w:rPr>
        <w:t>;</w:t>
      </w:r>
    </w:p>
    <w:p w14:paraId="6DD7883E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conceptul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preliminar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schița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amplasament</w:t>
      </w:r>
      <w:proofErr w:type="spellEnd"/>
      <w:r w:rsidRPr="007A0413">
        <w:rPr>
          <w:rFonts w:cs="Times New Roman"/>
          <w:sz w:val="24"/>
        </w:rPr>
        <w:t>/</w:t>
      </w:r>
      <w:proofErr w:type="spellStart"/>
      <w:r w:rsidRPr="007A0413">
        <w:rPr>
          <w:rFonts w:cs="Times New Roman"/>
          <w:sz w:val="24"/>
        </w:rPr>
        <w:t>zonare</w:t>
      </w:r>
      <w:proofErr w:type="spellEnd"/>
      <w:r w:rsidRPr="007A0413">
        <w:rPr>
          <w:rFonts w:cs="Times New Roman"/>
          <w:sz w:val="24"/>
        </w:rPr>
        <w:t>;</w:t>
      </w:r>
    </w:p>
    <w:p w14:paraId="0092A94A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descrierea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infrastructurii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lista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echipamentelor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soluțiile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rezervă</w:t>
      </w:r>
      <w:proofErr w:type="spellEnd"/>
      <w:r w:rsidRPr="007A0413">
        <w:rPr>
          <w:rFonts w:cs="Times New Roman"/>
          <w:sz w:val="24"/>
        </w:rPr>
        <w:t>;</w:t>
      </w:r>
    </w:p>
    <w:p w14:paraId="15752B9D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programul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preliminar</w:t>
      </w:r>
      <w:proofErr w:type="spellEnd"/>
      <w:r w:rsidRPr="007A0413">
        <w:rPr>
          <w:rFonts w:cs="Times New Roman"/>
          <w:sz w:val="24"/>
        </w:rPr>
        <w:t xml:space="preserve"> artistic, </w:t>
      </w:r>
      <w:proofErr w:type="spellStart"/>
      <w:r w:rsidRPr="007A0413">
        <w:rPr>
          <w:rFonts w:cs="Times New Roman"/>
          <w:sz w:val="24"/>
        </w:rPr>
        <w:t>educativ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animație</w:t>
      </w:r>
      <w:proofErr w:type="spellEnd"/>
      <w:r w:rsidRPr="007A0413">
        <w:rPr>
          <w:rFonts w:cs="Times New Roman"/>
          <w:sz w:val="24"/>
        </w:rPr>
        <w:t>;</w:t>
      </w:r>
    </w:p>
    <w:p w14:paraId="4B16F490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planul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promovare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exemple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abordare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vizuală</w:t>
      </w:r>
      <w:proofErr w:type="spellEnd"/>
      <w:r w:rsidRPr="007A0413">
        <w:rPr>
          <w:rFonts w:cs="Times New Roman"/>
          <w:sz w:val="24"/>
        </w:rPr>
        <w:t>;</w:t>
      </w:r>
    </w:p>
    <w:p w14:paraId="4AB10514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planul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securitate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intervenție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bunăstare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animală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continuitate</w:t>
      </w:r>
      <w:proofErr w:type="spellEnd"/>
      <w:r w:rsidRPr="007A0413">
        <w:rPr>
          <w:rFonts w:cs="Times New Roman"/>
          <w:sz w:val="24"/>
        </w:rPr>
        <w:t>;</w:t>
      </w:r>
    </w:p>
    <w:p w14:paraId="041C9A73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structura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echipei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rolurile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disponibilitatea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documentele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relevante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pentru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personalul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autorizat</w:t>
      </w:r>
      <w:proofErr w:type="spellEnd"/>
      <w:r w:rsidRPr="007A0413">
        <w:rPr>
          <w:rFonts w:cs="Times New Roman"/>
          <w:sz w:val="24"/>
        </w:rPr>
        <w:t>;</w:t>
      </w:r>
    </w:p>
    <w:p w14:paraId="585DDA82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lista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subcontractanților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partea</w:t>
      </w:r>
      <w:proofErr w:type="spellEnd"/>
      <w:r w:rsidRPr="007A0413">
        <w:rPr>
          <w:rFonts w:cs="Times New Roman"/>
          <w:sz w:val="24"/>
        </w:rPr>
        <w:t xml:space="preserve"> de contract </w:t>
      </w:r>
      <w:proofErr w:type="spellStart"/>
      <w:r w:rsidRPr="007A0413">
        <w:rPr>
          <w:rFonts w:cs="Times New Roman"/>
          <w:sz w:val="24"/>
        </w:rPr>
        <w:t>executată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fiecare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dacă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este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cazul</w:t>
      </w:r>
      <w:proofErr w:type="spellEnd"/>
      <w:r w:rsidRPr="007A0413">
        <w:rPr>
          <w:rFonts w:cs="Times New Roman"/>
          <w:sz w:val="24"/>
        </w:rPr>
        <w:t>;</w:t>
      </w:r>
    </w:p>
    <w:p w14:paraId="239497ED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lista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avizelor</w:t>
      </w:r>
      <w:proofErr w:type="spellEnd"/>
      <w:r w:rsidRPr="007A0413">
        <w:rPr>
          <w:rFonts w:cs="Times New Roman"/>
          <w:sz w:val="24"/>
        </w:rPr>
        <w:t>/</w:t>
      </w:r>
      <w:proofErr w:type="spellStart"/>
      <w:r w:rsidRPr="007A0413">
        <w:rPr>
          <w:rFonts w:cs="Times New Roman"/>
          <w:sz w:val="24"/>
        </w:rPr>
        <w:t>documentelor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asumate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matricea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responsabilităților</w:t>
      </w:r>
      <w:proofErr w:type="spellEnd"/>
      <w:r w:rsidRPr="007A0413">
        <w:rPr>
          <w:rFonts w:cs="Times New Roman"/>
          <w:sz w:val="24"/>
        </w:rPr>
        <w:t>;</w:t>
      </w:r>
    </w:p>
    <w:p w14:paraId="16952BC1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descrierea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livrabilelor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a </w:t>
      </w:r>
      <w:proofErr w:type="spellStart"/>
      <w:r w:rsidRPr="007A0413">
        <w:rPr>
          <w:rFonts w:cs="Times New Roman"/>
          <w:sz w:val="24"/>
        </w:rPr>
        <w:t>procesului</w:t>
      </w:r>
      <w:proofErr w:type="spellEnd"/>
      <w:r w:rsidRPr="007A0413">
        <w:rPr>
          <w:rFonts w:cs="Times New Roman"/>
          <w:sz w:val="24"/>
        </w:rPr>
        <w:t xml:space="preserve"> de control al </w:t>
      </w:r>
      <w:proofErr w:type="spellStart"/>
      <w:r w:rsidRPr="007A0413">
        <w:rPr>
          <w:rFonts w:cs="Times New Roman"/>
          <w:sz w:val="24"/>
        </w:rPr>
        <w:t>calității</w:t>
      </w:r>
      <w:proofErr w:type="spellEnd"/>
      <w:r w:rsidRPr="007A0413">
        <w:rPr>
          <w:rFonts w:cs="Times New Roman"/>
          <w:sz w:val="24"/>
        </w:rPr>
        <w:t>;</w:t>
      </w:r>
    </w:p>
    <w:p w14:paraId="73BC379E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ipotezele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limitările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eventualele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propuneri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superioare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cerințelor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minime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fără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costuri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suplimentare</w:t>
      </w:r>
      <w:proofErr w:type="spellEnd"/>
      <w:r w:rsidRPr="007A0413">
        <w:rPr>
          <w:rFonts w:cs="Times New Roman"/>
          <w:sz w:val="24"/>
        </w:rPr>
        <w:t>.</w:t>
      </w:r>
    </w:p>
    <w:p w14:paraId="16AEA48F" w14:textId="77777777" w:rsidR="00EE76A8" w:rsidRPr="007A0413" w:rsidRDefault="00EE76A8" w:rsidP="00EE76A8">
      <w:pPr>
        <w:spacing w:line="259" w:lineRule="auto"/>
        <w:ind w:firstLine="369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Orice </w:t>
      </w:r>
      <w:proofErr w:type="spellStart"/>
      <w:r w:rsidRPr="007A0413">
        <w:rPr>
          <w:rFonts w:cs="Times New Roman"/>
          <w:sz w:val="24"/>
        </w:rPr>
        <w:t>abatere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rezervă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sau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condiționare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față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cerințele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minime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fi </w:t>
      </w:r>
      <w:proofErr w:type="spellStart"/>
      <w:r w:rsidRPr="007A0413">
        <w:rPr>
          <w:rFonts w:cs="Times New Roman"/>
          <w:sz w:val="24"/>
        </w:rPr>
        <w:t>indicată</w:t>
      </w:r>
      <w:proofErr w:type="spellEnd"/>
      <w:r w:rsidRPr="007A0413">
        <w:rPr>
          <w:rFonts w:cs="Times New Roman"/>
          <w:sz w:val="24"/>
        </w:rPr>
        <w:t xml:space="preserve"> explicit. </w:t>
      </w:r>
      <w:proofErr w:type="spellStart"/>
      <w:r w:rsidRPr="007A0413">
        <w:rPr>
          <w:rFonts w:cs="Times New Roman"/>
          <w:sz w:val="24"/>
        </w:rPr>
        <w:t>Ofertele</w:t>
      </w:r>
      <w:proofErr w:type="spellEnd"/>
      <w:r w:rsidRPr="007A0413">
        <w:rPr>
          <w:rFonts w:cs="Times New Roman"/>
          <w:sz w:val="24"/>
        </w:rPr>
        <w:t xml:space="preserve"> care nu </w:t>
      </w:r>
      <w:proofErr w:type="spellStart"/>
      <w:r w:rsidRPr="007A0413">
        <w:rPr>
          <w:rFonts w:cs="Times New Roman"/>
          <w:sz w:val="24"/>
        </w:rPr>
        <w:t>îndeplinesc</w:t>
      </w:r>
      <w:proofErr w:type="spellEnd"/>
      <w:r w:rsidRPr="007A0413">
        <w:rPr>
          <w:rFonts w:cs="Times New Roman"/>
          <w:sz w:val="24"/>
        </w:rPr>
        <w:t xml:space="preserve"> integral </w:t>
      </w:r>
      <w:proofErr w:type="spellStart"/>
      <w:r w:rsidRPr="007A0413">
        <w:rPr>
          <w:rFonts w:cs="Times New Roman"/>
          <w:sz w:val="24"/>
        </w:rPr>
        <w:t>cerințele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minime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obligatorii</w:t>
      </w:r>
      <w:proofErr w:type="spellEnd"/>
      <w:r w:rsidRPr="007A0413">
        <w:rPr>
          <w:rFonts w:cs="Times New Roman"/>
          <w:sz w:val="24"/>
        </w:rPr>
        <w:t xml:space="preserve"> pot fi </w:t>
      </w:r>
      <w:proofErr w:type="spellStart"/>
      <w:r w:rsidRPr="007A0413">
        <w:rPr>
          <w:rFonts w:cs="Times New Roman"/>
          <w:sz w:val="24"/>
        </w:rPr>
        <w:t>declarate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neconforme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condițiile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legislației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documentației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atribuire</w:t>
      </w:r>
      <w:proofErr w:type="spellEnd"/>
      <w:r w:rsidRPr="007A0413">
        <w:rPr>
          <w:rFonts w:cs="Times New Roman"/>
          <w:sz w:val="24"/>
        </w:rPr>
        <w:t>.</w:t>
      </w:r>
    </w:p>
    <w:p w14:paraId="44EBB4AD" w14:textId="77777777" w:rsidR="00EE76A8" w:rsidRPr="007A0413" w:rsidRDefault="00EE76A8" w:rsidP="00EE76A8">
      <w:pPr>
        <w:pStyle w:val="Titlu1"/>
        <w:rPr>
          <w:rFonts w:ascii="Times New Roman" w:hAnsi="Times New Roman" w:cs="Times New Roman"/>
          <w:color w:val="auto"/>
          <w:sz w:val="24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 w:val="24"/>
          <w:szCs w:val="24"/>
        </w:rPr>
        <w:t>13. CERINȚE FINANCIARE ȘI CONDIȚII CONTRACTUALE</w:t>
      </w:r>
    </w:p>
    <w:p w14:paraId="217F2991" w14:textId="77777777" w:rsidR="00EE76A8" w:rsidRPr="007A0413" w:rsidRDefault="00EE76A8" w:rsidP="00EE76A8">
      <w:pPr>
        <w:pStyle w:val="Titlu2"/>
        <w:rPr>
          <w:rFonts w:ascii="Times New Roman" w:hAnsi="Times New Roman" w:cs="Times New Roman"/>
          <w:color w:val="auto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13.1.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Formarea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prețului</w:t>
      </w:r>
      <w:proofErr w:type="spellEnd"/>
    </w:p>
    <w:p w14:paraId="266A558D" w14:textId="77777777" w:rsidR="00EE76A8" w:rsidRPr="007A0413" w:rsidRDefault="00EE76A8" w:rsidP="00EE76A8">
      <w:pPr>
        <w:spacing w:line="259" w:lineRule="auto"/>
        <w:ind w:firstLine="369"/>
        <w:rPr>
          <w:rFonts w:cs="Times New Roman"/>
          <w:sz w:val="24"/>
        </w:rPr>
      </w:pPr>
      <w:proofErr w:type="spellStart"/>
      <w:r w:rsidRPr="007A0413">
        <w:rPr>
          <w:rFonts w:cs="Times New Roman"/>
          <w:sz w:val="24"/>
        </w:rPr>
        <w:t>Prețul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ofertat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fi </w:t>
      </w:r>
      <w:proofErr w:type="spellStart"/>
      <w:r w:rsidRPr="007A0413">
        <w:rPr>
          <w:rFonts w:cs="Times New Roman"/>
          <w:sz w:val="24"/>
        </w:rPr>
        <w:t>ferm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include </w:t>
      </w:r>
      <w:proofErr w:type="spellStart"/>
      <w:r w:rsidRPr="007A0413">
        <w:rPr>
          <w:rFonts w:cs="Times New Roman"/>
          <w:sz w:val="24"/>
        </w:rPr>
        <w:t>toate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costurile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necesare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executării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integrale</w:t>
      </w:r>
      <w:proofErr w:type="spellEnd"/>
      <w:r w:rsidRPr="007A0413">
        <w:rPr>
          <w:rFonts w:cs="Times New Roman"/>
          <w:sz w:val="24"/>
        </w:rPr>
        <w:t xml:space="preserve"> a </w:t>
      </w:r>
      <w:proofErr w:type="spellStart"/>
      <w:r w:rsidRPr="007A0413">
        <w:rPr>
          <w:rFonts w:cs="Times New Roman"/>
          <w:sz w:val="24"/>
        </w:rPr>
        <w:t>serviciilor</w:t>
      </w:r>
      <w:proofErr w:type="spellEnd"/>
      <w:r w:rsidRPr="007A0413">
        <w:rPr>
          <w:rFonts w:cs="Times New Roman"/>
          <w:sz w:val="24"/>
        </w:rPr>
        <w:t xml:space="preserve">: personal, </w:t>
      </w:r>
      <w:proofErr w:type="spellStart"/>
      <w:r w:rsidRPr="007A0413">
        <w:rPr>
          <w:rFonts w:cs="Times New Roman"/>
          <w:sz w:val="24"/>
        </w:rPr>
        <w:t>onorarii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producție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echipamente</w:t>
      </w:r>
      <w:proofErr w:type="spellEnd"/>
      <w:r w:rsidRPr="007A0413">
        <w:rPr>
          <w:rFonts w:cs="Times New Roman"/>
          <w:sz w:val="24"/>
        </w:rPr>
        <w:t xml:space="preserve">, transport, </w:t>
      </w:r>
      <w:proofErr w:type="spellStart"/>
      <w:r w:rsidRPr="007A0413">
        <w:rPr>
          <w:rFonts w:cs="Times New Roman"/>
          <w:sz w:val="24"/>
        </w:rPr>
        <w:t>montaj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demontaj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combustibil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consumabile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avize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taxe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revin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prestatorului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licențe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drepturi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autor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conexe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asigurări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pază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servicii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medicale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veterinare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promovare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tipărituri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salubrizare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cazare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masă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diurne</w:t>
      </w:r>
      <w:proofErr w:type="spellEnd"/>
      <w:r w:rsidRPr="007A0413">
        <w:rPr>
          <w:rFonts w:cs="Times New Roman"/>
          <w:sz w:val="24"/>
        </w:rPr>
        <w:t xml:space="preserve">, profit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orice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alte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cheltuieli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aferente</w:t>
      </w:r>
      <w:proofErr w:type="spellEnd"/>
      <w:r w:rsidRPr="007A0413">
        <w:rPr>
          <w:rFonts w:cs="Times New Roman"/>
          <w:sz w:val="24"/>
        </w:rPr>
        <w:t>.</w:t>
      </w:r>
    </w:p>
    <w:p w14:paraId="5860CCB3" w14:textId="77777777" w:rsidR="00EE76A8" w:rsidRPr="007A0413" w:rsidRDefault="00EE76A8" w:rsidP="00EE76A8">
      <w:pPr>
        <w:spacing w:line="259" w:lineRule="auto"/>
        <w:ind w:firstLine="369"/>
        <w:rPr>
          <w:rFonts w:cs="Times New Roman"/>
          <w:sz w:val="24"/>
        </w:rPr>
      </w:pPr>
      <w:proofErr w:type="spellStart"/>
      <w:r w:rsidRPr="007A0413">
        <w:rPr>
          <w:rFonts w:cs="Times New Roman"/>
          <w:sz w:val="24"/>
        </w:rPr>
        <w:t>Propunerea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financiară</w:t>
      </w:r>
      <w:proofErr w:type="spellEnd"/>
      <w:r w:rsidRPr="007A0413">
        <w:rPr>
          <w:rFonts w:cs="Times New Roman"/>
          <w:sz w:val="24"/>
        </w:rPr>
        <w:t xml:space="preserve"> se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detalia</w:t>
      </w:r>
      <w:proofErr w:type="spellEnd"/>
      <w:r w:rsidRPr="007A0413">
        <w:rPr>
          <w:rFonts w:cs="Times New Roman"/>
          <w:sz w:val="24"/>
        </w:rPr>
        <w:t xml:space="preserve"> pe </w:t>
      </w:r>
      <w:proofErr w:type="spellStart"/>
      <w:r w:rsidRPr="007A0413">
        <w:rPr>
          <w:rFonts w:cs="Times New Roman"/>
          <w:sz w:val="24"/>
        </w:rPr>
        <w:t>categorii</w:t>
      </w:r>
      <w:proofErr w:type="spellEnd"/>
      <w:r w:rsidRPr="007A0413">
        <w:rPr>
          <w:rFonts w:cs="Times New Roman"/>
          <w:sz w:val="24"/>
        </w:rPr>
        <w:t xml:space="preserve"> conform </w:t>
      </w:r>
      <w:proofErr w:type="spellStart"/>
      <w:r w:rsidRPr="007A0413">
        <w:rPr>
          <w:rFonts w:cs="Times New Roman"/>
          <w:sz w:val="24"/>
        </w:rPr>
        <w:t>Anexei</w:t>
      </w:r>
      <w:proofErr w:type="spellEnd"/>
      <w:r w:rsidRPr="007A0413">
        <w:rPr>
          <w:rFonts w:cs="Times New Roman"/>
          <w:sz w:val="24"/>
        </w:rPr>
        <w:t xml:space="preserve"> nr. 4, </w:t>
      </w:r>
      <w:proofErr w:type="spellStart"/>
      <w:r w:rsidRPr="007A0413">
        <w:rPr>
          <w:rFonts w:cs="Times New Roman"/>
          <w:sz w:val="24"/>
        </w:rPr>
        <w:t>fără</w:t>
      </w:r>
      <w:proofErr w:type="spellEnd"/>
      <w:r w:rsidRPr="007A0413">
        <w:rPr>
          <w:rFonts w:cs="Times New Roman"/>
          <w:sz w:val="24"/>
        </w:rPr>
        <w:t xml:space="preserve"> ca </w:t>
      </w:r>
      <w:proofErr w:type="spellStart"/>
      <w:r w:rsidRPr="007A0413">
        <w:rPr>
          <w:rFonts w:cs="Times New Roman"/>
          <w:sz w:val="24"/>
        </w:rPr>
        <w:t>această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defalcare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limiteze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obligația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prestatorului</w:t>
      </w:r>
      <w:proofErr w:type="spellEnd"/>
      <w:r w:rsidRPr="007A0413">
        <w:rPr>
          <w:rFonts w:cs="Times New Roman"/>
          <w:sz w:val="24"/>
        </w:rPr>
        <w:t xml:space="preserve"> de a </w:t>
      </w:r>
      <w:proofErr w:type="spellStart"/>
      <w:r w:rsidRPr="007A0413">
        <w:rPr>
          <w:rFonts w:cs="Times New Roman"/>
          <w:sz w:val="24"/>
        </w:rPr>
        <w:t>furniza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serviciul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complet</w:t>
      </w:r>
      <w:proofErr w:type="spellEnd"/>
      <w:r w:rsidRPr="007A0413">
        <w:rPr>
          <w:rFonts w:cs="Times New Roman"/>
          <w:sz w:val="24"/>
        </w:rPr>
        <w:t xml:space="preserve">. </w:t>
      </w:r>
      <w:proofErr w:type="spellStart"/>
      <w:r w:rsidRPr="007A0413">
        <w:rPr>
          <w:rFonts w:cs="Times New Roman"/>
          <w:sz w:val="24"/>
        </w:rPr>
        <w:t>Valoarea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totală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ofertată</w:t>
      </w:r>
      <w:proofErr w:type="spellEnd"/>
      <w:r w:rsidRPr="007A0413">
        <w:rPr>
          <w:rFonts w:cs="Times New Roman"/>
          <w:sz w:val="24"/>
        </w:rPr>
        <w:t xml:space="preserve"> nu </w:t>
      </w:r>
      <w:proofErr w:type="spellStart"/>
      <w:r w:rsidRPr="007A0413">
        <w:rPr>
          <w:rFonts w:cs="Times New Roman"/>
          <w:sz w:val="24"/>
        </w:rPr>
        <w:t>poate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depăși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valoarea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estimată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comunicată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prin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documentația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atribuire</w:t>
      </w:r>
      <w:proofErr w:type="spellEnd"/>
      <w:r w:rsidRPr="007A0413">
        <w:rPr>
          <w:rFonts w:cs="Times New Roman"/>
          <w:sz w:val="24"/>
        </w:rPr>
        <w:t>.</w:t>
      </w:r>
    </w:p>
    <w:p w14:paraId="1499DE00" w14:textId="77777777" w:rsidR="00EE76A8" w:rsidRPr="007A0413" w:rsidRDefault="00EE76A8" w:rsidP="00EE76A8">
      <w:pPr>
        <w:pStyle w:val="Titlu2"/>
        <w:rPr>
          <w:rFonts w:ascii="Times New Roman" w:hAnsi="Times New Roman" w:cs="Times New Roman"/>
          <w:color w:val="auto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13.2.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Garanția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de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bună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execuție</w:t>
      </w:r>
      <w:proofErr w:type="spellEnd"/>
    </w:p>
    <w:p w14:paraId="6DE659D9" w14:textId="77777777" w:rsidR="00EE76A8" w:rsidRPr="007A0413" w:rsidRDefault="00EE76A8" w:rsidP="00EE76A8">
      <w:pPr>
        <w:spacing w:line="259" w:lineRule="auto"/>
        <w:ind w:firstLine="369"/>
        <w:rPr>
          <w:rFonts w:cs="Times New Roman"/>
          <w:sz w:val="24"/>
        </w:rPr>
      </w:pPr>
      <w:proofErr w:type="spellStart"/>
      <w:r w:rsidRPr="007A0413">
        <w:rPr>
          <w:rFonts w:cs="Times New Roman"/>
          <w:sz w:val="24"/>
        </w:rPr>
        <w:t>Prestatorul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constitui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garanția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bună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execuție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cuantum</w:t>
      </w:r>
      <w:proofErr w:type="spellEnd"/>
      <w:r w:rsidRPr="007A0413">
        <w:rPr>
          <w:rFonts w:cs="Times New Roman"/>
          <w:sz w:val="24"/>
        </w:rPr>
        <w:t xml:space="preserve"> de 5% din </w:t>
      </w:r>
      <w:proofErr w:type="spellStart"/>
      <w:r w:rsidRPr="007A0413">
        <w:rPr>
          <w:rFonts w:cs="Times New Roman"/>
          <w:sz w:val="24"/>
        </w:rPr>
        <w:t>prețul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contractului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fără</w:t>
      </w:r>
      <w:proofErr w:type="spellEnd"/>
      <w:r w:rsidRPr="007A0413">
        <w:rPr>
          <w:rFonts w:cs="Times New Roman"/>
          <w:sz w:val="24"/>
        </w:rPr>
        <w:t xml:space="preserve"> TVA,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forma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termenul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prevăzute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documentația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atribuire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proiectul</w:t>
      </w:r>
      <w:proofErr w:type="spellEnd"/>
      <w:r w:rsidRPr="007A0413">
        <w:rPr>
          <w:rFonts w:cs="Times New Roman"/>
          <w:sz w:val="24"/>
        </w:rPr>
        <w:t xml:space="preserve"> de contract.</w:t>
      </w:r>
    </w:p>
    <w:p w14:paraId="3911CE59" w14:textId="77777777" w:rsidR="00EE76A8" w:rsidRPr="007A0413" w:rsidRDefault="00EE76A8" w:rsidP="00EE76A8">
      <w:pPr>
        <w:pStyle w:val="Titlu2"/>
        <w:rPr>
          <w:rFonts w:ascii="Times New Roman" w:hAnsi="Times New Roman" w:cs="Times New Roman"/>
          <w:color w:val="auto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Cs w:val="24"/>
        </w:rPr>
        <w:lastRenderedPageBreak/>
        <w:t xml:space="preserve">13.3.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Criteriul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de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atribuire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evaluarea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ofertelor</w:t>
      </w:r>
      <w:proofErr w:type="spellEnd"/>
    </w:p>
    <w:p w14:paraId="7B25F130" w14:textId="77777777" w:rsidR="00EE76A8" w:rsidRPr="007A0413" w:rsidRDefault="00EE76A8" w:rsidP="00EE76A8">
      <w:pPr>
        <w:spacing w:line="259" w:lineRule="auto"/>
        <w:ind w:firstLine="369"/>
        <w:rPr>
          <w:rFonts w:cs="Times New Roman"/>
          <w:sz w:val="24"/>
        </w:rPr>
      </w:pPr>
      <w:proofErr w:type="spellStart"/>
      <w:r w:rsidRPr="007A0413">
        <w:rPr>
          <w:rFonts w:cs="Times New Roman"/>
          <w:sz w:val="24"/>
        </w:rPr>
        <w:t>Criteriul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atribuire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după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caz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factorii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evaluare</w:t>
      </w:r>
      <w:proofErr w:type="spellEnd"/>
      <w:r w:rsidRPr="007A0413">
        <w:rPr>
          <w:rFonts w:cs="Times New Roman"/>
          <w:sz w:val="24"/>
        </w:rPr>
        <w:t xml:space="preserve"> se </w:t>
      </w:r>
      <w:proofErr w:type="spellStart"/>
      <w:r w:rsidRPr="007A0413">
        <w:rPr>
          <w:rFonts w:cs="Times New Roman"/>
          <w:sz w:val="24"/>
        </w:rPr>
        <w:t>stabilesc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prin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strategia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contractare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fișa</w:t>
      </w:r>
      <w:proofErr w:type="spellEnd"/>
      <w:r w:rsidRPr="007A0413">
        <w:rPr>
          <w:rFonts w:cs="Times New Roman"/>
          <w:sz w:val="24"/>
        </w:rPr>
        <w:t xml:space="preserve"> de date </w:t>
      </w:r>
      <w:proofErr w:type="gramStart"/>
      <w:r w:rsidRPr="007A0413">
        <w:rPr>
          <w:rFonts w:cs="Times New Roman"/>
          <w:sz w:val="24"/>
        </w:rPr>
        <w:t>a</w:t>
      </w:r>
      <w:proofErr w:type="gram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achiziției</w:t>
      </w:r>
      <w:proofErr w:type="spellEnd"/>
      <w:r w:rsidRPr="007A0413">
        <w:rPr>
          <w:rFonts w:cs="Times New Roman"/>
          <w:sz w:val="24"/>
        </w:rPr>
        <w:t xml:space="preserve">. </w:t>
      </w:r>
      <w:proofErr w:type="spellStart"/>
      <w:r w:rsidRPr="007A0413">
        <w:rPr>
          <w:rFonts w:cs="Times New Roman"/>
          <w:sz w:val="24"/>
        </w:rPr>
        <w:t>Prezentul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caiet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sarcini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reprezintă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baza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verificării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conformității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tehnice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gramStart"/>
      <w:r w:rsidRPr="007A0413">
        <w:rPr>
          <w:rFonts w:cs="Times New Roman"/>
          <w:sz w:val="24"/>
        </w:rPr>
        <w:t>a</w:t>
      </w:r>
      <w:proofErr w:type="gram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ofertelor</w:t>
      </w:r>
      <w:proofErr w:type="spellEnd"/>
      <w:r w:rsidRPr="007A0413">
        <w:rPr>
          <w:rFonts w:cs="Times New Roman"/>
          <w:sz w:val="24"/>
        </w:rPr>
        <w:t>.</w:t>
      </w:r>
    </w:p>
    <w:p w14:paraId="79A2BBDD" w14:textId="77777777" w:rsidR="00EE76A8" w:rsidRPr="007A0413" w:rsidRDefault="00EE76A8" w:rsidP="00EE76A8">
      <w:pPr>
        <w:pStyle w:val="Titlu2"/>
        <w:rPr>
          <w:rFonts w:ascii="Times New Roman" w:hAnsi="Times New Roman" w:cs="Times New Roman"/>
          <w:color w:val="auto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13.4. Plata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serviciilor</w:t>
      </w:r>
      <w:proofErr w:type="spellEnd"/>
    </w:p>
    <w:p w14:paraId="730E102F" w14:textId="77777777" w:rsidR="00EE76A8" w:rsidRPr="007A0413" w:rsidRDefault="00EE76A8" w:rsidP="00EE76A8">
      <w:pPr>
        <w:spacing w:line="259" w:lineRule="auto"/>
        <w:ind w:firstLine="369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Plata se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efectua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condițiile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proiectului</w:t>
      </w:r>
      <w:proofErr w:type="spellEnd"/>
      <w:r w:rsidRPr="007A0413">
        <w:rPr>
          <w:rFonts w:cs="Times New Roman"/>
          <w:sz w:val="24"/>
        </w:rPr>
        <w:t xml:space="preserve"> de contract, pe </w:t>
      </w:r>
      <w:proofErr w:type="spellStart"/>
      <w:r w:rsidRPr="007A0413">
        <w:rPr>
          <w:rFonts w:cs="Times New Roman"/>
          <w:sz w:val="24"/>
        </w:rPr>
        <w:t>baza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facturii</w:t>
      </w:r>
      <w:proofErr w:type="spellEnd"/>
      <w:r w:rsidRPr="007A0413">
        <w:rPr>
          <w:rFonts w:cs="Times New Roman"/>
          <w:sz w:val="24"/>
        </w:rPr>
        <w:t xml:space="preserve">, a </w:t>
      </w:r>
      <w:proofErr w:type="spellStart"/>
      <w:r w:rsidRPr="007A0413">
        <w:rPr>
          <w:rFonts w:cs="Times New Roman"/>
          <w:sz w:val="24"/>
        </w:rPr>
        <w:t>documentelor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recepție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a </w:t>
      </w:r>
      <w:proofErr w:type="spellStart"/>
      <w:r w:rsidRPr="007A0413">
        <w:rPr>
          <w:rFonts w:cs="Times New Roman"/>
          <w:sz w:val="24"/>
        </w:rPr>
        <w:t>livrabilelor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acceptate</w:t>
      </w:r>
      <w:proofErr w:type="spellEnd"/>
      <w:r w:rsidRPr="007A0413">
        <w:rPr>
          <w:rFonts w:cs="Times New Roman"/>
          <w:sz w:val="24"/>
        </w:rPr>
        <w:t xml:space="preserve">. </w:t>
      </w:r>
      <w:proofErr w:type="spellStart"/>
      <w:r w:rsidRPr="007A0413">
        <w:rPr>
          <w:rFonts w:cs="Times New Roman"/>
          <w:sz w:val="24"/>
        </w:rPr>
        <w:t>Autoritatea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contractantă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poate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condiționa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plata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finală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remedierea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neconformităților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predarea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completă</w:t>
      </w:r>
      <w:proofErr w:type="spellEnd"/>
      <w:r w:rsidRPr="007A0413">
        <w:rPr>
          <w:rFonts w:cs="Times New Roman"/>
          <w:sz w:val="24"/>
        </w:rPr>
        <w:t xml:space="preserve"> a </w:t>
      </w:r>
      <w:proofErr w:type="spellStart"/>
      <w:r w:rsidRPr="007A0413">
        <w:rPr>
          <w:rFonts w:cs="Times New Roman"/>
          <w:sz w:val="24"/>
        </w:rPr>
        <w:t>raportului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arhivei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electronice</w:t>
      </w:r>
      <w:proofErr w:type="spellEnd"/>
      <w:r w:rsidRPr="007A0413">
        <w:rPr>
          <w:rFonts w:cs="Times New Roman"/>
          <w:sz w:val="24"/>
        </w:rPr>
        <w:t>.</w:t>
      </w:r>
    </w:p>
    <w:p w14:paraId="7D8FC17F" w14:textId="77777777" w:rsidR="00EE76A8" w:rsidRPr="007A0413" w:rsidRDefault="00EE76A8" w:rsidP="00EE76A8">
      <w:pPr>
        <w:pStyle w:val="Titlu1"/>
        <w:rPr>
          <w:rFonts w:ascii="Times New Roman" w:hAnsi="Times New Roman" w:cs="Times New Roman"/>
          <w:color w:val="auto"/>
          <w:sz w:val="24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 w:val="24"/>
          <w:szCs w:val="24"/>
        </w:rPr>
        <w:t>14. DISPOZIȚII FINALE</w:t>
      </w:r>
    </w:p>
    <w:p w14:paraId="0EFF3108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toate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cerințele</w:t>
      </w:r>
      <w:proofErr w:type="spellEnd"/>
      <w:r w:rsidRPr="007A0413">
        <w:rPr>
          <w:rFonts w:cs="Times New Roman"/>
          <w:sz w:val="24"/>
        </w:rPr>
        <w:t xml:space="preserve"> din </w:t>
      </w:r>
      <w:proofErr w:type="spellStart"/>
      <w:r w:rsidRPr="007A0413">
        <w:rPr>
          <w:rFonts w:cs="Times New Roman"/>
          <w:sz w:val="24"/>
        </w:rPr>
        <w:t>prezentul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caiet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sarcini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anexele</w:t>
      </w:r>
      <w:proofErr w:type="spellEnd"/>
      <w:r w:rsidRPr="007A0413">
        <w:rPr>
          <w:rFonts w:cs="Times New Roman"/>
          <w:sz w:val="24"/>
        </w:rPr>
        <w:t xml:space="preserve"> sale sunt </w:t>
      </w:r>
      <w:proofErr w:type="spellStart"/>
      <w:r w:rsidRPr="007A0413">
        <w:rPr>
          <w:rFonts w:cs="Times New Roman"/>
          <w:sz w:val="24"/>
        </w:rPr>
        <w:t>cerințe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minime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obligatorii</w:t>
      </w:r>
      <w:proofErr w:type="spellEnd"/>
      <w:r w:rsidRPr="007A0413">
        <w:rPr>
          <w:rFonts w:cs="Times New Roman"/>
          <w:sz w:val="24"/>
        </w:rPr>
        <w:t>;</w:t>
      </w:r>
    </w:p>
    <w:p w14:paraId="6F08B82D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ofertanții</w:t>
      </w:r>
      <w:proofErr w:type="spellEnd"/>
      <w:r w:rsidRPr="007A0413">
        <w:rPr>
          <w:rFonts w:cs="Times New Roman"/>
          <w:sz w:val="24"/>
        </w:rPr>
        <w:t xml:space="preserve"> pot </w:t>
      </w:r>
      <w:proofErr w:type="spellStart"/>
      <w:r w:rsidRPr="007A0413">
        <w:rPr>
          <w:rFonts w:cs="Times New Roman"/>
          <w:sz w:val="24"/>
        </w:rPr>
        <w:t>propune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soluții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tehnice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superioare</w:t>
      </w:r>
      <w:proofErr w:type="spellEnd"/>
      <w:r w:rsidRPr="007A0413">
        <w:rPr>
          <w:rFonts w:cs="Times New Roman"/>
          <w:sz w:val="24"/>
        </w:rPr>
        <w:t xml:space="preserve">, cu </w:t>
      </w:r>
      <w:proofErr w:type="spellStart"/>
      <w:r w:rsidRPr="007A0413">
        <w:rPr>
          <w:rFonts w:cs="Times New Roman"/>
          <w:sz w:val="24"/>
        </w:rPr>
        <w:t>condiția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respectării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obiectului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tematicii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bugetului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aprobărilor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autorității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contractante</w:t>
      </w:r>
      <w:proofErr w:type="spellEnd"/>
      <w:r w:rsidRPr="007A0413">
        <w:rPr>
          <w:rFonts w:cs="Times New Roman"/>
          <w:sz w:val="24"/>
        </w:rPr>
        <w:t>;</w:t>
      </w:r>
    </w:p>
    <w:p w14:paraId="3C8E7FFF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cazul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unor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neconcordanțe</w:t>
      </w:r>
      <w:proofErr w:type="spellEnd"/>
      <w:r w:rsidRPr="007A0413">
        <w:rPr>
          <w:rFonts w:cs="Times New Roman"/>
          <w:sz w:val="24"/>
        </w:rPr>
        <w:t xml:space="preserve">, se </w:t>
      </w:r>
      <w:proofErr w:type="spellStart"/>
      <w:r w:rsidRPr="007A0413">
        <w:rPr>
          <w:rFonts w:cs="Times New Roman"/>
          <w:sz w:val="24"/>
        </w:rPr>
        <w:t>aplică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ordinea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prioritate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stabilită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prin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documentația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atribuire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proiectul</w:t>
      </w:r>
      <w:proofErr w:type="spellEnd"/>
      <w:r w:rsidRPr="007A0413">
        <w:rPr>
          <w:rFonts w:cs="Times New Roman"/>
          <w:sz w:val="24"/>
        </w:rPr>
        <w:t xml:space="preserve"> de contract;</w:t>
      </w:r>
    </w:p>
    <w:p w14:paraId="41D137F9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niciun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acord</w:t>
      </w:r>
      <w:proofErr w:type="spellEnd"/>
      <w:r w:rsidRPr="007A0413">
        <w:rPr>
          <w:rFonts w:cs="Times New Roman"/>
          <w:sz w:val="24"/>
        </w:rPr>
        <w:t xml:space="preserve"> verbal nu </w:t>
      </w:r>
      <w:proofErr w:type="spellStart"/>
      <w:r w:rsidRPr="007A0413">
        <w:rPr>
          <w:rFonts w:cs="Times New Roman"/>
          <w:sz w:val="24"/>
        </w:rPr>
        <w:t>modifică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obligațiile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contractuale</w:t>
      </w:r>
      <w:proofErr w:type="spellEnd"/>
      <w:r w:rsidRPr="007A0413">
        <w:rPr>
          <w:rFonts w:cs="Times New Roman"/>
          <w:sz w:val="24"/>
        </w:rPr>
        <w:t xml:space="preserve">; </w:t>
      </w:r>
      <w:proofErr w:type="spellStart"/>
      <w:r w:rsidRPr="007A0413">
        <w:rPr>
          <w:rFonts w:cs="Times New Roman"/>
          <w:sz w:val="24"/>
        </w:rPr>
        <w:t>modificările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aprobările</w:t>
      </w:r>
      <w:proofErr w:type="spellEnd"/>
      <w:r w:rsidRPr="007A0413">
        <w:rPr>
          <w:rFonts w:cs="Times New Roman"/>
          <w:sz w:val="24"/>
        </w:rPr>
        <w:t xml:space="preserve"> se </w:t>
      </w:r>
      <w:proofErr w:type="spellStart"/>
      <w:r w:rsidRPr="007A0413">
        <w:rPr>
          <w:rFonts w:cs="Times New Roman"/>
          <w:sz w:val="24"/>
        </w:rPr>
        <w:t>consemnează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scris</w:t>
      </w:r>
      <w:proofErr w:type="spellEnd"/>
      <w:r w:rsidRPr="007A0413">
        <w:rPr>
          <w:rFonts w:cs="Times New Roman"/>
          <w:sz w:val="24"/>
        </w:rPr>
        <w:t>;</w:t>
      </w:r>
    </w:p>
    <w:p w14:paraId="125D193C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prestatorul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preda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autorității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contractante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drepturile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utilizare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asupra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materialelor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realizate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cadrul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contractului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condițiile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proiectului</w:t>
      </w:r>
      <w:proofErr w:type="spellEnd"/>
      <w:r w:rsidRPr="007A0413">
        <w:rPr>
          <w:rFonts w:cs="Times New Roman"/>
          <w:sz w:val="24"/>
        </w:rPr>
        <w:t xml:space="preserve"> de contract;</w:t>
      </w:r>
    </w:p>
    <w:p w14:paraId="189DDB1B" w14:textId="77777777" w:rsidR="00EE76A8" w:rsidRPr="007A0413" w:rsidRDefault="00EE76A8" w:rsidP="00EE76A8">
      <w:pPr>
        <w:pStyle w:val="Listparagraf"/>
        <w:spacing w:after="50"/>
        <w:ind w:left="425" w:hanging="255"/>
        <w:rPr>
          <w:rFonts w:cs="Times New Roman"/>
          <w:sz w:val="24"/>
        </w:rPr>
      </w:pPr>
      <w:r w:rsidRPr="007A0413">
        <w:rPr>
          <w:rFonts w:cs="Times New Roman"/>
          <w:sz w:val="24"/>
        </w:rPr>
        <w:t xml:space="preserve">• </w:t>
      </w:r>
      <w:proofErr w:type="spellStart"/>
      <w:r w:rsidRPr="007A0413">
        <w:rPr>
          <w:rFonts w:cs="Times New Roman"/>
          <w:sz w:val="24"/>
        </w:rPr>
        <w:t>anexele</w:t>
      </w:r>
      <w:proofErr w:type="spellEnd"/>
      <w:r w:rsidRPr="007A0413">
        <w:rPr>
          <w:rFonts w:cs="Times New Roman"/>
          <w:sz w:val="24"/>
        </w:rPr>
        <w:t xml:space="preserve"> nr. 1–4 fac </w:t>
      </w:r>
      <w:proofErr w:type="spellStart"/>
      <w:r w:rsidRPr="007A0413">
        <w:rPr>
          <w:rFonts w:cs="Times New Roman"/>
          <w:sz w:val="24"/>
        </w:rPr>
        <w:t>parte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integrantă</w:t>
      </w:r>
      <w:proofErr w:type="spellEnd"/>
      <w:r w:rsidRPr="007A0413">
        <w:rPr>
          <w:rFonts w:cs="Times New Roman"/>
          <w:sz w:val="24"/>
        </w:rPr>
        <w:t xml:space="preserve"> din </w:t>
      </w:r>
      <w:proofErr w:type="spellStart"/>
      <w:r w:rsidRPr="007A0413">
        <w:rPr>
          <w:rFonts w:cs="Times New Roman"/>
          <w:sz w:val="24"/>
        </w:rPr>
        <w:t>prezentul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caiet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sarcini</w:t>
      </w:r>
      <w:proofErr w:type="spellEnd"/>
      <w:r w:rsidRPr="007A0413">
        <w:rPr>
          <w:rFonts w:cs="Times New Roman"/>
          <w:sz w:val="24"/>
        </w:rPr>
        <w:t>.</w:t>
      </w:r>
    </w:p>
    <w:p w14:paraId="7AEB5925" w14:textId="77777777" w:rsidR="00EE76A8" w:rsidRPr="007A0413" w:rsidRDefault="00EE76A8" w:rsidP="00EE76A8">
      <w:pPr>
        <w:spacing w:after="20"/>
        <w:rPr>
          <w:rFonts w:cs="Times New Roman"/>
          <w:sz w:val="24"/>
        </w:rPr>
      </w:pPr>
    </w:p>
    <w:p w14:paraId="31C7E571" w14:textId="77777777" w:rsidR="00EE76A8" w:rsidRPr="007A0413" w:rsidRDefault="00EE76A8" w:rsidP="00EE76A8">
      <w:pPr>
        <w:spacing w:after="20"/>
        <w:rPr>
          <w:rFonts w:cs="Times New Roman"/>
          <w:sz w:val="24"/>
        </w:rPr>
      </w:pPr>
    </w:p>
    <w:p w14:paraId="6423DEFD" w14:textId="77777777" w:rsidR="00EE76A8" w:rsidRPr="007A0413" w:rsidRDefault="00EE76A8" w:rsidP="00EE76A8">
      <w:pPr>
        <w:spacing w:after="20"/>
        <w:rPr>
          <w:rFonts w:cs="Times New Roman"/>
          <w:sz w:val="24"/>
        </w:rPr>
      </w:pPr>
    </w:p>
    <w:p w14:paraId="4F2E70B8" w14:textId="77777777" w:rsidR="00EE76A8" w:rsidRPr="007A0413" w:rsidRDefault="00EE76A8" w:rsidP="00EE76A8">
      <w:pPr>
        <w:pStyle w:val="Titlu1"/>
        <w:pageBreakBefore/>
        <w:rPr>
          <w:rFonts w:ascii="Times New Roman" w:hAnsi="Times New Roman" w:cs="Times New Roman"/>
          <w:color w:val="auto"/>
          <w:sz w:val="24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ANEXA NR. 1 – SPECIFICAȚII TEHNICE MINIME OBLIGATORII</w:t>
      </w:r>
    </w:p>
    <w:p w14:paraId="43A71065" w14:textId="77777777" w:rsidR="00EE76A8" w:rsidRPr="007A0413" w:rsidRDefault="00EE76A8" w:rsidP="00EE76A8">
      <w:pPr>
        <w:spacing w:line="259" w:lineRule="auto"/>
        <w:ind w:firstLine="369"/>
        <w:rPr>
          <w:rFonts w:cs="Times New Roman"/>
          <w:sz w:val="24"/>
        </w:rPr>
      </w:pPr>
      <w:proofErr w:type="spellStart"/>
      <w:r w:rsidRPr="007A0413">
        <w:rPr>
          <w:rFonts w:cs="Times New Roman"/>
          <w:sz w:val="24"/>
        </w:rPr>
        <w:t>Cantitățile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cerințele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mai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jos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reprezintă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praguri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minime</w:t>
      </w:r>
      <w:proofErr w:type="spellEnd"/>
      <w:r w:rsidRPr="007A0413">
        <w:rPr>
          <w:rFonts w:cs="Times New Roman"/>
          <w:sz w:val="24"/>
        </w:rPr>
        <w:t xml:space="preserve">. </w:t>
      </w:r>
      <w:proofErr w:type="spellStart"/>
      <w:r w:rsidRPr="007A0413">
        <w:rPr>
          <w:rFonts w:cs="Times New Roman"/>
          <w:sz w:val="24"/>
        </w:rPr>
        <w:t>Prestatorul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dimensiona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soluția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finală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în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funcție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planul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amplasament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avize</w:t>
      </w:r>
      <w:proofErr w:type="spellEnd"/>
      <w:r w:rsidRPr="007A0413">
        <w:rPr>
          <w:rFonts w:cs="Times New Roman"/>
          <w:sz w:val="24"/>
        </w:rPr>
        <w:t xml:space="preserve">, </w:t>
      </w:r>
      <w:proofErr w:type="spellStart"/>
      <w:r w:rsidRPr="007A0413">
        <w:rPr>
          <w:rFonts w:cs="Times New Roman"/>
          <w:sz w:val="24"/>
        </w:rPr>
        <w:t>analiza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risc</w:t>
      </w:r>
      <w:proofErr w:type="spellEnd"/>
      <w:r w:rsidRPr="007A0413">
        <w:rPr>
          <w:rFonts w:cs="Times New Roman"/>
          <w:sz w:val="24"/>
        </w:rPr>
        <w:t xml:space="preserve">, program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numărul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estimat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participanți</w:t>
      </w:r>
      <w:proofErr w:type="spellEnd"/>
      <w:r w:rsidRPr="007A0413">
        <w:rPr>
          <w:rFonts w:cs="Times New Roman"/>
          <w:sz w:val="24"/>
        </w:rPr>
        <w:t>.</w:t>
      </w:r>
    </w:p>
    <w:p w14:paraId="7B2CCC74" w14:textId="77777777" w:rsidR="00EE76A8" w:rsidRPr="007A0413" w:rsidRDefault="00EE76A8" w:rsidP="00EE76A8">
      <w:pPr>
        <w:pStyle w:val="Titlu2"/>
        <w:rPr>
          <w:rFonts w:ascii="Times New Roman" w:hAnsi="Times New Roman" w:cs="Times New Roman"/>
          <w:color w:val="auto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A.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Infrastructură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tehnică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logistică</w:t>
      </w:r>
      <w:proofErr w:type="spellEnd"/>
    </w:p>
    <w:tbl>
      <w:tblPr>
        <w:tblW w:w="9526" w:type="dxa"/>
        <w:jc w:val="center"/>
        <w:tblBorders>
          <w:top w:val="single" w:sz="5" w:space="0" w:color="8EA9C1"/>
          <w:left w:val="single" w:sz="5" w:space="0" w:color="8EA9C1"/>
          <w:bottom w:val="single" w:sz="5" w:space="0" w:color="8EA9C1"/>
          <w:right w:val="single" w:sz="5" w:space="0" w:color="8EA9C1"/>
          <w:insideH w:val="single" w:sz="5" w:space="0" w:color="8EA9C1"/>
          <w:insideV w:val="single" w:sz="5" w:space="0" w:color="8EA9C1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1701"/>
        <w:gridCol w:w="1361"/>
        <w:gridCol w:w="3969"/>
        <w:gridCol w:w="2098"/>
      </w:tblGrid>
      <w:tr w:rsidR="00EE76A8" w:rsidRPr="007A0413" w14:paraId="1DF14BE8" w14:textId="77777777" w:rsidTr="007E0AAE">
        <w:trPr>
          <w:cantSplit/>
          <w:tblHeader/>
          <w:jc w:val="center"/>
        </w:trPr>
        <w:tc>
          <w:tcPr>
            <w:tcW w:w="3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0AC6F36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Nr.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3321D6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Element</w:t>
            </w:r>
          </w:p>
        </w:tc>
        <w:tc>
          <w:tcPr>
            <w:tcW w:w="136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EA609ED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b/>
                <w:sz w:val="24"/>
              </w:rPr>
              <w:t>Cantitate</w:t>
            </w:r>
            <w:proofErr w:type="spellEnd"/>
            <w:r w:rsidRPr="007A0413">
              <w:rPr>
                <w:rFonts w:cs="Times New Roman"/>
                <w:b/>
                <w:sz w:val="24"/>
              </w:rPr>
              <w:t xml:space="preserve"> / </w:t>
            </w:r>
            <w:proofErr w:type="spellStart"/>
            <w:r w:rsidRPr="007A0413">
              <w:rPr>
                <w:rFonts w:cs="Times New Roman"/>
                <w:b/>
                <w:sz w:val="24"/>
              </w:rPr>
              <w:t>disponibilitate</w:t>
            </w:r>
            <w:proofErr w:type="spellEnd"/>
          </w:p>
        </w:tc>
        <w:tc>
          <w:tcPr>
            <w:tcW w:w="396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2D79FCA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b/>
                <w:sz w:val="24"/>
              </w:rPr>
              <w:t>Cerință</w:t>
            </w:r>
            <w:proofErr w:type="spellEnd"/>
            <w:r w:rsidRPr="007A0413">
              <w:rPr>
                <w:rFonts w:cs="Times New Roman"/>
                <w:b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b/>
                <w:sz w:val="24"/>
              </w:rPr>
              <w:t>minimă</w:t>
            </w:r>
            <w:proofErr w:type="spellEnd"/>
          </w:p>
        </w:tc>
        <w:tc>
          <w:tcPr>
            <w:tcW w:w="209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519E84B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b/>
                <w:sz w:val="24"/>
              </w:rPr>
              <w:t>Dovadă</w:t>
            </w:r>
            <w:proofErr w:type="spellEnd"/>
            <w:r w:rsidRPr="007A0413">
              <w:rPr>
                <w:rFonts w:cs="Times New Roman"/>
                <w:b/>
                <w:sz w:val="24"/>
              </w:rPr>
              <w:t xml:space="preserve"> / </w:t>
            </w:r>
            <w:proofErr w:type="spellStart"/>
            <w:r w:rsidRPr="007A0413">
              <w:rPr>
                <w:rFonts w:cs="Times New Roman"/>
                <w:b/>
                <w:sz w:val="24"/>
              </w:rPr>
              <w:t>recepție</w:t>
            </w:r>
            <w:proofErr w:type="spellEnd"/>
          </w:p>
        </w:tc>
      </w:tr>
      <w:tr w:rsidR="00EE76A8" w:rsidRPr="007A0413" w14:paraId="0F5509DB" w14:textId="77777777" w:rsidTr="007E0AAE">
        <w:trPr>
          <w:cantSplit/>
          <w:jc w:val="center"/>
        </w:trPr>
        <w:tc>
          <w:tcPr>
            <w:tcW w:w="39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CF9C1C5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1</w:t>
            </w:r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48B8F24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Scenă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principală</w:t>
            </w:r>
            <w:proofErr w:type="spellEnd"/>
          </w:p>
        </w:tc>
        <w:tc>
          <w:tcPr>
            <w:tcW w:w="136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8FF1320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1 </w:t>
            </w:r>
            <w:proofErr w:type="spellStart"/>
            <w:r w:rsidRPr="007A0413">
              <w:rPr>
                <w:rFonts w:cs="Times New Roman"/>
                <w:sz w:val="24"/>
              </w:rPr>
              <w:t>ansamblu</w:t>
            </w:r>
            <w:proofErr w:type="spellEnd"/>
          </w:p>
        </w:tc>
        <w:tc>
          <w:tcPr>
            <w:tcW w:w="396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C8D6B33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Acoperită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; </w:t>
            </w:r>
            <w:proofErr w:type="spellStart"/>
            <w:r w:rsidRPr="007A0413">
              <w:rPr>
                <w:rFonts w:cs="Times New Roman"/>
                <w:sz w:val="24"/>
              </w:rPr>
              <w:t>suprafață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utilă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minimum 8 m × 6 m; </w:t>
            </w:r>
            <w:proofErr w:type="spellStart"/>
            <w:r w:rsidRPr="007A0413">
              <w:rPr>
                <w:rFonts w:cs="Times New Roman"/>
                <w:sz w:val="24"/>
              </w:rPr>
              <w:t>structură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certificată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pentru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exterior; </w:t>
            </w:r>
            <w:proofErr w:type="spellStart"/>
            <w:r w:rsidRPr="007A0413">
              <w:rPr>
                <w:rFonts w:cs="Times New Roman"/>
                <w:sz w:val="24"/>
              </w:rPr>
              <w:t>acces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securizat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trepte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balustrade, </w:t>
            </w:r>
            <w:proofErr w:type="spellStart"/>
            <w:r w:rsidRPr="007A0413">
              <w:rPr>
                <w:rFonts w:cs="Times New Roman"/>
                <w:sz w:val="24"/>
              </w:rPr>
              <w:t>protecții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zona </w:t>
            </w:r>
            <w:proofErr w:type="spellStart"/>
            <w:r w:rsidRPr="007A0413">
              <w:rPr>
                <w:rFonts w:cs="Times New Roman"/>
                <w:sz w:val="24"/>
              </w:rPr>
              <w:t>tehnică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din </w:t>
            </w:r>
            <w:proofErr w:type="spellStart"/>
            <w:r w:rsidRPr="007A0413">
              <w:rPr>
                <w:rFonts w:cs="Times New Roman"/>
                <w:sz w:val="24"/>
              </w:rPr>
              <w:t>spatele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scenei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  <w:tc>
          <w:tcPr>
            <w:tcW w:w="209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8563C53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Proces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-verbal de </w:t>
            </w:r>
            <w:proofErr w:type="spellStart"/>
            <w:r w:rsidRPr="007A0413">
              <w:rPr>
                <w:rFonts w:cs="Times New Roman"/>
                <w:sz w:val="24"/>
              </w:rPr>
              <w:t>montaj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documente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structură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verificare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în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teren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3ED4F507" w14:textId="77777777" w:rsidTr="007E0AAE">
        <w:trPr>
          <w:cantSplit/>
          <w:jc w:val="center"/>
        </w:trPr>
        <w:tc>
          <w:tcPr>
            <w:tcW w:w="39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C67D7E5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2</w:t>
            </w:r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6D25504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Sistem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sonorizare</w:t>
            </w:r>
            <w:proofErr w:type="spellEnd"/>
          </w:p>
        </w:tc>
        <w:tc>
          <w:tcPr>
            <w:tcW w:w="136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E1458B7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1 </w:t>
            </w:r>
            <w:proofErr w:type="spellStart"/>
            <w:r w:rsidRPr="007A0413">
              <w:rPr>
                <w:rFonts w:cs="Times New Roman"/>
                <w:sz w:val="24"/>
              </w:rPr>
              <w:t>sistem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complet</w:t>
            </w:r>
            <w:proofErr w:type="spellEnd"/>
          </w:p>
        </w:tc>
        <w:tc>
          <w:tcPr>
            <w:tcW w:w="396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D9C2B4A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Adecvat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concertelor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discursurilor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în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aer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liber; </w:t>
            </w:r>
            <w:proofErr w:type="spellStart"/>
            <w:r w:rsidRPr="007A0413">
              <w:rPr>
                <w:rFonts w:cs="Times New Roman"/>
                <w:sz w:val="24"/>
              </w:rPr>
              <w:t>pupitru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microfoane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monitoare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cablare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componente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rezervă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; </w:t>
            </w:r>
            <w:proofErr w:type="spellStart"/>
            <w:r w:rsidRPr="007A0413">
              <w:rPr>
                <w:rFonts w:cs="Times New Roman"/>
                <w:sz w:val="24"/>
              </w:rPr>
              <w:t>respectarea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limitelor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zgomot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  <w:tc>
          <w:tcPr>
            <w:tcW w:w="209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B358250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Fișă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tehnică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plan de </w:t>
            </w:r>
            <w:proofErr w:type="spellStart"/>
            <w:r w:rsidRPr="007A0413">
              <w:rPr>
                <w:rFonts w:cs="Times New Roman"/>
                <w:sz w:val="24"/>
              </w:rPr>
              <w:t>amplasare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probă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sunet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6E3C0537" w14:textId="77777777" w:rsidTr="007E0AAE">
        <w:trPr>
          <w:cantSplit/>
          <w:jc w:val="center"/>
        </w:trPr>
        <w:tc>
          <w:tcPr>
            <w:tcW w:w="39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AC8EFB4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3</w:t>
            </w:r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9A07DEB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Sistem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iluminat</w:t>
            </w:r>
            <w:proofErr w:type="spellEnd"/>
          </w:p>
        </w:tc>
        <w:tc>
          <w:tcPr>
            <w:tcW w:w="136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D0B7CAE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1 </w:t>
            </w:r>
            <w:proofErr w:type="spellStart"/>
            <w:r w:rsidRPr="007A0413">
              <w:rPr>
                <w:rFonts w:cs="Times New Roman"/>
                <w:sz w:val="24"/>
              </w:rPr>
              <w:t>sistem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complet</w:t>
            </w:r>
            <w:proofErr w:type="spellEnd"/>
          </w:p>
        </w:tc>
        <w:tc>
          <w:tcPr>
            <w:tcW w:w="396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CBB1706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Iluminat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scenă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iluminat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ambiental</w:t>
            </w:r>
            <w:proofErr w:type="spellEnd"/>
            <w:r w:rsidRPr="007A0413">
              <w:rPr>
                <w:rFonts w:cs="Times New Roman"/>
                <w:sz w:val="24"/>
              </w:rPr>
              <w:t>/</w:t>
            </w:r>
            <w:proofErr w:type="spellStart"/>
            <w:r w:rsidRPr="007A0413">
              <w:rPr>
                <w:rFonts w:cs="Times New Roman"/>
                <w:sz w:val="24"/>
              </w:rPr>
              <w:t>arhitectural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în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zonele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aprobate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; </w:t>
            </w:r>
            <w:proofErr w:type="spellStart"/>
            <w:r w:rsidRPr="007A0413">
              <w:rPr>
                <w:rFonts w:cs="Times New Roman"/>
                <w:sz w:val="24"/>
              </w:rPr>
              <w:t>fără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impact </w:t>
            </w:r>
            <w:proofErr w:type="spellStart"/>
            <w:r w:rsidRPr="007A0413">
              <w:rPr>
                <w:rFonts w:cs="Times New Roman"/>
                <w:sz w:val="24"/>
              </w:rPr>
              <w:t>negativ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asupra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animalelor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vegetației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  <w:tc>
          <w:tcPr>
            <w:tcW w:w="209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06F05BD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proofErr w:type="gramStart"/>
            <w:r w:rsidRPr="007A0413">
              <w:rPr>
                <w:rFonts w:cs="Times New Roman"/>
                <w:sz w:val="24"/>
              </w:rPr>
              <w:t>Fișă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tehnică</w:t>
            </w:r>
            <w:proofErr w:type="spellEnd"/>
            <w:proofErr w:type="gram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probă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funcțională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7DF056B4" w14:textId="77777777" w:rsidTr="007E0AAE">
        <w:trPr>
          <w:cantSplit/>
          <w:jc w:val="center"/>
        </w:trPr>
        <w:tc>
          <w:tcPr>
            <w:tcW w:w="39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FA0FC01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4</w:t>
            </w:r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DF070EE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Ecran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LED exterior</w:t>
            </w:r>
          </w:p>
        </w:tc>
        <w:tc>
          <w:tcPr>
            <w:tcW w:w="136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C2927A2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minimum 20 </w:t>
            </w:r>
            <w:proofErr w:type="spellStart"/>
            <w:r w:rsidRPr="007A0413">
              <w:rPr>
                <w:rFonts w:cs="Times New Roman"/>
                <w:sz w:val="24"/>
              </w:rPr>
              <w:t>mp</w:t>
            </w:r>
            <w:proofErr w:type="spellEnd"/>
          </w:p>
        </w:tc>
        <w:tc>
          <w:tcPr>
            <w:tcW w:w="396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1E27580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Vizibilitate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adecvată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structură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certificată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procesare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video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operare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pe </w:t>
            </w:r>
            <w:proofErr w:type="spellStart"/>
            <w:r w:rsidRPr="007A0413">
              <w:rPr>
                <w:rFonts w:cs="Times New Roman"/>
                <w:sz w:val="24"/>
              </w:rPr>
              <w:t>durata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programului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  <w:tc>
          <w:tcPr>
            <w:tcW w:w="209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7C28EE1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Fișă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tehnică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proces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-verbal </w:t>
            </w:r>
            <w:proofErr w:type="spellStart"/>
            <w:r w:rsidRPr="007A0413">
              <w:rPr>
                <w:rFonts w:cs="Times New Roman"/>
                <w:sz w:val="24"/>
              </w:rPr>
              <w:t>montaj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probă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video.</w:t>
            </w:r>
          </w:p>
        </w:tc>
      </w:tr>
      <w:tr w:rsidR="00EE76A8" w:rsidRPr="007A0413" w14:paraId="08F01E3A" w14:textId="77777777" w:rsidTr="007E0AAE">
        <w:trPr>
          <w:cantSplit/>
          <w:jc w:val="center"/>
        </w:trPr>
        <w:tc>
          <w:tcPr>
            <w:tcW w:w="39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83B3918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5</w:t>
            </w:r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30A1161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Generatoare</w:t>
            </w:r>
            <w:proofErr w:type="spellEnd"/>
          </w:p>
        </w:tc>
        <w:tc>
          <w:tcPr>
            <w:tcW w:w="136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44990E8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1 principal + 1 </w:t>
            </w:r>
            <w:proofErr w:type="spellStart"/>
            <w:r w:rsidRPr="007A0413">
              <w:rPr>
                <w:rFonts w:cs="Times New Roman"/>
                <w:sz w:val="24"/>
              </w:rPr>
              <w:t>rezervă</w:t>
            </w:r>
            <w:proofErr w:type="spellEnd"/>
          </w:p>
        </w:tc>
        <w:tc>
          <w:tcPr>
            <w:tcW w:w="396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548BF83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Dimensionate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pe </w:t>
            </w:r>
            <w:proofErr w:type="spellStart"/>
            <w:r w:rsidRPr="007A0413">
              <w:rPr>
                <w:rFonts w:cs="Times New Roman"/>
                <w:sz w:val="24"/>
              </w:rPr>
              <w:t>baza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bilanțului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putere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; </w:t>
            </w:r>
            <w:proofErr w:type="spellStart"/>
            <w:r w:rsidRPr="007A0413">
              <w:rPr>
                <w:rFonts w:cs="Times New Roman"/>
                <w:sz w:val="24"/>
              </w:rPr>
              <w:t>combustibil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inclus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; </w:t>
            </w:r>
            <w:proofErr w:type="spellStart"/>
            <w:r w:rsidRPr="007A0413">
              <w:rPr>
                <w:rFonts w:cs="Times New Roman"/>
                <w:sz w:val="24"/>
              </w:rPr>
              <w:t>comutare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rapidă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; </w:t>
            </w:r>
            <w:proofErr w:type="spellStart"/>
            <w:r w:rsidRPr="007A0413">
              <w:rPr>
                <w:rFonts w:cs="Times New Roman"/>
                <w:sz w:val="24"/>
              </w:rPr>
              <w:t>protecții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împământare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tăvi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retenție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  <w:tc>
          <w:tcPr>
            <w:tcW w:w="209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2E7FD60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Bilanț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putere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buletine</w:t>
            </w:r>
            <w:proofErr w:type="spellEnd"/>
            <w:r w:rsidRPr="007A0413">
              <w:rPr>
                <w:rFonts w:cs="Times New Roman"/>
                <w:sz w:val="24"/>
              </w:rPr>
              <w:t>/</w:t>
            </w:r>
            <w:proofErr w:type="spellStart"/>
            <w:r w:rsidRPr="007A0413">
              <w:rPr>
                <w:rFonts w:cs="Times New Roman"/>
                <w:sz w:val="24"/>
              </w:rPr>
              <w:t>verificări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probă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rezervă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052FB644" w14:textId="77777777" w:rsidTr="007E0AAE">
        <w:trPr>
          <w:cantSplit/>
          <w:jc w:val="center"/>
        </w:trPr>
        <w:tc>
          <w:tcPr>
            <w:tcW w:w="39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EC43C15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6</w:t>
            </w:r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941E77E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Distribuție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electrică</w:t>
            </w:r>
            <w:proofErr w:type="spellEnd"/>
          </w:p>
        </w:tc>
        <w:tc>
          <w:tcPr>
            <w:tcW w:w="136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05A9BFA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Completă</w:t>
            </w:r>
            <w:proofErr w:type="spellEnd"/>
          </w:p>
        </w:tc>
        <w:tc>
          <w:tcPr>
            <w:tcW w:w="396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F1E7913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Tablouri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cabluri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protecții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prize, </w:t>
            </w:r>
            <w:proofErr w:type="spellStart"/>
            <w:r w:rsidRPr="007A0413">
              <w:rPr>
                <w:rFonts w:cs="Times New Roman"/>
                <w:sz w:val="24"/>
              </w:rPr>
              <w:t>separarea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circuitelor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protecții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trecere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pentru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public.</w:t>
            </w:r>
          </w:p>
        </w:tc>
        <w:tc>
          <w:tcPr>
            <w:tcW w:w="209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F178AAC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Proiect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electric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verificare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tehnică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1AB90360" w14:textId="77777777" w:rsidTr="007E0AAE">
        <w:trPr>
          <w:cantSplit/>
          <w:jc w:val="center"/>
        </w:trPr>
        <w:tc>
          <w:tcPr>
            <w:tcW w:w="39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26FF0A6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7</w:t>
            </w:r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B6FCEA5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Corturi</w:t>
            </w:r>
            <w:proofErr w:type="spellEnd"/>
            <w:r w:rsidRPr="007A0413">
              <w:rPr>
                <w:rFonts w:cs="Times New Roman"/>
                <w:sz w:val="24"/>
              </w:rPr>
              <w:t>/</w:t>
            </w:r>
            <w:proofErr w:type="spellStart"/>
            <w:r w:rsidRPr="007A0413">
              <w:rPr>
                <w:rFonts w:cs="Times New Roman"/>
                <w:sz w:val="24"/>
              </w:rPr>
              <w:t>pavilioane</w:t>
            </w:r>
            <w:proofErr w:type="spellEnd"/>
            <w:r w:rsidRPr="007A0413">
              <w:rPr>
                <w:rFonts w:cs="Times New Roman"/>
                <w:sz w:val="24"/>
              </w:rPr>
              <w:t>/</w:t>
            </w:r>
            <w:proofErr w:type="spellStart"/>
            <w:r w:rsidRPr="007A0413">
              <w:rPr>
                <w:rFonts w:cs="Times New Roman"/>
                <w:sz w:val="24"/>
              </w:rPr>
              <w:t>standuri</w:t>
            </w:r>
            <w:proofErr w:type="spellEnd"/>
          </w:p>
        </w:tc>
        <w:tc>
          <w:tcPr>
            <w:tcW w:w="136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B576E94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minimum 30 </w:t>
            </w:r>
            <w:proofErr w:type="spellStart"/>
            <w:r w:rsidRPr="007A0413">
              <w:rPr>
                <w:rFonts w:cs="Times New Roman"/>
                <w:sz w:val="24"/>
              </w:rPr>
              <w:t>unități</w:t>
            </w:r>
            <w:proofErr w:type="spellEnd"/>
          </w:p>
        </w:tc>
        <w:tc>
          <w:tcPr>
            <w:tcW w:w="396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439E721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Rezistente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la </w:t>
            </w:r>
            <w:proofErr w:type="spellStart"/>
            <w:r w:rsidRPr="007A0413">
              <w:rPr>
                <w:rFonts w:cs="Times New Roman"/>
                <w:sz w:val="24"/>
              </w:rPr>
              <w:t>intemperii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fixate conform </w:t>
            </w:r>
            <w:proofErr w:type="spellStart"/>
            <w:r w:rsidRPr="007A0413">
              <w:rPr>
                <w:rFonts w:cs="Times New Roman"/>
                <w:sz w:val="24"/>
              </w:rPr>
              <w:t>instrucțiunilor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adaptate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zonelor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identificate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vizual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  <w:tc>
          <w:tcPr>
            <w:tcW w:w="209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C649BC7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Inventar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verificare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în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teren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0783BF8F" w14:textId="77777777" w:rsidTr="007E0AAE">
        <w:trPr>
          <w:cantSplit/>
          <w:jc w:val="center"/>
        </w:trPr>
        <w:tc>
          <w:tcPr>
            <w:tcW w:w="39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6C34ACC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lastRenderedPageBreak/>
              <w:t>8</w:t>
            </w:r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D19548B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>Mese</w:t>
            </w:r>
          </w:p>
        </w:tc>
        <w:tc>
          <w:tcPr>
            <w:tcW w:w="136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FCD2991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minimum 30 </w:t>
            </w:r>
            <w:proofErr w:type="spellStart"/>
            <w:r w:rsidRPr="007A0413">
              <w:rPr>
                <w:rFonts w:cs="Times New Roman"/>
                <w:sz w:val="24"/>
              </w:rPr>
              <w:t>unități</w:t>
            </w:r>
            <w:proofErr w:type="spellEnd"/>
          </w:p>
        </w:tc>
        <w:tc>
          <w:tcPr>
            <w:tcW w:w="396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CC08E0B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Minimum o </w:t>
            </w:r>
            <w:proofErr w:type="spellStart"/>
            <w:r w:rsidRPr="007A0413">
              <w:rPr>
                <w:rFonts w:cs="Times New Roman"/>
                <w:sz w:val="24"/>
              </w:rPr>
              <w:t>masă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pentru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fiecare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stand; stabile, curate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funcționale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  <w:tc>
          <w:tcPr>
            <w:tcW w:w="209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2162B30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Inventar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verificare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în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teren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77F0850B" w14:textId="77777777" w:rsidTr="007E0AAE">
        <w:trPr>
          <w:cantSplit/>
          <w:jc w:val="center"/>
        </w:trPr>
        <w:tc>
          <w:tcPr>
            <w:tcW w:w="39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45892BC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9</w:t>
            </w:r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5022292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Scaune</w:t>
            </w:r>
            <w:proofErr w:type="spellEnd"/>
          </w:p>
        </w:tc>
        <w:tc>
          <w:tcPr>
            <w:tcW w:w="136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DF50093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minimum 60 </w:t>
            </w:r>
            <w:proofErr w:type="spellStart"/>
            <w:r w:rsidRPr="007A0413">
              <w:rPr>
                <w:rFonts w:cs="Times New Roman"/>
                <w:sz w:val="24"/>
              </w:rPr>
              <w:t>unități</w:t>
            </w:r>
            <w:proofErr w:type="spellEnd"/>
          </w:p>
        </w:tc>
        <w:tc>
          <w:tcPr>
            <w:tcW w:w="396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B23D076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Minimum </w:t>
            </w:r>
            <w:proofErr w:type="spellStart"/>
            <w:r w:rsidRPr="007A0413">
              <w:rPr>
                <w:rFonts w:cs="Times New Roman"/>
                <w:sz w:val="24"/>
              </w:rPr>
              <w:t>două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scaune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pentru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fiecare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stand, plus </w:t>
            </w:r>
            <w:proofErr w:type="spellStart"/>
            <w:r w:rsidRPr="007A0413">
              <w:rPr>
                <w:rFonts w:cs="Times New Roman"/>
                <w:sz w:val="24"/>
              </w:rPr>
              <w:t>necesarul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zonelor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funcționale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  <w:tc>
          <w:tcPr>
            <w:tcW w:w="209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800F62B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Inventar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verificare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în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teren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54ECA9B4" w14:textId="77777777" w:rsidTr="007E0AAE">
        <w:trPr>
          <w:cantSplit/>
          <w:jc w:val="center"/>
        </w:trPr>
        <w:tc>
          <w:tcPr>
            <w:tcW w:w="39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12CE464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10</w:t>
            </w:r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242B1AA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Țarcuri</w:t>
            </w:r>
            <w:proofErr w:type="spellEnd"/>
            <w:r w:rsidRPr="007A0413">
              <w:rPr>
                <w:rFonts w:cs="Times New Roman"/>
                <w:sz w:val="24"/>
              </w:rPr>
              <w:t>/</w:t>
            </w:r>
            <w:proofErr w:type="spellStart"/>
            <w:r w:rsidRPr="007A0413">
              <w:rPr>
                <w:rFonts w:cs="Times New Roman"/>
                <w:sz w:val="24"/>
              </w:rPr>
              <w:t>delimitări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pentru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animale</w:t>
            </w:r>
            <w:proofErr w:type="spellEnd"/>
          </w:p>
        </w:tc>
        <w:tc>
          <w:tcPr>
            <w:tcW w:w="136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3A6785D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Conform </w:t>
            </w:r>
            <w:proofErr w:type="spellStart"/>
            <w:r w:rsidRPr="007A0413">
              <w:rPr>
                <w:rFonts w:cs="Times New Roman"/>
                <w:sz w:val="24"/>
              </w:rPr>
              <w:t>planului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aprobat</w:t>
            </w:r>
            <w:proofErr w:type="spellEnd"/>
          </w:p>
        </w:tc>
        <w:tc>
          <w:tcPr>
            <w:tcW w:w="396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46444B4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Structuri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modulare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sigure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fără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muchii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periculoase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; </w:t>
            </w:r>
            <w:proofErr w:type="spellStart"/>
            <w:r w:rsidRPr="007A0413">
              <w:rPr>
                <w:rFonts w:cs="Times New Roman"/>
                <w:sz w:val="24"/>
              </w:rPr>
              <w:t>separare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câini</w:t>
            </w:r>
            <w:proofErr w:type="spellEnd"/>
            <w:r w:rsidRPr="007A0413">
              <w:rPr>
                <w:rFonts w:cs="Times New Roman"/>
                <w:sz w:val="24"/>
              </w:rPr>
              <w:t>/</w:t>
            </w:r>
            <w:proofErr w:type="spellStart"/>
            <w:r w:rsidRPr="007A0413">
              <w:rPr>
                <w:rFonts w:cs="Times New Roman"/>
                <w:sz w:val="24"/>
              </w:rPr>
              <w:t>pisici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control al </w:t>
            </w:r>
            <w:proofErr w:type="spellStart"/>
            <w:r w:rsidRPr="007A0413">
              <w:rPr>
                <w:rFonts w:cs="Times New Roman"/>
                <w:sz w:val="24"/>
              </w:rPr>
              <w:t>interacțiunii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  <w:tc>
          <w:tcPr>
            <w:tcW w:w="209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5AC7AB7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Plan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verificare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în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teren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3818AC17" w14:textId="77777777" w:rsidTr="007E0AAE">
        <w:trPr>
          <w:cantSplit/>
          <w:jc w:val="center"/>
        </w:trPr>
        <w:tc>
          <w:tcPr>
            <w:tcW w:w="39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6373576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11</w:t>
            </w:r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F0AA5E4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Garduri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separatoare</w:t>
            </w:r>
            <w:proofErr w:type="spellEnd"/>
          </w:p>
        </w:tc>
        <w:tc>
          <w:tcPr>
            <w:tcW w:w="136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68AF43F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Conform </w:t>
            </w:r>
            <w:proofErr w:type="spellStart"/>
            <w:r w:rsidRPr="007A0413">
              <w:rPr>
                <w:rFonts w:cs="Times New Roman"/>
                <w:sz w:val="24"/>
              </w:rPr>
              <w:t>planului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avizelor</w:t>
            </w:r>
            <w:proofErr w:type="spellEnd"/>
          </w:p>
        </w:tc>
        <w:tc>
          <w:tcPr>
            <w:tcW w:w="396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BC8D541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Delimitarea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fluxurilor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zonelor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tehnice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zona </w:t>
            </w:r>
            <w:proofErr w:type="spellStart"/>
            <w:r w:rsidRPr="007A0413">
              <w:rPr>
                <w:rFonts w:cs="Times New Roman"/>
                <w:sz w:val="24"/>
              </w:rPr>
              <w:t>tehnică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din </w:t>
            </w:r>
            <w:proofErr w:type="spellStart"/>
            <w:r w:rsidRPr="007A0413">
              <w:rPr>
                <w:rFonts w:cs="Times New Roman"/>
                <w:sz w:val="24"/>
              </w:rPr>
              <w:t>spatele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scenei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zonei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adopții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acceselor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controlate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  <w:tc>
          <w:tcPr>
            <w:tcW w:w="209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2A9D337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Plan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verificare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în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teren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66AB77EB" w14:textId="77777777" w:rsidTr="007E0AAE">
        <w:trPr>
          <w:cantSplit/>
          <w:jc w:val="center"/>
        </w:trPr>
        <w:tc>
          <w:tcPr>
            <w:tcW w:w="39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58EB04B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12</w:t>
            </w:r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E0E0117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Toalete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ecologice</w:t>
            </w:r>
            <w:proofErr w:type="spellEnd"/>
          </w:p>
        </w:tc>
        <w:tc>
          <w:tcPr>
            <w:tcW w:w="136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A4CB303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minimum 15 </w:t>
            </w:r>
            <w:proofErr w:type="spellStart"/>
            <w:r w:rsidRPr="007A0413">
              <w:rPr>
                <w:rFonts w:cs="Times New Roman"/>
                <w:sz w:val="24"/>
              </w:rPr>
              <w:t>unități</w:t>
            </w:r>
            <w:proofErr w:type="spellEnd"/>
          </w:p>
        </w:tc>
        <w:tc>
          <w:tcPr>
            <w:tcW w:w="396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B7C440B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Igienizare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periodică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consumabile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minimum o </w:t>
            </w:r>
            <w:proofErr w:type="spellStart"/>
            <w:r w:rsidRPr="007A0413">
              <w:rPr>
                <w:rFonts w:cs="Times New Roman"/>
                <w:sz w:val="24"/>
              </w:rPr>
              <w:t>unitate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accesibilă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persoanelor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cu </w:t>
            </w:r>
            <w:proofErr w:type="spellStart"/>
            <w:r w:rsidRPr="007A0413">
              <w:rPr>
                <w:rFonts w:cs="Times New Roman"/>
                <w:sz w:val="24"/>
              </w:rPr>
              <w:t>dizabilități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  <w:tc>
          <w:tcPr>
            <w:tcW w:w="209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94B3E8D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Inventar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contract </w:t>
            </w:r>
            <w:proofErr w:type="spellStart"/>
            <w:r w:rsidRPr="007A0413">
              <w:rPr>
                <w:rFonts w:cs="Times New Roman"/>
                <w:sz w:val="24"/>
              </w:rPr>
              <w:t>servicii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verificare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30DC0FF7" w14:textId="77777777" w:rsidTr="007E0AAE">
        <w:trPr>
          <w:cantSplit/>
          <w:jc w:val="center"/>
        </w:trPr>
        <w:tc>
          <w:tcPr>
            <w:tcW w:w="39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B246443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13</w:t>
            </w:r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E273BC7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Semnalistică</w:t>
            </w:r>
            <w:proofErr w:type="spellEnd"/>
          </w:p>
        </w:tc>
        <w:tc>
          <w:tcPr>
            <w:tcW w:w="136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22D082C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Sistem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complet</w:t>
            </w:r>
            <w:proofErr w:type="spellEnd"/>
          </w:p>
        </w:tc>
        <w:tc>
          <w:tcPr>
            <w:tcW w:w="396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49F79BD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Indicatoare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direcționale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panouri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orientare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reguli, </w:t>
            </w:r>
            <w:proofErr w:type="spellStart"/>
            <w:r w:rsidRPr="007A0413">
              <w:rPr>
                <w:rFonts w:cs="Times New Roman"/>
                <w:sz w:val="24"/>
              </w:rPr>
              <w:t>ieșiri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punct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medical/</w:t>
            </w:r>
            <w:proofErr w:type="spellStart"/>
            <w:r w:rsidRPr="007A0413">
              <w:rPr>
                <w:rFonts w:cs="Times New Roman"/>
                <w:sz w:val="24"/>
              </w:rPr>
              <w:t>veterinar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toalete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identificarea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standurilor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  <w:tc>
          <w:tcPr>
            <w:tcW w:w="209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50E4E3C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Machete </w:t>
            </w:r>
            <w:proofErr w:type="spellStart"/>
            <w:r w:rsidRPr="007A0413">
              <w:rPr>
                <w:rFonts w:cs="Times New Roman"/>
                <w:sz w:val="24"/>
              </w:rPr>
              <w:t>aprobate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verificare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în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teren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0C008FDF" w14:textId="77777777" w:rsidTr="007E0AAE">
        <w:trPr>
          <w:cantSplit/>
          <w:jc w:val="center"/>
        </w:trPr>
        <w:tc>
          <w:tcPr>
            <w:tcW w:w="39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55D4B1B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14</w:t>
            </w:r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716EC26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Puncte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apă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umbrire</w:t>
            </w:r>
            <w:proofErr w:type="spellEnd"/>
          </w:p>
        </w:tc>
        <w:tc>
          <w:tcPr>
            <w:tcW w:w="136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56E677C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Permanent </w:t>
            </w:r>
            <w:proofErr w:type="spellStart"/>
            <w:r w:rsidRPr="007A0413">
              <w:rPr>
                <w:rFonts w:cs="Times New Roman"/>
                <w:sz w:val="24"/>
              </w:rPr>
              <w:t>disponibile</w:t>
            </w:r>
            <w:proofErr w:type="spellEnd"/>
          </w:p>
        </w:tc>
        <w:tc>
          <w:tcPr>
            <w:tcW w:w="396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784FFA7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Apă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pentru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animale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participanți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autorizați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; </w:t>
            </w:r>
            <w:proofErr w:type="spellStart"/>
            <w:r w:rsidRPr="007A0413">
              <w:rPr>
                <w:rFonts w:cs="Times New Roman"/>
                <w:sz w:val="24"/>
              </w:rPr>
              <w:t>elemente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umbrire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în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zonele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cu </w:t>
            </w:r>
            <w:proofErr w:type="spellStart"/>
            <w:r w:rsidRPr="007A0413">
              <w:rPr>
                <w:rFonts w:cs="Times New Roman"/>
                <w:sz w:val="24"/>
              </w:rPr>
              <w:t>animale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relaxare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  <w:tc>
          <w:tcPr>
            <w:tcW w:w="209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4506A08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Verificare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operațională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5F4E6B37" w14:textId="77777777" w:rsidTr="007E0AAE">
        <w:trPr>
          <w:cantSplit/>
          <w:jc w:val="center"/>
        </w:trPr>
        <w:tc>
          <w:tcPr>
            <w:tcW w:w="39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C9C251F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15</w:t>
            </w:r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D48D832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Zonă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relaxare</w:t>
            </w:r>
            <w:proofErr w:type="spellEnd"/>
          </w:p>
        </w:tc>
        <w:tc>
          <w:tcPr>
            <w:tcW w:w="136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E9AF05F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minimum 1 </w:t>
            </w:r>
            <w:proofErr w:type="spellStart"/>
            <w:r w:rsidRPr="007A0413">
              <w:rPr>
                <w:rFonts w:cs="Times New Roman"/>
                <w:sz w:val="24"/>
              </w:rPr>
              <w:t>zonă</w:t>
            </w:r>
            <w:proofErr w:type="spellEnd"/>
          </w:p>
        </w:tc>
        <w:tc>
          <w:tcPr>
            <w:tcW w:w="396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904502B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Mobilier </w:t>
            </w:r>
            <w:proofErr w:type="spellStart"/>
            <w:r w:rsidRPr="007A0413">
              <w:rPr>
                <w:rFonts w:cs="Times New Roman"/>
                <w:sz w:val="24"/>
              </w:rPr>
              <w:t>adecvat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umbrire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amplasare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în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afara </w:t>
            </w:r>
            <w:proofErr w:type="spellStart"/>
            <w:r w:rsidRPr="007A0413">
              <w:rPr>
                <w:rFonts w:cs="Times New Roman"/>
                <w:sz w:val="24"/>
              </w:rPr>
              <w:t>fluxurilor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tehnice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  <w:tc>
          <w:tcPr>
            <w:tcW w:w="209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5844B6D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Verificare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în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teren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</w:tbl>
    <w:p w14:paraId="5E73F5EB" w14:textId="77777777" w:rsidR="00EE76A8" w:rsidRPr="007A0413" w:rsidRDefault="00EE76A8" w:rsidP="00EE76A8">
      <w:pPr>
        <w:rPr>
          <w:rFonts w:cs="Times New Roman"/>
          <w:sz w:val="24"/>
        </w:rPr>
      </w:pPr>
    </w:p>
    <w:p w14:paraId="21AE2984" w14:textId="77777777" w:rsidR="00EE76A8" w:rsidRPr="007A0413" w:rsidRDefault="00EE76A8" w:rsidP="00EE76A8">
      <w:pPr>
        <w:pStyle w:val="Titlu2"/>
        <w:rPr>
          <w:rFonts w:ascii="Times New Roman" w:hAnsi="Times New Roman" w:cs="Times New Roman"/>
          <w:color w:val="auto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B. Zone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funcționale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activități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cu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animale</w:t>
      </w:r>
      <w:proofErr w:type="spellEnd"/>
    </w:p>
    <w:tbl>
      <w:tblPr>
        <w:tblW w:w="9525" w:type="dxa"/>
        <w:jc w:val="center"/>
        <w:tblBorders>
          <w:top w:val="single" w:sz="5" w:space="0" w:color="8EA9C1"/>
          <w:left w:val="single" w:sz="5" w:space="0" w:color="8EA9C1"/>
          <w:bottom w:val="single" w:sz="5" w:space="0" w:color="8EA9C1"/>
          <w:right w:val="single" w:sz="5" w:space="0" w:color="8EA9C1"/>
          <w:insideH w:val="single" w:sz="5" w:space="0" w:color="8EA9C1"/>
          <w:insideV w:val="single" w:sz="5" w:space="0" w:color="8EA9C1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551"/>
        <w:gridCol w:w="6520"/>
      </w:tblGrid>
      <w:tr w:rsidR="00EE76A8" w:rsidRPr="007A0413" w14:paraId="27EA8A8B" w14:textId="77777777" w:rsidTr="007E0AAE">
        <w:trPr>
          <w:cantSplit/>
          <w:tblHeader/>
          <w:jc w:val="center"/>
        </w:trPr>
        <w:tc>
          <w:tcPr>
            <w:tcW w:w="45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17B6B12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Nr.</w:t>
            </w:r>
          </w:p>
        </w:tc>
        <w:tc>
          <w:tcPr>
            <w:tcW w:w="255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6C75B44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Componentă</w:t>
            </w:r>
          </w:p>
        </w:tc>
        <w:tc>
          <w:tcPr>
            <w:tcW w:w="652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90535B8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b/>
                <w:sz w:val="24"/>
              </w:rPr>
              <w:t>Cerință</w:t>
            </w:r>
            <w:proofErr w:type="spellEnd"/>
            <w:r w:rsidRPr="007A0413">
              <w:rPr>
                <w:rFonts w:cs="Times New Roman"/>
                <w:b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b/>
                <w:sz w:val="24"/>
              </w:rPr>
              <w:t>minimă</w:t>
            </w:r>
            <w:proofErr w:type="spellEnd"/>
          </w:p>
        </w:tc>
      </w:tr>
      <w:tr w:rsidR="00EE76A8" w:rsidRPr="007A0413" w14:paraId="7382F382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BD1C0E6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1</w:t>
            </w:r>
          </w:p>
        </w:tc>
        <w:tc>
          <w:tcPr>
            <w:tcW w:w="255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8E21F8E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Zona </w:t>
            </w:r>
            <w:proofErr w:type="spellStart"/>
            <w:r w:rsidRPr="007A0413">
              <w:rPr>
                <w:rFonts w:cs="Times New Roman"/>
                <w:sz w:val="24"/>
              </w:rPr>
              <w:t>câinilor</w:t>
            </w:r>
            <w:proofErr w:type="spellEnd"/>
          </w:p>
        </w:tc>
        <w:tc>
          <w:tcPr>
            <w:tcW w:w="6520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5E168EC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Spațiu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securizat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delimitat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umbrit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cu </w:t>
            </w:r>
            <w:proofErr w:type="spellStart"/>
            <w:r w:rsidRPr="007A0413">
              <w:rPr>
                <w:rFonts w:cs="Times New Roman"/>
                <w:sz w:val="24"/>
              </w:rPr>
              <w:t>apă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curățenie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zone de </w:t>
            </w:r>
            <w:proofErr w:type="spellStart"/>
            <w:r w:rsidRPr="007A0413">
              <w:rPr>
                <w:rFonts w:cs="Times New Roman"/>
                <w:sz w:val="24"/>
              </w:rPr>
              <w:t>interacțiune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controlată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6A1A2944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1C4B0E6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lastRenderedPageBreak/>
              <w:t>2</w:t>
            </w:r>
          </w:p>
        </w:tc>
        <w:tc>
          <w:tcPr>
            <w:tcW w:w="255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1C325F8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Zona </w:t>
            </w:r>
            <w:proofErr w:type="spellStart"/>
            <w:r w:rsidRPr="007A0413">
              <w:rPr>
                <w:rFonts w:cs="Times New Roman"/>
                <w:sz w:val="24"/>
              </w:rPr>
              <w:t>pisicilor</w:t>
            </w:r>
            <w:proofErr w:type="spellEnd"/>
          </w:p>
        </w:tc>
        <w:tc>
          <w:tcPr>
            <w:tcW w:w="6520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69480B2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Spațiu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protejat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liniștit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ventilat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adaptat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nevoilor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feline, </w:t>
            </w:r>
            <w:proofErr w:type="spellStart"/>
            <w:r w:rsidRPr="007A0413">
              <w:rPr>
                <w:rFonts w:cs="Times New Roman"/>
                <w:sz w:val="24"/>
              </w:rPr>
              <w:t>separat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fluxurile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zgomotoase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6457E03A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8AE1888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3</w:t>
            </w:r>
          </w:p>
        </w:tc>
        <w:tc>
          <w:tcPr>
            <w:tcW w:w="255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9EFD26E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>Zona ONG/</w:t>
            </w:r>
            <w:proofErr w:type="spellStart"/>
            <w:r w:rsidRPr="007A0413">
              <w:rPr>
                <w:rFonts w:cs="Times New Roman"/>
                <w:sz w:val="24"/>
              </w:rPr>
              <w:t>adăposturi</w:t>
            </w:r>
            <w:proofErr w:type="spellEnd"/>
          </w:p>
        </w:tc>
        <w:tc>
          <w:tcPr>
            <w:tcW w:w="6520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0688235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Standuri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identificate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mobilier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acces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la </w:t>
            </w:r>
            <w:proofErr w:type="spellStart"/>
            <w:r w:rsidRPr="007A0413">
              <w:rPr>
                <w:rFonts w:cs="Times New Roman"/>
                <w:sz w:val="24"/>
              </w:rPr>
              <w:t>informare</w:t>
            </w:r>
            <w:proofErr w:type="spellEnd"/>
            <w:r w:rsidRPr="007A0413">
              <w:rPr>
                <w:rFonts w:cs="Times New Roman"/>
                <w:sz w:val="24"/>
              </w:rPr>
              <w:t>/</w:t>
            </w:r>
            <w:proofErr w:type="spellStart"/>
            <w:r w:rsidRPr="007A0413">
              <w:rPr>
                <w:rFonts w:cs="Times New Roman"/>
                <w:sz w:val="24"/>
              </w:rPr>
              <w:t>adopție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281F35BF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A41FB06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4</w:t>
            </w:r>
          </w:p>
        </w:tc>
        <w:tc>
          <w:tcPr>
            <w:tcW w:w="255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047C282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Punct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informare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adopție</w:t>
            </w:r>
            <w:proofErr w:type="spellEnd"/>
          </w:p>
        </w:tc>
        <w:tc>
          <w:tcPr>
            <w:tcW w:w="6520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BFDF150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Informații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privind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procedura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sterilizarea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microciparea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legislația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consilierea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post-</w:t>
            </w:r>
            <w:proofErr w:type="spellStart"/>
            <w:r w:rsidRPr="007A0413">
              <w:rPr>
                <w:rFonts w:cs="Times New Roman"/>
                <w:sz w:val="24"/>
              </w:rPr>
              <w:t>adopție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288093FD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05DB641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5</w:t>
            </w:r>
          </w:p>
        </w:tc>
        <w:tc>
          <w:tcPr>
            <w:tcW w:w="255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625BB99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Punct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medical-</w:t>
            </w:r>
            <w:proofErr w:type="spellStart"/>
            <w:r w:rsidRPr="007A0413">
              <w:rPr>
                <w:rFonts w:cs="Times New Roman"/>
                <w:sz w:val="24"/>
              </w:rPr>
              <w:t>veterinar</w:t>
            </w:r>
            <w:proofErr w:type="spellEnd"/>
          </w:p>
        </w:tc>
        <w:tc>
          <w:tcPr>
            <w:tcW w:w="6520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09AAA35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Spațiu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semnalizat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echipat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pentru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evaluare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primă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intervenție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; </w:t>
            </w:r>
            <w:proofErr w:type="spellStart"/>
            <w:r w:rsidRPr="007A0413">
              <w:rPr>
                <w:rFonts w:cs="Times New Roman"/>
                <w:sz w:val="24"/>
              </w:rPr>
              <w:t>procedură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transport de </w:t>
            </w:r>
            <w:proofErr w:type="spellStart"/>
            <w:r w:rsidRPr="007A0413">
              <w:rPr>
                <w:rFonts w:cs="Times New Roman"/>
                <w:sz w:val="24"/>
              </w:rPr>
              <w:t>urgență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3AD98D3D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7BA177E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6</w:t>
            </w:r>
          </w:p>
        </w:tc>
        <w:tc>
          <w:tcPr>
            <w:tcW w:w="255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9241AA8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Program zone </w:t>
            </w:r>
            <w:proofErr w:type="spellStart"/>
            <w:r w:rsidRPr="007A0413">
              <w:rPr>
                <w:rFonts w:cs="Times New Roman"/>
                <w:sz w:val="24"/>
              </w:rPr>
              <w:t>animale</w:t>
            </w:r>
            <w:proofErr w:type="spellEnd"/>
          </w:p>
        </w:tc>
        <w:tc>
          <w:tcPr>
            <w:tcW w:w="6520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91F8FBA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10:00–18:00; </w:t>
            </w:r>
            <w:proofErr w:type="spellStart"/>
            <w:r w:rsidRPr="007A0413">
              <w:rPr>
                <w:rFonts w:cs="Times New Roman"/>
                <w:sz w:val="24"/>
              </w:rPr>
              <w:t>retragerea</w:t>
            </w:r>
            <w:proofErr w:type="spellEnd"/>
            <w:r w:rsidRPr="007A0413">
              <w:rPr>
                <w:rFonts w:cs="Times New Roman"/>
                <w:sz w:val="24"/>
              </w:rPr>
              <w:t>/</w:t>
            </w:r>
            <w:proofErr w:type="spellStart"/>
            <w:r w:rsidRPr="007A0413">
              <w:rPr>
                <w:rFonts w:cs="Times New Roman"/>
                <w:sz w:val="24"/>
              </w:rPr>
              <w:t>relocarea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animalelor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înaintea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concertelor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14AA55EC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70C3F9E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7</w:t>
            </w:r>
          </w:p>
        </w:tc>
        <w:tc>
          <w:tcPr>
            <w:tcW w:w="255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BF15DCD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Documente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animale</w:t>
            </w:r>
            <w:proofErr w:type="spellEnd"/>
          </w:p>
        </w:tc>
        <w:tc>
          <w:tcPr>
            <w:tcW w:w="6520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5A84D4D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Verificarea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identificării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sănătății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vaccinării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deparazitării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după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caz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sterilizării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2AF45E90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5AEF521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8</w:t>
            </w:r>
          </w:p>
        </w:tc>
        <w:tc>
          <w:tcPr>
            <w:tcW w:w="255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3FEEE40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Expoziții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cu </w:t>
            </w:r>
            <w:proofErr w:type="spellStart"/>
            <w:r w:rsidRPr="007A0413">
              <w:rPr>
                <w:rFonts w:cs="Times New Roman"/>
                <w:sz w:val="24"/>
              </w:rPr>
              <w:t>animale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exotice</w:t>
            </w:r>
            <w:proofErr w:type="spellEnd"/>
          </w:p>
        </w:tc>
        <w:tc>
          <w:tcPr>
            <w:tcW w:w="6520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606B902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Numai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opțional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cu </w:t>
            </w:r>
            <w:proofErr w:type="spellStart"/>
            <w:r w:rsidRPr="007A0413">
              <w:rPr>
                <w:rFonts w:cs="Times New Roman"/>
                <w:sz w:val="24"/>
              </w:rPr>
              <w:t>aprobare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scrisă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entități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autorizate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fără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adopție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în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zonă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separată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</w:tbl>
    <w:p w14:paraId="7BDC962C" w14:textId="77777777" w:rsidR="00EE76A8" w:rsidRPr="007A0413" w:rsidRDefault="00EE76A8" w:rsidP="00EE76A8">
      <w:pPr>
        <w:rPr>
          <w:rFonts w:cs="Times New Roman"/>
          <w:sz w:val="24"/>
        </w:rPr>
      </w:pPr>
    </w:p>
    <w:p w14:paraId="587A0A59" w14:textId="77777777" w:rsidR="00EE76A8" w:rsidRPr="007A0413" w:rsidRDefault="00EE76A8" w:rsidP="00EE76A8">
      <w:pPr>
        <w:pStyle w:val="Titlu2"/>
        <w:rPr>
          <w:rFonts w:ascii="Times New Roman" w:hAnsi="Times New Roman" w:cs="Times New Roman"/>
          <w:color w:val="auto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C. Program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educativ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,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demonstrații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concursuri</w:t>
      </w:r>
      <w:proofErr w:type="spellEnd"/>
    </w:p>
    <w:tbl>
      <w:tblPr>
        <w:tblW w:w="9525" w:type="dxa"/>
        <w:jc w:val="center"/>
        <w:tblBorders>
          <w:top w:val="single" w:sz="5" w:space="0" w:color="8EA9C1"/>
          <w:left w:val="single" w:sz="5" w:space="0" w:color="8EA9C1"/>
          <w:bottom w:val="single" w:sz="5" w:space="0" w:color="8EA9C1"/>
          <w:right w:val="single" w:sz="5" w:space="0" w:color="8EA9C1"/>
          <w:insideH w:val="single" w:sz="5" w:space="0" w:color="8EA9C1"/>
          <w:insideV w:val="single" w:sz="5" w:space="0" w:color="8EA9C1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381"/>
        <w:gridCol w:w="1701"/>
        <w:gridCol w:w="4989"/>
      </w:tblGrid>
      <w:tr w:rsidR="00EE76A8" w:rsidRPr="007A0413" w14:paraId="0AD14B99" w14:textId="77777777" w:rsidTr="007E0AAE">
        <w:trPr>
          <w:cantSplit/>
          <w:tblHeader/>
          <w:jc w:val="center"/>
        </w:trPr>
        <w:tc>
          <w:tcPr>
            <w:tcW w:w="45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CEBD59E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Nr.</w:t>
            </w:r>
          </w:p>
        </w:tc>
        <w:tc>
          <w:tcPr>
            <w:tcW w:w="238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E6EEDB5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b/>
                <w:sz w:val="24"/>
              </w:rPr>
              <w:t>Activitate</w:t>
            </w:r>
            <w:proofErr w:type="spellEnd"/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0A21464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b/>
                <w:sz w:val="24"/>
              </w:rPr>
              <w:t>Frecvență</w:t>
            </w:r>
            <w:proofErr w:type="spellEnd"/>
            <w:r w:rsidRPr="007A0413">
              <w:rPr>
                <w:rFonts w:cs="Times New Roman"/>
                <w:b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b/>
                <w:sz w:val="24"/>
              </w:rPr>
              <w:t>minimă</w:t>
            </w:r>
            <w:proofErr w:type="spellEnd"/>
          </w:p>
        </w:tc>
        <w:tc>
          <w:tcPr>
            <w:tcW w:w="498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4F51FC9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b/>
                <w:sz w:val="24"/>
              </w:rPr>
              <w:t>Conținut</w:t>
            </w:r>
            <w:proofErr w:type="spellEnd"/>
            <w:r w:rsidRPr="007A0413">
              <w:rPr>
                <w:rFonts w:cs="Times New Roman"/>
                <w:b/>
                <w:sz w:val="24"/>
              </w:rPr>
              <w:t xml:space="preserve"> / </w:t>
            </w:r>
            <w:proofErr w:type="spellStart"/>
            <w:r w:rsidRPr="007A0413">
              <w:rPr>
                <w:rFonts w:cs="Times New Roman"/>
                <w:b/>
                <w:sz w:val="24"/>
              </w:rPr>
              <w:t>condiții</w:t>
            </w:r>
            <w:proofErr w:type="spellEnd"/>
          </w:p>
        </w:tc>
      </w:tr>
      <w:tr w:rsidR="00EE76A8" w:rsidRPr="007A0413" w14:paraId="7870D207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A4DDD70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1</w:t>
            </w:r>
          </w:p>
        </w:tc>
        <w:tc>
          <w:tcPr>
            <w:tcW w:w="238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834D5A6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Ateliere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educative</w:t>
            </w:r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DF5117A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minimum 3 </w:t>
            </w:r>
            <w:proofErr w:type="spellStart"/>
            <w:r w:rsidRPr="007A0413">
              <w:rPr>
                <w:rFonts w:cs="Times New Roman"/>
                <w:sz w:val="24"/>
              </w:rPr>
              <w:t>activități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tematice</w:t>
            </w:r>
            <w:proofErr w:type="spellEnd"/>
            <w:r w:rsidRPr="007A0413">
              <w:rPr>
                <w:rFonts w:cs="Times New Roman"/>
                <w:sz w:val="24"/>
              </w:rPr>
              <w:t>/zi</w:t>
            </w:r>
          </w:p>
        </w:tc>
        <w:tc>
          <w:tcPr>
            <w:tcW w:w="498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DAC5CCC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Desen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modelaj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educație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pentru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adopție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îngrijire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protecția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animalelor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6251FF90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B36412B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2</w:t>
            </w:r>
          </w:p>
        </w:tc>
        <w:tc>
          <w:tcPr>
            <w:tcW w:w="238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B6ED462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>Quiz-</w:t>
            </w:r>
            <w:proofErr w:type="spellStart"/>
            <w:r w:rsidRPr="007A0413">
              <w:rPr>
                <w:rFonts w:cs="Times New Roman"/>
                <w:sz w:val="24"/>
              </w:rPr>
              <w:t>uri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tematice</w:t>
            </w:r>
            <w:proofErr w:type="spellEnd"/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5D66B33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zilnic</w:t>
            </w:r>
            <w:proofErr w:type="spellEnd"/>
          </w:p>
        </w:tc>
        <w:tc>
          <w:tcPr>
            <w:tcW w:w="498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DDB54D2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Adaptate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pe </w:t>
            </w:r>
            <w:proofErr w:type="spellStart"/>
            <w:r w:rsidRPr="007A0413">
              <w:rPr>
                <w:rFonts w:cs="Times New Roman"/>
                <w:sz w:val="24"/>
              </w:rPr>
              <w:t>categorii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vârstă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cu </w:t>
            </w:r>
            <w:proofErr w:type="spellStart"/>
            <w:r w:rsidRPr="007A0413">
              <w:rPr>
                <w:rFonts w:cs="Times New Roman"/>
                <w:sz w:val="24"/>
              </w:rPr>
              <w:t>materiale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personal de </w:t>
            </w:r>
            <w:proofErr w:type="spellStart"/>
            <w:r w:rsidRPr="007A0413">
              <w:rPr>
                <w:rFonts w:cs="Times New Roman"/>
                <w:sz w:val="24"/>
              </w:rPr>
              <w:t>coordonare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2940C89A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EC61A24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3</w:t>
            </w:r>
          </w:p>
        </w:tc>
        <w:tc>
          <w:tcPr>
            <w:tcW w:w="238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0E5C753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Concurs de </w:t>
            </w:r>
            <w:proofErr w:type="spellStart"/>
            <w:r w:rsidRPr="007A0413">
              <w:rPr>
                <w:rFonts w:cs="Times New Roman"/>
                <w:sz w:val="24"/>
              </w:rPr>
              <w:t>desen</w:t>
            </w:r>
            <w:proofErr w:type="spellEnd"/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A1C7286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>minimum 1</w:t>
            </w:r>
          </w:p>
        </w:tc>
        <w:tc>
          <w:tcPr>
            <w:tcW w:w="498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0626170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Regulament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materiale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jurizare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premii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simbolice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5D180FB0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55C774A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4</w:t>
            </w:r>
          </w:p>
        </w:tc>
        <w:tc>
          <w:tcPr>
            <w:tcW w:w="238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7592654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Demonstrații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canine</w:t>
            </w:r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2203330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>minimum 1 bloc/zi</w:t>
            </w:r>
          </w:p>
        </w:tc>
        <w:tc>
          <w:tcPr>
            <w:tcW w:w="498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858AE00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Dresaj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obediență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agilitate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prezentări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tematice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cu </w:t>
            </w:r>
            <w:proofErr w:type="spellStart"/>
            <w:r w:rsidRPr="007A0413">
              <w:rPr>
                <w:rFonts w:cs="Times New Roman"/>
                <w:sz w:val="24"/>
              </w:rPr>
              <w:t>respectarea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bunăstării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animalelor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70E0671F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F1EBD08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5</w:t>
            </w:r>
          </w:p>
        </w:tc>
        <w:tc>
          <w:tcPr>
            <w:tcW w:w="238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946E3E6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>„Fittest Rescue”</w:t>
            </w:r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FA1E279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minimum 1 </w:t>
            </w:r>
            <w:proofErr w:type="spellStart"/>
            <w:r w:rsidRPr="007A0413">
              <w:rPr>
                <w:rFonts w:cs="Times New Roman"/>
                <w:sz w:val="24"/>
              </w:rPr>
              <w:t>competiție</w:t>
            </w:r>
            <w:proofErr w:type="spellEnd"/>
          </w:p>
        </w:tc>
        <w:tc>
          <w:tcPr>
            <w:tcW w:w="498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079EF5B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Probe de </w:t>
            </w:r>
            <w:proofErr w:type="spellStart"/>
            <w:r w:rsidRPr="007A0413">
              <w:rPr>
                <w:rFonts w:cs="Times New Roman"/>
                <w:sz w:val="24"/>
              </w:rPr>
              <w:t>agilitate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secțiuni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recreative/</w:t>
            </w:r>
            <w:proofErr w:type="spellStart"/>
            <w:r w:rsidRPr="007A0413">
              <w:rPr>
                <w:rFonts w:cs="Times New Roman"/>
                <w:sz w:val="24"/>
              </w:rPr>
              <w:t>haioase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regulament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aprobat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662243D2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BE11422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lastRenderedPageBreak/>
              <w:t>6</w:t>
            </w:r>
          </w:p>
        </w:tc>
        <w:tc>
          <w:tcPr>
            <w:tcW w:w="238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4CE5091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„Miss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Mister </w:t>
            </w:r>
            <w:proofErr w:type="spellStart"/>
            <w:r w:rsidRPr="007A0413">
              <w:rPr>
                <w:rFonts w:cs="Times New Roman"/>
                <w:sz w:val="24"/>
              </w:rPr>
              <w:t>Adopție</w:t>
            </w:r>
            <w:proofErr w:type="spellEnd"/>
            <w:r w:rsidRPr="007A0413">
              <w:rPr>
                <w:rFonts w:cs="Times New Roman"/>
                <w:sz w:val="24"/>
              </w:rPr>
              <w:t>”</w:t>
            </w:r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9F59A06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>minimum 1 concurs</w:t>
            </w:r>
          </w:p>
        </w:tc>
        <w:tc>
          <w:tcPr>
            <w:tcW w:w="498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E22BFBC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Dedicat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animalelor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deja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adoptate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; </w:t>
            </w:r>
            <w:proofErr w:type="spellStart"/>
            <w:r w:rsidRPr="007A0413">
              <w:rPr>
                <w:rFonts w:cs="Times New Roman"/>
                <w:sz w:val="24"/>
              </w:rPr>
              <w:t>juriu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format din 3 </w:t>
            </w:r>
            <w:proofErr w:type="spellStart"/>
            <w:r w:rsidRPr="007A0413">
              <w:rPr>
                <w:rFonts w:cs="Times New Roman"/>
                <w:sz w:val="24"/>
              </w:rPr>
              <w:t>personalități</w:t>
            </w:r>
            <w:proofErr w:type="spellEnd"/>
            <w:r w:rsidRPr="007A0413">
              <w:rPr>
                <w:rFonts w:cs="Times New Roman"/>
                <w:sz w:val="24"/>
              </w:rPr>
              <w:t>/</w:t>
            </w:r>
            <w:proofErr w:type="spellStart"/>
            <w:r w:rsidRPr="007A0413">
              <w:rPr>
                <w:rFonts w:cs="Times New Roman"/>
                <w:sz w:val="24"/>
              </w:rPr>
              <w:t>invitați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confirmați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premii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simbolice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3248D700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B90B5CA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7</w:t>
            </w:r>
          </w:p>
        </w:tc>
        <w:tc>
          <w:tcPr>
            <w:tcW w:w="238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99AF2CF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Premieri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tematice</w:t>
            </w:r>
            <w:proofErr w:type="spellEnd"/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8619C4F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minimum 3 </w:t>
            </w:r>
            <w:proofErr w:type="spellStart"/>
            <w:r w:rsidRPr="007A0413">
              <w:rPr>
                <w:rFonts w:cs="Times New Roman"/>
                <w:sz w:val="24"/>
              </w:rPr>
              <w:t>categorii</w:t>
            </w:r>
            <w:proofErr w:type="spellEnd"/>
          </w:p>
        </w:tc>
        <w:tc>
          <w:tcPr>
            <w:tcW w:w="498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3B64382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>„</w:t>
            </w:r>
            <w:proofErr w:type="spellStart"/>
            <w:r w:rsidRPr="007A0413">
              <w:rPr>
                <w:rFonts w:cs="Times New Roman"/>
                <w:sz w:val="24"/>
              </w:rPr>
              <w:t>Adoptatorul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Weekendului</w:t>
            </w:r>
            <w:proofErr w:type="spellEnd"/>
            <w:r w:rsidRPr="007A0413">
              <w:rPr>
                <w:rFonts w:cs="Times New Roman"/>
                <w:sz w:val="24"/>
              </w:rPr>
              <w:t>”, ONG-</w:t>
            </w:r>
            <w:proofErr w:type="spellStart"/>
            <w:r w:rsidRPr="007A0413">
              <w:rPr>
                <w:rFonts w:cs="Times New Roman"/>
                <w:sz w:val="24"/>
              </w:rPr>
              <w:t>uri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cu </w:t>
            </w:r>
            <w:proofErr w:type="spellStart"/>
            <w:r w:rsidRPr="007A0413">
              <w:rPr>
                <w:rFonts w:cs="Times New Roman"/>
                <w:sz w:val="24"/>
              </w:rPr>
              <w:t>activitate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remarcabilă</w:t>
            </w:r>
            <w:proofErr w:type="spellEnd"/>
            <w:r w:rsidRPr="007A0413">
              <w:rPr>
                <w:rFonts w:cs="Times New Roman"/>
                <w:sz w:val="24"/>
              </w:rPr>
              <w:t>, „</w:t>
            </w:r>
            <w:proofErr w:type="spellStart"/>
            <w:r w:rsidRPr="007A0413">
              <w:rPr>
                <w:rFonts w:cs="Times New Roman"/>
                <w:sz w:val="24"/>
              </w:rPr>
              <w:t>Voluntarul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Weekendului</w:t>
            </w:r>
            <w:proofErr w:type="spellEnd"/>
            <w:r w:rsidRPr="007A0413">
              <w:rPr>
                <w:rFonts w:cs="Times New Roman"/>
                <w:sz w:val="24"/>
              </w:rPr>
              <w:t>”.</w:t>
            </w:r>
          </w:p>
        </w:tc>
      </w:tr>
      <w:tr w:rsidR="00EE76A8" w:rsidRPr="007A0413" w14:paraId="1A7189A3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F6CEFBF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8</w:t>
            </w:r>
          </w:p>
        </w:tc>
        <w:tc>
          <w:tcPr>
            <w:tcW w:w="238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1363693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Sesiuni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cu </w:t>
            </w:r>
            <w:proofErr w:type="spellStart"/>
            <w:r w:rsidRPr="007A0413">
              <w:rPr>
                <w:rFonts w:cs="Times New Roman"/>
                <w:sz w:val="24"/>
              </w:rPr>
              <w:t>specialiști</w:t>
            </w:r>
            <w:proofErr w:type="spellEnd"/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7D8641F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zilnic</w:t>
            </w:r>
            <w:proofErr w:type="spellEnd"/>
          </w:p>
        </w:tc>
        <w:tc>
          <w:tcPr>
            <w:tcW w:w="498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385AE03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Medicină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veterinară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psihologie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comportament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animal, </w:t>
            </w:r>
            <w:proofErr w:type="spellStart"/>
            <w:r w:rsidRPr="007A0413">
              <w:rPr>
                <w:rFonts w:cs="Times New Roman"/>
                <w:sz w:val="24"/>
              </w:rPr>
              <w:t>legislație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bune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practici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736DC326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0B9FA99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9</w:t>
            </w:r>
          </w:p>
        </w:tc>
        <w:tc>
          <w:tcPr>
            <w:tcW w:w="238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9CF84E4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Demonstrații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instituționale</w:t>
            </w:r>
            <w:proofErr w:type="spellEnd"/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929F958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după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confirmare</w:t>
            </w:r>
            <w:proofErr w:type="spellEnd"/>
          </w:p>
        </w:tc>
        <w:tc>
          <w:tcPr>
            <w:tcW w:w="498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A4F68A2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Structuri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publice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cu </w:t>
            </w:r>
            <w:proofErr w:type="spellStart"/>
            <w:r w:rsidRPr="007A0413">
              <w:rPr>
                <w:rFonts w:cs="Times New Roman"/>
                <w:sz w:val="24"/>
              </w:rPr>
              <w:t>câini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serviciu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în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funcție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disponibilitate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aprobări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</w:tbl>
    <w:p w14:paraId="54E480C4" w14:textId="77777777" w:rsidR="00EE76A8" w:rsidRPr="007A0413" w:rsidRDefault="00EE76A8" w:rsidP="00EE76A8">
      <w:pPr>
        <w:rPr>
          <w:rFonts w:cs="Times New Roman"/>
          <w:sz w:val="24"/>
        </w:rPr>
      </w:pPr>
    </w:p>
    <w:p w14:paraId="5D2CB1B3" w14:textId="77777777" w:rsidR="00EE76A8" w:rsidRPr="007A0413" w:rsidRDefault="00EE76A8" w:rsidP="00EE76A8">
      <w:pPr>
        <w:pStyle w:val="Titlu2"/>
        <w:rPr>
          <w:rFonts w:ascii="Times New Roman" w:hAnsi="Times New Roman" w:cs="Times New Roman"/>
          <w:color w:val="auto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D. Program artistic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animație</w:t>
      </w:r>
      <w:proofErr w:type="spellEnd"/>
    </w:p>
    <w:tbl>
      <w:tblPr>
        <w:tblW w:w="9525" w:type="dxa"/>
        <w:jc w:val="center"/>
        <w:tblBorders>
          <w:top w:val="single" w:sz="5" w:space="0" w:color="8EA9C1"/>
          <w:left w:val="single" w:sz="5" w:space="0" w:color="8EA9C1"/>
          <w:bottom w:val="single" w:sz="5" w:space="0" w:color="8EA9C1"/>
          <w:right w:val="single" w:sz="5" w:space="0" w:color="8EA9C1"/>
          <w:insideH w:val="single" w:sz="5" w:space="0" w:color="8EA9C1"/>
          <w:insideV w:val="single" w:sz="5" w:space="0" w:color="8EA9C1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268"/>
        <w:gridCol w:w="1814"/>
        <w:gridCol w:w="4989"/>
      </w:tblGrid>
      <w:tr w:rsidR="00EE76A8" w:rsidRPr="007A0413" w14:paraId="50FBBB5B" w14:textId="77777777" w:rsidTr="007E0AAE">
        <w:trPr>
          <w:cantSplit/>
          <w:tblHeader/>
          <w:jc w:val="center"/>
        </w:trPr>
        <w:tc>
          <w:tcPr>
            <w:tcW w:w="45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6A9F958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Nr.</w:t>
            </w:r>
          </w:p>
        </w:tc>
        <w:tc>
          <w:tcPr>
            <w:tcW w:w="22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1CF6C3B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Element</w:t>
            </w:r>
          </w:p>
        </w:tc>
        <w:tc>
          <w:tcPr>
            <w:tcW w:w="181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D77BCF1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b/>
                <w:sz w:val="24"/>
              </w:rPr>
              <w:t>Cantitate</w:t>
            </w:r>
            <w:proofErr w:type="spellEnd"/>
            <w:r w:rsidRPr="007A0413">
              <w:rPr>
                <w:rFonts w:cs="Times New Roman"/>
                <w:b/>
                <w:sz w:val="24"/>
              </w:rPr>
              <w:t xml:space="preserve"> / </w:t>
            </w:r>
            <w:proofErr w:type="spellStart"/>
            <w:r w:rsidRPr="007A0413">
              <w:rPr>
                <w:rFonts w:cs="Times New Roman"/>
                <w:b/>
                <w:sz w:val="24"/>
              </w:rPr>
              <w:t>frecvență</w:t>
            </w:r>
            <w:proofErr w:type="spellEnd"/>
          </w:p>
        </w:tc>
        <w:tc>
          <w:tcPr>
            <w:tcW w:w="498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5985B84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b/>
                <w:sz w:val="24"/>
              </w:rPr>
              <w:t>Cerință</w:t>
            </w:r>
            <w:proofErr w:type="spellEnd"/>
            <w:r w:rsidRPr="007A0413">
              <w:rPr>
                <w:rFonts w:cs="Times New Roman"/>
                <w:b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b/>
                <w:sz w:val="24"/>
              </w:rPr>
              <w:t>minimă</w:t>
            </w:r>
            <w:proofErr w:type="spellEnd"/>
          </w:p>
        </w:tc>
      </w:tr>
      <w:tr w:rsidR="00EE76A8" w:rsidRPr="007A0413" w14:paraId="41808EBF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44F7B2E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1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8358DD8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Prezentator</w:t>
            </w:r>
            <w:proofErr w:type="spellEnd"/>
            <w:r w:rsidRPr="007A0413">
              <w:rPr>
                <w:rFonts w:cs="Times New Roman"/>
                <w:sz w:val="24"/>
              </w:rPr>
              <w:t>/MC</w:t>
            </w:r>
          </w:p>
        </w:tc>
        <w:tc>
          <w:tcPr>
            <w:tcW w:w="181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98F7428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1 </w:t>
            </w:r>
            <w:proofErr w:type="spellStart"/>
            <w:r w:rsidRPr="007A0413">
              <w:rPr>
                <w:rFonts w:cs="Times New Roman"/>
                <w:sz w:val="24"/>
              </w:rPr>
              <w:t>persoană</w:t>
            </w:r>
            <w:proofErr w:type="spellEnd"/>
          </w:p>
        </w:tc>
        <w:tc>
          <w:tcPr>
            <w:tcW w:w="498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F67F075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Coordonarea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prezentarea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programului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în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toate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cele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trei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zile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17C5EEDC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BF111D8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2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A469137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Concerte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live</w:t>
            </w:r>
          </w:p>
        </w:tc>
        <w:tc>
          <w:tcPr>
            <w:tcW w:w="181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03DCDAA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>minimum 3</w:t>
            </w:r>
          </w:p>
        </w:tc>
        <w:tc>
          <w:tcPr>
            <w:tcW w:w="498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E07AEB3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Minimum un concert la </w:t>
            </w:r>
            <w:proofErr w:type="spellStart"/>
            <w:r w:rsidRPr="007A0413">
              <w:rPr>
                <w:rFonts w:cs="Times New Roman"/>
                <w:sz w:val="24"/>
              </w:rPr>
              <w:t>finalul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fiecărei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zile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în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intervalul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18:00–22:00.</w:t>
            </w:r>
          </w:p>
        </w:tc>
      </w:tr>
      <w:tr w:rsidR="00EE76A8" w:rsidRPr="007A0413" w14:paraId="02F7D590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F691BA1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3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E55C1B0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Momente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artistice</w:t>
            </w:r>
            <w:proofErr w:type="spellEnd"/>
            <w:r w:rsidRPr="007A0413">
              <w:rPr>
                <w:rFonts w:cs="Times New Roman"/>
                <w:sz w:val="24"/>
              </w:rPr>
              <w:t>/</w:t>
            </w:r>
            <w:proofErr w:type="spellStart"/>
            <w:r w:rsidRPr="007A0413">
              <w:rPr>
                <w:rFonts w:cs="Times New Roman"/>
                <w:sz w:val="24"/>
              </w:rPr>
              <w:t>animație</w:t>
            </w:r>
            <w:proofErr w:type="spellEnd"/>
          </w:p>
        </w:tc>
        <w:tc>
          <w:tcPr>
            <w:tcW w:w="181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AF43A61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zilnic</w:t>
            </w:r>
            <w:proofErr w:type="spellEnd"/>
          </w:p>
        </w:tc>
        <w:tc>
          <w:tcPr>
            <w:tcW w:w="498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67072FA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Spectacole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pentru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copii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reprezentații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activități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interactive cu </w:t>
            </w:r>
            <w:proofErr w:type="spellStart"/>
            <w:r w:rsidRPr="007A0413">
              <w:rPr>
                <w:rFonts w:cs="Times New Roman"/>
                <w:sz w:val="24"/>
              </w:rPr>
              <w:t>publicul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05C51934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8C8A8A3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4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4FA5F51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>Stand-up/</w:t>
            </w:r>
            <w:proofErr w:type="spellStart"/>
            <w:r w:rsidRPr="007A0413">
              <w:rPr>
                <w:rFonts w:cs="Times New Roman"/>
                <w:sz w:val="24"/>
              </w:rPr>
              <w:t>divertisment</w:t>
            </w:r>
            <w:proofErr w:type="spellEnd"/>
          </w:p>
        </w:tc>
        <w:tc>
          <w:tcPr>
            <w:tcW w:w="181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42778C5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>minimum 1 moment</w:t>
            </w:r>
          </w:p>
        </w:tc>
        <w:tc>
          <w:tcPr>
            <w:tcW w:w="498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9510F50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Conținut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adecvat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publicului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familial, </w:t>
            </w:r>
            <w:proofErr w:type="spellStart"/>
            <w:r w:rsidRPr="007A0413">
              <w:rPr>
                <w:rFonts w:cs="Times New Roman"/>
                <w:sz w:val="24"/>
              </w:rPr>
              <w:t>tematicii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imaginii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instituționale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13E98CB8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56488A6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5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CDB4151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Face-painting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animatori</w:t>
            </w:r>
            <w:proofErr w:type="spellEnd"/>
          </w:p>
        </w:tc>
        <w:tc>
          <w:tcPr>
            <w:tcW w:w="181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2658163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zilnic</w:t>
            </w:r>
            <w:proofErr w:type="spellEnd"/>
          </w:p>
        </w:tc>
        <w:tc>
          <w:tcPr>
            <w:tcW w:w="498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B219F50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Personal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materiale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sigure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adaptate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copiilor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58CE6C7E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1C81B5B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6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4CE217C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Blocuri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vorbitori</w:t>
            </w:r>
            <w:proofErr w:type="spellEnd"/>
            <w:r w:rsidRPr="007A0413">
              <w:rPr>
                <w:rFonts w:cs="Times New Roman"/>
                <w:sz w:val="24"/>
              </w:rPr>
              <w:t>/</w:t>
            </w:r>
            <w:proofErr w:type="spellStart"/>
            <w:r w:rsidRPr="007A0413">
              <w:rPr>
                <w:rFonts w:cs="Times New Roman"/>
                <w:sz w:val="24"/>
              </w:rPr>
              <w:t>invitați</w:t>
            </w:r>
            <w:proofErr w:type="spellEnd"/>
          </w:p>
        </w:tc>
        <w:tc>
          <w:tcPr>
            <w:tcW w:w="181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2E7916E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zilnic</w:t>
            </w:r>
            <w:proofErr w:type="spellEnd"/>
          </w:p>
        </w:tc>
        <w:tc>
          <w:tcPr>
            <w:tcW w:w="498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8C2EB6D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Discuții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tematice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sesiuni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informare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pe scena </w:t>
            </w:r>
            <w:proofErr w:type="spellStart"/>
            <w:r w:rsidRPr="007A0413">
              <w:rPr>
                <w:rFonts w:cs="Times New Roman"/>
                <w:sz w:val="24"/>
              </w:rPr>
              <w:t>principală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6BCE265E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2250AF3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7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221B257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>Program final</w:t>
            </w:r>
          </w:p>
        </w:tc>
        <w:tc>
          <w:tcPr>
            <w:tcW w:w="181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1C397F0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T–15 </w:t>
            </w:r>
            <w:proofErr w:type="spellStart"/>
            <w:r w:rsidRPr="007A0413">
              <w:rPr>
                <w:rFonts w:cs="Times New Roman"/>
                <w:sz w:val="24"/>
              </w:rPr>
              <w:t>zile</w:t>
            </w:r>
            <w:proofErr w:type="spellEnd"/>
          </w:p>
        </w:tc>
        <w:tc>
          <w:tcPr>
            <w:tcW w:w="498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7A8A4FD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Transmitere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spre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aprobare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; </w:t>
            </w:r>
            <w:proofErr w:type="spellStart"/>
            <w:r w:rsidRPr="007A0413">
              <w:rPr>
                <w:rFonts w:cs="Times New Roman"/>
                <w:sz w:val="24"/>
              </w:rPr>
              <w:t>autoritatea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poate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solicita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modificări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justificate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</w:tbl>
    <w:p w14:paraId="5EA2E7A5" w14:textId="77777777" w:rsidR="00EE76A8" w:rsidRPr="007A0413" w:rsidRDefault="00EE76A8" w:rsidP="00EE76A8">
      <w:pPr>
        <w:rPr>
          <w:rFonts w:cs="Times New Roman"/>
          <w:sz w:val="24"/>
        </w:rPr>
      </w:pPr>
    </w:p>
    <w:p w14:paraId="2A9D9CC1" w14:textId="77777777" w:rsidR="00EE76A8" w:rsidRPr="007A0413" w:rsidRDefault="00EE76A8" w:rsidP="00EE76A8">
      <w:pPr>
        <w:pStyle w:val="Titlu2"/>
        <w:rPr>
          <w:rFonts w:ascii="Times New Roman" w:hAnsi="Times New Roman" w:cs="Times New Roman"/>
          <w:color w:val="auto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Cs w:val="24"/>
        </w:rPr>
        <w:lastRenderedPageBreak/>
        <w:t xml:space="preserve">E.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Promovare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identitate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vizuală</w:t>
      </w:r>
      <w:proofErr w:type="spellEnd"/>
    </w:p>
    <w:tbl>
      <w:tblPr>
        <w:tblW w:w="9525" w:type="dxa"/>
        <w:jc w:val="center"/>
        <w:tblBorders>
          <w:top w:val="single" w:sz="5" w:space="0" w:color="8EA9C1"/>
          <w:left w:val="single" w:sz="5" w:space="0" w:color="8EA9C1"/>
          <w:bottom w:val="single" w:sz="5" w:space="0" w:color="8EA9C1"/>
          <w:right w:val="single" w:sz="5" w:space="0" w:color="8EA9C1"/>
          <w:insideH w:val="single" w:sz="5" w:space="0" w:color="8EA9C1"/>
          <w:insideV w:val="single" w:sz="5" w:space="0" w:color="8EA9C1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268"/>
        <w:gridCol w:w="1814"/>
        <w:gridCol w:w="4989"/>
      </w:tblGrid>
      <w:tr w:rsidR="00EE76A8" w:rsidRPr="007A0413" w14:paraId="7C4428A0" w14:textId="77777777" w:rsidTr="007E0AAE">
        <w:trPr>
          <w:cantSplit/>
          <w:tblHeader/>
          <w:jc w:val="center"/>
        </w:trPr>
        <w:tc>
          <w:tcPr>
            <w:tcW w:w="45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B935C98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Nr.</w:t>
            </w:r>
          </w:p>
        </w:tc>
        <w:tc>
          <w:tcPr>
            <w:tcW w:w="22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F54342B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b/>
                <w:sz w:val="24"/>
              </w:rPr>
              <w:t>Livrabil</w:t>
            </w:r>
            <w:proofErr w:type="spellEnd"/>
          </w:p>
        </w:tc>
        <w:tc>
          <w:tcPr>
            <w:tcW w:w="181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C6246B0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b/>
                <w:sz w:val="24"/>
              </w:rPr>
              <w:t>Cantitate</w:t>
            </w:r>
            <w:proofErr w:type="spellEnd"/>
            <w:r w:rsidRPr="007A0413">
              <w:rPr>
                <w:rFonts w:cs="Times New Roman"/>
                <w:b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b/>
                <w:sz w:val="24"/>
              </w:rPr>
              <w:t>minimă</w:t>
            </w:r>
            <w:proofErr w:type="spellEnd"/>
          </w:p>
        </w:tc>
        <w:tc>
          <w:tcPr>
            <w:tcW w:w="498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13EAB73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b/>
                <w:sz w:val="24"/>
              </w:rPr>
              <w:t>Cerință</w:t>
            </w:r>
            <w:proofErr w:type="spellEnd"/>
          </w:p>
        </w:tc>
      </w:tr>
      <w:tr w:rsidR="00EE76A8" w:rsidRPr="007A0413" w14:paraId="273782A8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DD777C3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1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E1A5493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Concept </w:t>
            </w:r>
            <w:proofErr w:type="spellStart"/>
            <w:r w:rsidRPr="007A0413">
              <w:rPr>
                <w:rFonts w:cs="Times New Roman"/>
                <w:sz w:val="24"/>
              </w:rPr>
              <w:t>vizual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unitar</w:t>
            </w:r>
            <w:proofErr w:type="spellEnd"/>
          </w:p>
        </w:tc>
        <w:tc>
          <w:tcPr>
            <w:tcW w:w="181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32B51FC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>1</w:t>
            </w:r>
          </w:p>
        </w:tc>
        <w:tc>
          <w:tcPr>
            <w:tcW w:w="498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FF50E6E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Identitate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dedicată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evenimentului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compatibilă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cu </w:t>
            </w:r>
            <w:proofErr w:type="spellStart"/>
            <w:r w:rsidRPr="007A0413">
              <w:rPr>
                <w:rFonts w:cs="Times New Roman"/>
                <w:sz w:val="24"/>
              </w:rPr>
              <w:t>identitatea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Sectorului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2.</w:t>
            </w:r>
          </w:p>
        </w:tc>
      </w:tr>
      <w:tr w:rsidR="00EE76A8" w:rsidRPr="007A0413" w14:paraId="73010440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79C21B4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2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BC5B27B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Afiș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oficial</w:t>
            </w:r>
            <w:proofErr w:type="spellEnd"/>
          </w:p>
        </w:tc>
        <w:tc>
          <w:tcPr>
            <w:tcW w:w="181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A5D0C73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minimum 1 </w:t>
            </w:r>
            <w:proofErr w:type="spellStart"/>
            <w:r w:rsidRPr="007A0413">
              <w:rPr>
                <w:rFonts w:cs="Times New Roman"/>
                <w:sz w:val="24"/>
              </w:rPr>
              <w:t>machetă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finală</w:t>
            </w:r>
            <w:proofErr w:type="spellEnd"/>
          </w:p>
        </w:tc>
        <w:tc>
          <w:tcPr>
            <w:tcW w:w="498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EB3639A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Formate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pentru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print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online.</w:t>
            </w:r>
          </w:p>
        </w:tc>
      </w:tr>
      <w:tr w:rsidR="00EE76A8" w:rsidRPr="007A0413" w14:paraId="58844B5D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90D0E74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3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4F02DB7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Materiale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grafice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online</w:t>
            </w:r>
          </w:p>
        </w:tc>
        <w:tc>
          <w:tcPr>
            <w:tcW w:w="181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D169A74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>minimum 10</w:t>
            </w:r>
          </w:p>
        </w:tc>
        <w:tc>
          <w:tcPr>
            <w:tcW w:w="498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73006DF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Formate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adaptări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pentru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canalele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aprobate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73FAA521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64C0B05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4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E4FAFA9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Materiale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informative </w:t>
            </w:r>
            <w:proofErr w:type="spellStart"/>
            <w:r w:rsidRPr="007A0413">
              <w:rPr>
                <w:rFonts w:cs="Times New Roman"/>
                <w:sz w:val="24"/>
              </w:rPr>
              <w:t>tipărite</w:t>
            </w:r>
            <w:proofErr w:type="spellEnd"/>
          </w:p>
        </w:tc>
        <w:tc>
          <w:tcPr>
            <w:tcW w:w="181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212AF01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minimum 10.000 </w:t>
            </w:r>
            <w:proofErr w:type="spellStart"/>
            <w:r w:rsidRPr="007A0413">
              <w:rPr>
                <w:rFonts w:cs="Times New Roman"/>
                <w:sz w:val="24"/>
              </w:rPr>
              <w:t>exemplare</w:t>
            </w:r>
            <w:proofErr w:type="spellEnd"/>
          </w:p>
        </w:tc>
        <w:tc>
          <w:tcPr>
            <w:tcW w:w="498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1D06D37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Mix de </w:t>
            </w:r>
            <w:proofErr w:type="spellStart"/>
            <w:r w:rsidRPr="007A0413">
              <w:rPr>
                <w:rFonts w:cs="Times New Roman"/>
                <w:sz w:val="24"/>
              </w:rPr>
              <w:t>formate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aprobat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; </w:t>
            </w:r>
            <w:proofErr w:type="spellStart"/>
            <w:r w:rsidRPr="007A0413">
              <w:rPr>
                <w:rFonts w:cs="Times New Roman"/>
                <w:sz w:val="24"/>
              </w:rPr>
              <w:t>producție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livrare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distribuție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incluse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2D962450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19DCE22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5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DF9E4F6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Campanie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digitală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direcționată</w:t>
            </w:r>
            <w:proofErr w:type="spellEnd"/>
          </w:p>
        </w:tc>
        <w:tc>
          <w:tcPr>
            <w:tcW w:w="181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6D19FE4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1 </w:t>
            </w:r>
            <w:proofErr w:type="spellStart"/>
            <w:r w:rsidRPr="007A0413">
              <w:rPr>
                <w:rFonts w:cs="Times New Roman"/>
                <w:sz w:val="24"/>
              </w:rPr>
              <w:t>campanie</w:t>
            </w:r>
            <w:proofErr w:type="spellEnd"/>
          </w:p>
        </w:tc>
        <w:tc>
          <w:tcPr>
            <w:tcW w:w="498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2EF9E3C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Planificare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administrare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monitorizare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raportare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gramStart"/>
            <w:r w:rsidRPr="007A0413">
              <w:rPr>
                <w:rFonts w:cs="Times New Roman"/>
                <w:sz w:val="24"/>
              </w:rPr>
              <w:t>a</w:t>
            </w:r>
            <w:proofErr w:type="gram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indicatorilor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05C2CC6D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3FBD399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6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EF179D0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Promovare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radio/TV </w:t>
            </w:r>
            <w:proofErr w:type="spellStart"/>
            <w:r w:rsidRPr="007A0413">
              <w:rPr>
                <w:rFonts w:cs="Times New Roman"/>
                <w:sz w:val="24"/>
              </w:rPr>
              <w:t>locală</w:t>
            </w:r>
            <w:proofErr w:type="spellEnd"/>
          </w:p>
        </w:tc>
        <w:tc>
          <w:tcPr>
            <w:tcW w:w="181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0DAE353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în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condițiile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planului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aprobat</w:t>
            </w:r>
            <w:proofErr w:type="spellEnd"/>
          </w:p>
        </w:tc>
        <w:tc>
          <w:tcPr>
            <w:tcW w:w="498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84FBAEC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Apariții</w:t>
            </w:r>
            <w:proofErr w:type="spellEnd"/>
            <w:r w:rsidRPr="007A0413">
              <w:rPr>
                <w:rFonts w:cs="Times New Roman"/>
                <w:sz w:val="24"/>
              </w:rPr>
              <w:t>/</w:t>
            </w:r>
            <w:proofErr w:type="spellStart"/>
            <w:r w:rsidRPr="007A0413">
              <w:rPr>
                <w:rFonts w:cs="Times New Roman"/>
                <w:sz w:val="24"/>
              </w:rPr>
              <w:t>inserții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relevante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raportarea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difuzărilor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52D0748A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D29192A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7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CB71023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Bannere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materiale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offline</w:t>
            </w:r>
          </w:p>
        </w:tc>
        <w:tc>
          <w:tcPr>
            <w:tcW w:w="181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5F2EB2E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conform </w:t>
            </w:r>
            <w:proofErr w:type="spellStart"/>
            <w:r w:rsidRPr="007A0413">
              <w:rPr>
                <w:rFonts w:cs="Times New Roman"/>
                <w:sz w:val="24"/>
              </w:rPr>
              <w:t>amplasamentelor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aprobate</w:t>
            </w:r>
            <w:proofErr w:type="spellEnd"/>
          </w:p>
        </w:tc>
        <w:tc>
          <w:tcPr>
            <w:tcW w:w="498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334FCBB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Producție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montaj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demontaj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incluse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34C5B75D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213AD79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8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7F2BE8A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Tricouri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personalizate</w:t>
            </w:r>
            <w:proofErr w:type="spellEnd"/>
          </w:p>
        </w:tc>
        <w:tc>
          <w:tcPr>
            <w:tcW w:w="181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684AE30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conform </w:t>
            </w:r>
            <w:proofErr w:type="spellStart"/>
            <w:r w:rsidRPr="007A0413">
              <w:rPr>
                <w:rFonts w:cs="Times New Roman"/>
                <w:sz w:val="24"/>
              </w:rPr>
              <w:t>listei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finale </w:t>
            </w:r>
            <w:proofErr w:type="spellStart"/>
            <w:r w:rsidRPr="007A0413">
              <w:rPr>
                <w:rFonts w:cs="Times New Roman"/>
                <w:sz w:val="24"/>
              </w:rPr>
              <w:t>comunicate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autoritatea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contractantă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înainte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producție</w:t>
            </w:r>
            <w:proofErr w:type="spellEnd"/>
          </w:p>
        </w:tc>
        <w:tc>
          <w:tcPr>
            <w:tcW w:w="498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B1B6386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Mărimi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variate, </w:t>
            </w:r>
            <w:proofErr w:type="spellStart"/>
            <w:r w:rsidRPr="007A0413">
              <w:rPr>
                <w:rFonts w:cs="Times New Roman"/>
                <w:sz w:val="24"/>
              </w:rPr>
              <w:t>personalizare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livrare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înainte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eveniment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1C741ED8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01840A8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9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D7526A6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Documentare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foto-video</w:t>
            </w:r>
          </w:p>
        </w:tc>
        <w:tc>
          <w:tcPr>
            <w:tcW w:w="181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258A24A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toată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durata</w:t>
            </w:r>
            <w:proofErr w:type="spellEnd"/>
          </w:p>
        </w:tc>
        <w:tc>
          <w:tcPr>
            <w:tcW w:w="498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D56F7FA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Echipă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profesională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acoperirea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principalelor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momente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zone.</w:t>
            </w:r>
          </w:p>
        </w:tc>
      </w:tr>
      <w:tr w:rsidR="00EE76A8" w:rsidRPr="007A0413" w14:paraId="297BC483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DD002F6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10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00E5D94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>Videoclip teaser</w:t>
            </w:r>
          </w:p>
        </w:tc>
        <w:tc>
          <w:tcPr>
            <w:tcW w:w="181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228B1CF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>minimum 1</w:t>
            </w:r>
          </w:p>
        </w:tc>
        <w:tc>
          <w:tcPr>
            <w:tcW w:w="498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E3A3122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Format </w:t>
            </w:r>
            <w:proofErr w:type="spellStart"/>
            <w:r w:rsidRPr="007A0413">
              <w:rPr>
                <w:rFonts w:cs="Times New Roman"/>
                <w:sz w:val="24"/>
              </w:rPr>
              <w:t>pentru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online, </w:t>
            </w:r>
            <w:proofErr w:type="spellStart"/>
            <w:r w:rsidRPr="007A0413">
              <w:rPr>
                <w:rFonts w:cs="Times New Roman"/>
                <w:sz w:val="24"/>
              </w:rPr>
              <w:t>aprobat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înainte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publicare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1E015F99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C2EA34B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11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43B3595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Videoclip </w:t>
            </w:r>
            <w:proofErr w:type="spellStart"/>
            <w:r w:rsidRPr="007A0413">
              <w:rPr>
                <w:rFonts w:cs="Times New Roman"/>
                <w:sz w:val="24"/>
              </w:rPr>
              <w:t>aftermovie</w:t>
            </w:r>
            <w:proofErr w:type="spellEnd"/>
          </w:p>
        </w:tc>
        <w:tc>
          <w:tcPr>
            <w:tcW w:w="181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E837DF5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>minimum 1</w:t>
            </w:r>
          </w:p>
        </w:tc>
        <w:tc>
          <w:tcPr>
            <w:tcW w:w="498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583D7FA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Rezumat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profesional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al </w:t>
            </w:r>
            <w:proofErr w:type="spellStart"/>
            <w:r w:rsidRPr="007A0413">
              <w:rPr>
                <w:rFonts w:cs="Times New Roman"/>
                <w:sz w:val="24"/>
              </w:rPr>
              <w:t>evenimentului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3D4AA886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5BD38E4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lastRenderedPageBreak/>
              <w:t>12</w:t>
            </w:r>
          </w:p>
        </w:tc>
        <w:tc>
          <w:tcPr>
            <w:tcW w:w="226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73C412B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Arhivă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editabilă</w:t>
            </w:r>
            <w:proofErr w:type="spellEnd"/>
          </w:p>
        </w:tc>
        <w:tc>
          <w:tcPr>
            <w:tcW w:w="181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D9CED42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1 set </w:t>
            </w:r>
            <w:proofErr w:type="spellStart"/>
            <w:r w:rsidRPr="007A0413">
              <w:rPr>
                <w:rFonts w:cs="Times New Roman"/>
                <w:sz w:val="24"/>
              </w:rPr>
              <w:t>complet</w:t>
            </w:r>
            <w:proofErr w:type="spellEnd"/>
          </w:p>
        </w:tc>
        <w:tc>
          <w:tcPr>
            <w:tcW w:w="498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846C044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Fișiere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finale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sursă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fotografii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video, </w:t>
            </w:r>
            <w:proofErr w:type="spellStart"/>
            <w:r w:rsidRPr="007A0413">
              <w:rPr>
                <w:rFonts w:cs="Times New Roman"/>
                <w:sz w:val="24"/>
              </w:rPr>
              <w:t>grafice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drepturi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utilizare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</w:tbl>
    <w:p w14:paraId="743002E1" w14:textId="77777777" w:rsidR="00EE76A8" w:rsidRPr="007A0413" w:rsidRDefault="00EE76A8" w:rsidP="00EE76A8">
      <w:pPr>
        <w:rPr>
          <w:rFonts w:cs="Times New Roman"/>
          <w:sz w:val="24"/>
        </w:rPr>
      </w:pPr>
    </w:p>
    <w:p w14:paraId="70EB68A6" w14:textId="77777777" w:rsidR="00EE76A8" w:rsidRPr="007A0413" w:rsidRDefault="00EE76A8" w:rsidP="00EE76A8">
      <w:pPr>
        <w:pStyle w:val="Titlu2"/>
        <w:rPr>
          <w:rFonts w:ascii="Times New Roman" w:hAnsi="Times New Roman" w:cs="Times New Roman"/>
          <w:color w:val="auto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F.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Siguranță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,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servicii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suport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color w:val="auto"/>
          <w:szCs w:val="24"/>
        </w:rPr>
        <w:t>facilități</w:t>
      </w:r>
      <w:proofErr w:type="spellEnd"/>
    </w:p>
    <w:tbl>
      <w:tblPr>
        <w:tblW w:w="9525" w:type="dxa"/>
        <w:jc w:val="center"/>
        <w:tblBorders>
          <w:top w:val="single" w:sz="5" w:space="0" w:color="8EA9C1"/>
          <w:left w:val="single" w:sz="5" w:space="0" w:color="8EA9C1"/>
          <w:bottom w:val="single" w:sz="5" w:space="0" w:color="8EA9C1"/>
          <w:right w:val="single" w:sz="5" w:space="0" w:color="8EA9C1"/>
          <w:insideH w:val="single" w:sz="5" w:space="0" w:color="8EA9C1"/>
          <w:insideV w:val="single" w:sz="5" w:space="0" w:color="8EA9C1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381"/>
        <w:gridCol w:w="2381"/>
        <w:gridCol w:w="4309"/>
      </w:tblGrid>
      <w:tr w:rsidR="00EE76A8" w:rsidRPr="007A0413" w14:paraId="6A342C4A" w14:textId="77777777" w:rsidTr="007E0AAE">
        <w:trPr>
          <w:cantSplit/>
          <w:tblHeader/>
          <w:jc w:val="center"/>
        </w:trPr>
        <w:tc>
          <w:tcPr>
            <w:tcW w:w="45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21A8C56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Nr.</w:t>
            </w:r>
          </w:p>
        </w:tc>
        <w:tc>
          <w:tcPr>
            <w:tcW w:w="238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F86859A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b/>
                <w:sz w:val="24"/>
              </w:rPr>
              <w:t>Serviciu</w:t>
            </w:r>
            <w:proofErr w:type="spellEnd"/>
            <w:r w:rsidRPr="007A0413">
              <w:rPr>
                <w:rFonts w:cs="Times New Roman"/>
                <w:b/>
                <w:sz w:val="24"/>
              </w:rPr>
              <w:t xml:space="preserve"> / facilitate</w:t>
            </w:r>
          </w:p>
        </w:tc>
        <w:tc>
          <w:tcPr>
            <w:tcW w:w="238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6C02DEE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Minim</w:t>
            </w:r>
          </w:p>
        </w:tc>
        <w:tc>
          <w:tcPr>
            <w:tcW w:w="430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5AEB3CB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b/>
                <w:sz w:val="24"/>
              </w:rPr>
              <w:t>Condiții</w:t>
            </w:r>
            <w:proofErr w:type="spellEnd"/>
          </w:p>
        </w:tc>
      </w:tr>
      <w:tr w:rsidR="00EE76A8" w:rsidRPr="007A0413" w14:paraId="345B32FA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E93FFE7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1</w:t>
            </w:r>
          </w:p>
        </w:tc>
        <w:tc>
          <w:tcPr>
            <w:tcW w:w="238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ECD25C6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Pază</w:t>
            </w:r>
            <w:proofErr w:type="spellEnd"/>
          </w:p>
        </w:tc>
        <w:tc>
          <w:tcPr>
            <w:tcW w:w="238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F2EE349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minimum 6 </w:t>
            </w:r>
            <w:proofErr w:type="spellStart"/>
            <w:r w:rsidRPr="007A0413">
              <w:rPr>
                <w:rFonts w:cs="Times New Roman"/>
                <w:sz w:val="24"/>
              </w:rPr>
              <w:t>agenți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+ 1 </w:t>
            </w:r>
            <w:proofErr w:type="spellStart"/>
            <w:r w:rsidRPr="007A0413">
              <w:rPr>
                <w:rFonts w:cs="Times New Roman"/>
                <w:sz w:val="24"/>
              </w:rPr>
              <w:t>șef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dispozitiv</w:t>
            </w:r>
            <w:proofErr w:type="spellEnd"/>
          </w:p>
        </w:tc>
        <w:tc>
          <w:tcPr>
            <w:tcW w:w="430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4D256DD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Efectivul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se </w:t>
            </w:r>
            <w:proofErr w:type="spellStart"/>
            <w:r w:rsidRPr="007A0413">
              <w:rPr>
                <w:rFonts w:cs="Times New Roman"/>
                <w:sz w:val="24"/>
              </w:rPr>
              <w:t>suplimentează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dacă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analiza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risc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sau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autoritățile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impun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5A85968F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9BF80BB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2</w:t>
            </w:r>
          </w:p>
        </w:tc>
        <w:tc>
          <w:tcPr>
            <w:tcW w:w="238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2BA4C98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Ambulanță</w:t>
            </w:r>
            <w:proofErr w:type="spellEnd"/>
          </w:p>
        </w:tc>
        <w:tc>
          <w:tcPr>
            <w:tcW w:w="238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01921B6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>minimum 1</w:t>
            </w:r>
          </w:p>
        </w:tc>
        <w:tc>
          <w:tcPr>
            <w:tcW w:w="430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F2F0953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Cu personal </w:t>
            </w:r>
            <w:proofErr w:type="spellStart"/>
            <w:r w:rsidRPr="007A0413">
              <w:rPr>
                <w:rFonts w:cs="Times New Roman"/>
                <w:sz w:val="24"/>
              </w:rPr>
              <w:t>autorizat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pe </w:t>
            </w:r>
            <w:proofErr w:type="spellStart"/>
            <w:r w:rsidRPr="007A0413">
              <w:rPr>
                <w:rFonts w:cs="Times New Roman"/>
                <w:sz w:val="24"/>
              </w:rPr>
              <w:t>durata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programului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cu public.</w:t>
            </w:r>
          </w:p>
        </w:tc>
      </w:tr>
      <w:tr w:rsidR="00EE76A8" w:rsidRPr="007A0413" w14:paraId="7F0043B4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1EDCAE2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3</w:t>
            </w:r>
          </w:p>
        </w:tc>
        <w:tc>
          <w:tcPr>
            <w:tcW w:w="238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A8D1F43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Medic </w:t>
            </w:r>
            <w:proofErr w:type="spellStart"/>
            <w:r w:rsidRPr="007A0413">
              <w:rPr>
                <w:rFonts w:cs="Times New Roman"/>
                <w:sz w:val="24"/>
              </w:rPr>
              <w:t>veterinar</w:t>
            </w:r>
            <w:proofErr w:type="spellEnd"/>
          </w:p>
        </w:tc>
        <w:tc>
          <w:tcPr>
            <w:tcW w:w="238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2F51B0B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>minimum 1</w:t>
            </w:r>
          </w:p>
        </w:tc>
        <w:tc>
          <w:tcPr>
            <w:tcW w:w="430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01B3656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Disponibil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zilnic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10:00–18:00, cu </w:t>
            </w:r>
            <w:proofErr w:type="spellStart"/>
            <w:r w:rsidRPr="007A0413">
              <w:rPr>
                <w:rFonts w:cs="Times New Roman"/>
                <w:sz w:val="24"/>
              </w:rPr>
              <w:t>procedură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urgență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2A66BF1F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83245A7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4</w:t>
            </w:r>
          </w:p>
        </w:tc>
        <w:tc>
          <w:tcPr>
            <w:tcW w:w="238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BA6FBD9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Punct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prim </w:t>
            </w:r>
            <w:proofErr w:type="spellStart"/>
            <w:r w:rsidRPr="007A0413">
              <w:rPr>
                <w:rFonts w:cs="Times New Roman"/>
                <w:sz w:val="24"/>
              </w:rPr>
              <w:t>ajutor</w:t>
            </w:r>
            <w:proofErr w:type="spellEnd"/>
          </w:p>
        </w:tc>
        <w:tc>
          <w:tcPr>
            <w:tcW w:w="238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018880D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>minimum 1</w:t>
            </w:r>
          </w:p>
        </w:tc>
        <w:tc>
          <w:tcPr>
            <w:tcW w:w="430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8283ADC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Semnalizat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accesibil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echipat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34143749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2BEE0C1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5</w:t>
            </w:r>
          </w:p>
        </w:tc>
        <w:tc>
          <w:tcPr>
            <w:tcW w:w="238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FC11372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Măsuri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PSI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SSM</w:t>
            </w:r>
          </w:p>
        </w:tc>
        <w:tc>
          <w:tcPr>
            <w:tcW w:w="238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D13D342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>complete</w:t>
            </w:r>
          </w:p>
        </w:tc>
        <w:tc>
          <w:tcPr>
            <w:tcW w:w="430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C9C5276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Planuri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instructaje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extinctoare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evacuare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documente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conform </w:t>
            </w:r>
            <w:proofErr w:type="spellStart"/>
            <w:r w:rsidRPr="007A0413">
              <w:rPr>
                <w:rFonts w:cs="Times New Roman"/>
                <w:sz w:val="24"/>
              </w:rPr>
              <w:t>legislației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2ABBCAD1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699AAC3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6</w:t>
            </w:r>
          </w:p>
        </w:tc>
        <w:tc>
          <w:tcPr>
            <w:tcW w:w="238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038BA01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Curățenie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salubrizare</w:t>
            </w:r>
            <w:proofErr w:type="spellEnd"/>
          </w:p>
        </w:tc>
        <w:tc>
          <w:tcPr>
            <w:tcW w:w="238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B4496ED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>permanent</w:t>
            </w:r>
          </w:p>
        </w:tc>
        <w:tc>
          <w:tcPr>
            <w:tcW w:w="430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15EBE6B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Echipă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suficientă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consumabile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golire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deșeuri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curățenie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finală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3285191A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1607365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7</w:t>
            </w:r>
          </w:p>
        </w:tc>
        <w:tc>
          <w:tcPr>
            <w:tcW w:w="238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C37A2E6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>Food-court</w:t>
            </w:r>
          </w:p>
        </w:tc>
        <w:tc>
          <w:tcPr>
            <w:tcW w:w="238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D713267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minimum 1 </w:t>
            </w:r>
            <w:proofErr w:type="spellStart"/>
            <w:r w:rsidRPr="007A0413">
              <w:rPr>
                <w:rFonts w:cs="Times New Roman"/>
                <w:sz w:val="24"/>
              </w:rPr>
              <w:t>zonă</w:t>
            </w:r>
            <w:proofErr w:type="spellEnd"/>
          </w:p>
        </w:tc>
        <w:tc>
          <w:tcPr>
            <w:tcW w:w="430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AA762C5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Delimitare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utilități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deșeuri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acces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numai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pentru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operatori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autorizați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  <w:tr w:rsidR="00EE76A8" w:rsidRPr="007A0413" w14:paraId="574AA794" w14:textId="77777777" w:rsidTr="007E0AAE">
        <w:trPr>
          <w:cantSplit/>
          <w:jc w:val="center"/>
        </w:trPr>
        <w:tc>
          <w:tcPr>
            <w:tcW w:w="4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720C5C0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8</w:t>
            </w:r>
          </w:p>
        </w:tc>
        <w:tc>
          <w:tcPr>
            <w:tcW w:w="238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F4F1F47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Accesibilitate</w:t>
            </w:r>
            <w:proofErr w:type="spellEnd"/>
          </w:p>
        </w:tc>
        <w:tc>
          <w:tcPr>
            <w:tcW w:w="238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96FE067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integrală</w:t>
            </w:r>
            <w:proofErr w:type="spellEnd"/>
          </w:p>
        </w:tc>
        <w:tc>
          <w:tcPr>
            <w:tcW w:w="4309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400A1C3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Trasee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fără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obstacole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semnalizare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toaletă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accesibilă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</w:tbl>
    <w:p w14:paraId="660BCEC7" w14:textId="77777777" w:rsidR="00EE76A8" w:rsidRPr="007A0413" w:rsidRDefault="00EE76A8" w:rsidP="00EE76A8">
      <w:pPr>
        <w:rPr>
          <w:rFonts w:cs="Times New Roman"/>
          <w:sz w:val="24"/>
        </w:rPr>
      </w:pPr>
    </w:p>
    <w:p w14:paraId="6E08855A" w14:textId="77777777" w:rsidR="00EE76A8" w:rsidRPr="007A0413" w:rsidRDefault="00EE76A8" w:rsidP="00EE76A8">
      <w:pPr>
        <w:pStyle w:val="Titlu1"/>
        <w:pageBreakBefore/>
        <w:rPr>
          <w:rFonts w:ascii="Times New Roman" w:hAnsi="Times New Roman" w:cs="Times New Roman"/>
          <w:color w:val="auto"/>
          <w:sz w:val="24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ANEXA NR. 2 – CALENDARUL MINIMAL ȘI LIVRABILELE CONTRACTULUI</w:t>
      </w:r>
    </w:p>
    <w:tbl>
      <w:tblPr>
        <w:tblW w:w="9637" w:type="dxa"/>
        <w:jc w:val="center"/>
        <w:tblBorders>
          <w:top w:val="single" w:sz="5" w:space="0" w:color="8EA9C1"/>
          <w:left w:val="single" w:sz="5" w:space="0" w:color="8EA9C1"/>
          <w:bottom w:val="single" w:sz="5" w:space="0" w:color="8EA9C1"/>
          <w:right w:val="single" w:sz="5" w:space="0" w:color="8EA9C1"/>
          <w:insideH w:val="single" w:sz="5" w:space="0" w:color="8EA9C1"/>
          <w:insideV w:val="single" w:sz="5" w:space="0" w:color="8EA9C1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4365"/>
        <w:gridCol w:w="1701"/>
        <w:gridCol w:w="1757"/>
      </w:tblGrid>
      <w:tr w:rsidR="00EE76A8" w:rsidRPr="007A0413" w14:paraId="3C62F3A9" w14:textId="77777777" w:rsidTr="007E0AAE">
        <w:trPr>
          <w:cantSplit/>
          <w:tblHeader/>
          <w:jc w:val="center"/>
        </w:trPr>
        <w:tc>
          <w:tcPr>
            <w:tcW w:w="181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7F0BE76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Termen</w:t>
            </w:r>
          </w:p>
        </w:tc>
        <w:tc>
          <w:tcPr>
            <w:tcW w:w="4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9C79CF1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b/>
                <w:sz w:val="24"/>
              </w:rPr>
              <w:t>Activitate</w:t>
            </w:r>
            <w:proofErr w:type="spellEnd"/>
            <w:r w:rsidRPr="007A0413">
              <w:rPr>
                <w:rFonts w:cs="Times New Roman"/>
                <w:b/>
                <w:sz w:val="24"/>
              </w:rPr>
              <w:t xml:space="preserve"> / </w:t>
            </w:r>
            <w:proofErr w:type="spellStart"/>
            <w:r w:rsidRPr="007A0413">
              <w:rPr>
                <w:rFonts w:cs="Times New Roman"/>
                <w:b/>
                <w:sz w:val="24"/>
              </w:rPr>
              <w:t>livrabil</w:t>
            </w:r>
            <w:proofErr w:type="spellEnd"/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9DCAEDC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b/>
                <w:sz w:val="24"/>
              </w:rPr>
              <w:t>Responsabil</w:t>
            </w:r>
            <w:proofErr w:type="spellEnd"/>
          </w:p>
        </w:tc>
        <w:tc>
          <w:tcPr>
            <w:tcW w:w="175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2CD136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 xml:space="preserve">Document de </w:t>
            </w:r>
            <w:proofErr w:type="spellStart"/>
            <w:r w:rsidRPr="007A0413">
              <w:rPr>
                <w:rFonts w:cs="Times New Roman"/>
                <w:b/>
                <w:sz w:val="24"/>
              </w:rPr>
              <w:t>confirmare</w:t>
            </w:r>
            <w:proofErr w:type="spellEnd"/>
          </w:p>
        </w:tc>
      </w:tr>
      <w:tr w:rsidR="00EE76A8" w:rsidRPr="007A0413" w14:paraId="5F157895" w14:textId="77777777" w:rsidTr="007E0AAE">
        <w:trPr>
          <w:cantSplit/>
          <w:jc w:val="center"/>
        </w:trPr>
        <w:tc>
          <w:tcPr>
            <w:tcW w:w="181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B2A7BBA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>D0</w:t>
            </w:r>
          </w:p>
        </w:tc>
        <w:tc>
          <w:tcPr>
            <w:tcW w:w="436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7D96689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Ordin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începere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/ </w:t>
            </w:r>
            <w:proofErr w:type="spellStart"/>
            <w:r w:rsidRPr="007A0413">
              <w:rPr>
                <w:rFonts w:cs="Times New Roman"/>
                <w:sz w:val="24"/>
              </w:rPr>
              <w:t>intrarea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în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vigoare</w:t>
            </w:r>
            <w:proofErr w:type="spellEnd"/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A3F790D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Autoritatea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contractantă</w:t>
            </w:r>
            <w:proofErr w:type="spellEnd"/>
          </w:p>
        </w:tc>
        <w:tc>
          <w:tcPr>
            <w:tcW w:w="175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013B50D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>Document contractual</w:t>
            </w:r>
          </w:p>
        </w:tc>
      </w:tr>
      <w:tr w:rsidR="00EE76A8" w:rsidRPr="007A0413" w14:paraId="504C9583" w14:textId="77777777" w:rsidTr="007E0AAE">
        <w:trPr>
          <w:cantSplit/>
          <w:jc w:val="center"/>
        </w:trPr>
        <w:tc>
          <w:tcPr>
            <w:tcW w:w="181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5BFC332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D0 + 2 </w:t>
            </w:r>
            <w:proofErr w:type="spellStart"/>
            <w:r w:rsidRPr="007A0413">
              <w:rPr>
                <w:rFonts w:cs="Times New Roman"/>
                <w:sz w:val="24"/>
              </w:rPr>
              <w:t>zile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lucrătoare</w:t>
            </w:r>
            <w:proofErr w:type="spellEnd"/>
          </w:p>
        </w:tc>
        <w:tc>
          <w:tcPr>
            <w:tcW w:w="436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8B0318D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Ședință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lansare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confirmarea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echipei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canalelor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comunicare</w:t>
            </w:r>
            <w:proofErr w:type="spellEnd"/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A69C6A3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Ambele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părți</w:t>
            </w:r>
            <w:proofErr w:type="spellEnd"/>
          </w:p>
        </w:tc>
        <w:tc>
          <w:tcPr>
            <w:tcW w:w="175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6F641F2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Minută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ședință</w:t>
            </w:r>
            <w:proofErr w:type="spellEnd"/>
          </w:p>
        </w:tc>
      </w:tr>
      <w:tr w:rsidR="00EE76A8" w:rsidRPr="007A0413" w14:paraId="6F30B154" w14:textId="77777777" w:rsidTr="007E0AAE">
        <w:trPr>
          <w:cantSplit/>
          <w:jc w:val="center"/>
        </w:trPr>
        <w:tc>
          <w:tcPr>
            <w:tcW w:w="181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510B010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D0 + 5 </w:t>
            </w:r>
            <w:proofErr w:type="spellStart"/>
            <w:r w:rsidRPr="007A0413">
              <w:rPr>
                <w:rFonts w:cs="Times New Roman"/>
                <w:sz w:val="24"/>
              </w:rPr>
              <w:t>zile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lucrătoare</w:t>
            </w:r>
            <w:proofErr w:type="spellEnd"/>
          </w:p>
        </w:tc>
        <w:tc>
          <w:tcPr>
            <w:tcW w:w="436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C3F17C1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Plan de </w:t>
            </w:r>
            <w:proofErr w:type="spellStart"/>
            <w:r w:rsidRPr="007A0413">
              <w:rPr>
                <w:rFonts w:cs="Times New Roman"/>
                <w:sz w:val="24"/>
              </w:rPr>
              <w:t>proiect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grafic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organigramă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registru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inițial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riscuri</w:t>
            </w:r>
            <w:proofErr w:type="spellEnd"/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B7EF498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Prestator</w:t>
            </w:r>
            <w:proofErr w:type="spellEnd"/>
          </w:p>
        </w:tc>
        <w:tc>
          <w:tcPr>
            <w:tcW w:w="175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07A4EE1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Livrabil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L1</w:t>
            </w:r>
          </w:p>
        </w:tc>
      </w:tr>
      <w:tr w:rsidR="00EE76A8" w:rsidRPr="007A0413" w14:paraId="6CFE0FFB" w14:textId="77777777" w:rsidTr="007E0AAE">
        <w:trPr>
          <w:cantSplit/>
          <w:jc w:val="center"/>
        </w:trPr>
        <w:tc>
          <w:tcPr>
            <w:tcW w:w="181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A0FC812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T–30 </w:t>
            </w:r>
            <w:proofErr w:type="spellStart"/>
            <w:r w:rsidRPr="007A0413">
              <w:rPr>
                <w:rFonts w:cs="Times New Roman"/>
                <w:sz w:val="24"/>
              </w:rPr>
              <w:t>zile</w:t>
            </w:r>
            <w:proofErr w:type="spellEnd"/>
          </w:p>
        </w:tc>
        <w:tc>
          <w:tcPr>
            <w:tcW w:w="436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A7B36C8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Concept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plan </w:t>
            </w:r>
            <w:proofErr w:type="spellStart"/>
            <w:r w:rsidRPr="007A0413">
              <w:rPr>
                <w:rFonts w:cs="Times New Roman"/>
                <w:sz w:val="24"/>
              </w:rPr>
              <w:t>preliminar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amplasament</w:t>
            </w:r>
            <w:proofErr w:type="spellEnd"/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3F13AC6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Prestator</w:t>
            </w:r>
            <w:proofErr w:type="spellEnd"/>
          </w:p>
        </w:tc>
        <w:tc>
          <w:tcPr>
            <w:tcW w:w="175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8688689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Livrabil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L2</w:t>
            </w:r>
          </w:p>
        </w:tc>
      </w:tr>
      <w:tr w:rsidR="00EE76A8" w:rsidRPr="007A0413" w14:paraId="7D5A9728" w14:textId="77777777" w:rsidTr="007E0AAE">
        <w:trPr>
          <w:cantSplit/>
          <w:jc w:val="center"/>
        </w:trPr>
        <w:tc>
          <w:tcPr>
            <w:tcW w:w="181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9B804B2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T–25 </w:t>
            </w:r>
            <w:proofErr w:type="spellStart"/>
            <w:r w:rsidRPr="007A0413">
              <w:rPr>
                <w:rFonts w:cs="Times New Roman"/>
                <w:sz w:val="24"/>
              </w:rPr>
              <w:t>zile</w:t>
            </w:r>
            <w:proofErr w:type="spellEnd"/>
          </w:p>
        </w:tc>
        <w:tc>
          <w:tcPr>
            <w:tcW w:w="436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3990BE3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Program </w:t>
            </w:r>
            <w:proofErr w:type="spellStart"/>
            <w:r w:rsidRPr="007A0413">
              <w:rPr>
                <w:rFonts w:cs="Times New Roman"/>
                <w:sz w:val="24"/>
              </w:rPr>
              <w:t>preliminar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plan de </w:t>
            </w:r>
            <w:proofErr w:type="spellStart"/>
            <w:r w:rsidRPr="007A0413">
              <w:rPr>
                <w:rFonts w:cs="Times New Roman"/>
                <w:sz w:val="24"/>
              </w:rPr>
              <w:t>promovare</w:t>
            </w:r>
            <w:proofErr w:type="spellEnd"/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169DA88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Prestator</w:t>
            </w:r>
            <w:proofErr w:type="spellEnd"/>
          </w:p>
        </w:tc>
        <w:tc>
          <w:tcPr>
            <w:tcW w:w="175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4F16FCB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Livrabile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L3–L4</w:t>
            </w:r>
          </w:p>
        </w:tc>
      </w:tr>
      <w:tr w:rsidR="00EE76A8" w:rsidRPr="007A0413" w14:paraId="61F2B8DA" w14:textId="77777777" w:rsidTr="007E0AAE">
        <w:trPr>
          <w:cantSplit/>
          <w:jc w:val="center"/>
        </w:trPr>
        <w:tc>
          <w:tcPr>
            <w:tcW w:w="181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765E6A0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T–15 </w:t>
            </w:r>
            <w:proofErr w:type="spellStart"/>
            <w:r w:rsidRPr="007A0413">
              <w:rPr>
                <w:rFonts w:cs="Times New Roman"/>
                <w:sz w:val="24"/>
              </w:rPr>
              <w:t>zile</w:t>
            </w:r>
            <w:proofErr w:type="spellEnd"/>
          </w:p>
        </w:tc>
        <w:tc>
          <w:tcPr>
            <w:tcW w:w="436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B4D3CCD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Program final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lista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artiștilor</w:t>
            </w:r>
            <w:proofErr w:type="spellEnd"/>
            <w:r w:rsidRPr="007A0413">
              <w:rPr>
                <w:rFonts w:cs="Times New Roman"/>
                <w:sz w:val="24"/>
              </w:rPr>
              <w:t>/</w:t>
            </w:r>
            <w:proofErr w:type="spellStart"/>
            <w:r w:rsidRPr="007A0413">
              <w:rPr>
                <w:rFonts w:cs="Times New Roman"/>
                <w:sz w:val="24"/>
              </w:rPr>
              <w:t>activităților</w:t>
            </w:r>
            <w:proofErr w:type="spellEnd"/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D22528D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Prestator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/ </w:t>
            </w:r>
            <w:proofErr w:type="spellStart"/>
            <w:r w:rsidRPr="007A0413">
              <w:rPr>
                <w:rFonts w:cs="Times New Roman"/>
                <w:sz w:val="24"/>
              </w:rPr>
              <w:t>aprobare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AC</w:t>
            </w:r>
          </w:p>
        </w:tc>
        <w:tc>
          <w:tcPr>
            <w:tcW w:w="175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8C5A90A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Program </w:t>
            </w:r>
            <w:proofErr w:type="spellStart"/>
            <w:r w:rsidRPr="007A0413">
              <w:rPr>
                <w:rFonts w:cs="Times New Roman"/>
                <w:sz w:val="24"/>
              </w:rPr>
              <w:t>aprobat</w:t>
            </w:r>
            <w:proofErr w:type="spellEnd"/>
          </w:p>
        </w:tc>
      </w:tr>
      <w:tr w:rsidR="00EE76A8" w:rsidRPr="007A0413" w14:paraId="483F8D0A" w14:textId="77777777" w:rsidTr="007E0AAE">
        <w:trPr>
          <w:cantSplit/>
          <w:jc w:val="center"/>
        </w:trPr>
        <w:tc>
          <w:tcPr>
            <w:tcW w:w="181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7AA6354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T–10 </w:t>
            </w:r>
            <w:proofErr w:type="spellStart"/>
            <w:r w:rsidRPr="007A0413">
              <w:rPr>
                <w:rFonts w:cs="Times New Roman"/>
                <w:sz w:val="24"/>
              </w:rPr>
              <w:t>zile</w:t>
            </w:r>
            <w:proofErr w:type="spellEnd"/>
          </w:p>
        </w:tc>
        <w:tc>
          <w:tcPr>
            <w:tcW w:w="436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EB16915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Proiect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tehnic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plan </w:t>
            </w:r>
            <w:proofErr w:type="spellStart"/>
            <w:r w:rsidRPr="007A0413">
              <w:rPr>
                <w:rFonts w:cs="Times New Roman"/>
                <w:sz w:val="24"/>
              </w:rPr>
              <w:t>securitate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bilanț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putere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situație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avize</w:t>
            </w:r>
            <w:proofErr w:type="spellEnd"/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718FCC2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Prestator</w:t>
            </w:r>
            <w:proofErr w:type="spellEnd"/>
          </w:p>
        </w:tc>
        <w:tc>
          <w:tcPr>
            <w:tcW w:w="175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4A565CF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Dosar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tehnic</w:t>
            </w:r>
            <w:proofErr w:type="spellEnd"/>
          </w:p>
        </w:tc>
      </w:tr>
      <w:tr w:rsidR="00EE76A8" w:rsidRPr="007A0413" w14:paraId="0ECD3202" w14:textId="77777777" w:rsidTr="007E0AAE">
        <w:trPr>
          <w:cantSplit/>
          <w:jc w:val="center"/>
        </w:trPr>
        <w:tc>
          <w:tcPr>
            <w:tcW w:w="181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912A67A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T–5 </w:t>
            </w:r>
            <w:proofErr w:type="spellStart"/>
            <w:r w:rsidRPr="007A0413">
              <w:rPr>
                <w:rFonts w:cs="Times New Roman"/>
                <w:sz w:val="24"/>
              </w:rPr>
              <w:t>zile</w:t>
            </w:r>
            <w:proofErr w:type="spellEnd"/>
          </w:p>
        </w:tc>
        <w:tc>
          <w:tcPr>
            <w:tcW w:w="436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B897B19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Dosar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final de </w:t>
            </w:r>
            <w:proofErr w:type="spellStart"/>
            <w:r w:rsidRPr="007A0413">
              <w:rPr>
                <w:rFonts w:cs="Times New Roman"/>
                <w:sz w:val="24"/>
              </w:rPr>
              <w:t>conformitate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lista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personalului</w:t>
            </w:r>
            <w:proofErr w:type="spellEnd"/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44453B0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Prestator</w:t>
            </w:r>
            <w:proofErr w:type="spellEnd"/>
          </w:p>
        </w:tc>
        <w:tc>
          <w:tcPr>
            <w:tcW w:w="175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C4B461B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Dosar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conformitate</w:t>
            </w:r>
            <w:proofErr w:type="spellEnd"/>
          </w:p>
        </w:tc>
      </w:tr>
      <w:tr w:rsidR="00EE76A8" w:rsidRPr="007A0413" w14:paraId="6058F4D7" w14:textId="77777777" w:rsidTr="007E0AAE">
        <w:trPr>
          <w:cantSplit/>
          <w:jc w:val="center"/>
        </w:trPr>
        <w:tc>
          <w:tcPr>
            <w:tcW w:w="181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104330B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>24.09.2026, 20:00</w:t>
            </w:r>
          </w:p>
        </w:tc>
        <w:tc>
          <w:tcPr>
            <w:tcW w:w="436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9270F4D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Montaj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finalizat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toate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probele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efectuate</w:t>
            </w:r>
            <w:proofErr w:type="spellEnd"/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A82E2CC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Prestator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/ </w:t>
            </w:r>
            <w:proofErr w:type="spellStart"/>
            <w:r w:rsidRPr="007A0413">
              <w:rPr>
                <w:rFonts w:cs="Times New Roman"/>
                <w:sz w:val="24"/>
              </w:rPr>
              <w:t>verificare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AC</w:t>
            </w:r>
          </w:p>
        </w:tc>
        <w:tc>
          <w:tcPr>
            <w:tcW w:w="175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A43A68C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Proces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-verbal de </w:t>
            </w:r>
            <w:proofErr w:type="spellStart"/>
            <w:r w:rsidRPr="007A0413">
              <w:rPr>
                <w:rFonts w:cs="Times New Roman"/>
                <w:sz w:val="24"/>
              </w:rPr>
              <w:t>montaj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probe</w:t>
            </w:r>
          </w:p>
        </w:tc>
      </w:tr>
      <w:tr w:rsidR="00EE76A8" w:rsidRPr="007A0413" w14:paraId="798E960D" w14:textId="77777777" w:rsidTr="007E0AAE">
        <w:trPr>
          <w:cantSplit/>
          <w:jc w:val="center"/>
        </w:trPr>
        <w:tc>
          <w:tcPr>
            <w:tcW w:w="181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FB5CDD9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>25.09.2026, 10:00</w:t>
            </w:r>
          </w:p>
        </w:tc>
        <w:tc>
          <w:tcPr>
            <w:tcW w:w="436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CA6CD56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Deschiderea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accesului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publicului</w:t>
            </w:r>
            <w:proofErr w:type="spellEnd"/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6200500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Prestator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/ AC</w:t>
            </w:r>
          </w:p>
        </w:tc>
        <w:tc>
          <w:tcPr>
            <w:tcW w:w="175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56CCA02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Verificare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operațională</w:t>
            </w:r>
            <w:proofErr w:type="spellEnd"/>
          </w:p>
        </w:tc>
      </w:tr>
      <w:tr w:rsidR="00EE76A8" w:rsidRPr="007A0413" w14:paraId="12EEF4B4" w14:textId="77777777" w:rsidTr="007E0AAE">
        <w:trPr>
          <w:cantSplit/>
          <w:jc w:val="center"/>
        </w:trPr>
        <w:tc>
          <w:tcPr>
            <w:tcW w:w="181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E1F5D11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>25.09.2026, 12:00</w:t>
            </w:r>
          </w:p>
        </w:tc>
        <w:tc>
          <w:tcPr>
            <w:tcW w:w="436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4424831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Ceremonia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oficială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deschidere</w:t>
            </w:r>
            <w:proofErr w:type="spellEnd"/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DD852BF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Ambele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părți</w:t>
            </w:r>
            <w:proofErr w:type="spellEnd"/>
          </w:p>
        </w:tc>
        <w:tc>
          <w:tcPr>
            <w:tcW w:w="175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EEB4626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Conform program </w:t>
            </w:r>
            <w:proofErr w:type="spellStart"/>
            <w:r w:rsidRPr="007A0413">
              <w:rPr>
                <w:rFonts w:cs="Times New Roman"/>
                <w:sz w:val="24"/>
              </w:rPr>
              <w:t>desfășurător</w:t>
            </w:r>
            <w:proofErr w:type="spellEnd"/>
          </w:p>
        </w:tc>
      </w:tr>
      <w:tr w:rsidR="00EE76A8" w:rsidRPr="007A0413" w14:paraId="3AFD68D3" w14:textId="77777777" w:rsidTr="007E0AAE">
        <w:trPr>
          <w:cantSplit/>
          <w:jc w:val="center"/>
        </w:trPr>
        <w:tc>
          <w:tcPr>
            <w:tcW w:w="181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42E4925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>25–27.09.2026</w:t>
            </w:r>
          </w:p>
        </w:tc>
        <w:tc>
          <w:tcPr>
            <w:tcW w:w="436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EB913A4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Desfășurarea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programului</w:t>
            </w:r>
            <w:proofErr w:type="spellEnd"/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D335685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Prestator</w:t>
            </w:r>
            <w:proofErr w:type="spellEnd"/>
          </w:p>
        </w:tc>
        <w:tc>
          <w:tcPr>
            <w:tcW w:w="175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58ADAED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Rapoarte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operative </w:t>
            </w:r>
            <w:proofErr w:type="spellStart"/>
            <w:r w:rsidRPr="007A0413">
              <w:rPr>
                <w:rFonts w:cs="Times New Roman"/>
                <w:sz w:val="24"/>
              </w:rPr>
              <w:t>zilnice</w:t>
            </w:r>
            <w:proofErr w:type="spellEnd"/>
          </w:p>
        </w:tc>
      </w:tr>
      <w:tr w:rsidR="00EE76A8" w:rsidRPr="007A0413" w14:paraId="546A0907" w14:textId="77777777" w:rsidTr="007E0AAE">
        <w:trPr>
          <w:cantSplit/>
          <w:jc w:val="center"/>
        </w:trPr>
        <w:tc>
          <w:tcPr>
            <w:tcW w:w="181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6AB3F5F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>28.09.2026</w:t>
            </w:r>
          </w:p>
        </w:tc>
        <w:tc>
          <w:tcPr>
            <w:tcW w:w="436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2AAD563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Demontare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evacuare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ecologizare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integrală</w:t>
            </w:r>
            <w:proofErr w:type="spellEnd"/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EC90172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Prestator</w:t>
            </w:r>
            <w:proofErr w:type="spellEnd"/>
          </w:p>
        </w:tc>
        <w:tc>
          <w:tcPr>
            <w:tcW w:w="175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0493B05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Proces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-verbal </w:t>
            </w:r>
            <w:proofErr w:type="spellStart"/>
            <w:r w:rsidRPr="007A0413">
              <w:rPr>
                <w:rFonts w:cs="Times New Roman"/>
                <w:sz w:val="24"/>
              </w:rPr>
              <w:t>amplasament</w:t>
            </w:r>
            <w:proofErr w:type="spellEnd"/>
          </w:p>
        </w:tc>
      </w:tr>
      <w:tr w:rsidR="00EE76A8" w:rsidRPr="007A0413" w14:paraId="59831F5D" w14:textId="77777777" w:rsidTr="007E0AAE">
        <w:trPr>
          <w:cantSplit/>
          <w:jc w:val="center"/>
        </w:trPr>
        <w:tc>
          <w:tcPr>
            <w:tcW w:w="181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2E9460F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lastRenderedPageBreak/>
              <w:t xml:space="preserve">+15 </w:t>
            </w:r>
            <w:proofErr w:type="spellStart"/>
            <w:r w:rsidRPr="007A0413">
              <w:rPr>
                <w:rFonts w:cs="Times New Roman"/>
                <w:sz w:val="24"/>
              </w:rPr>
              <w:t>zile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lucrătoare</w:t>
            </w:r>
            <w:proofErr w:type="spellEnd"/>
          </w:p>
        </w:tc>
        <w:tc>
          <w:tcPr>
            <w:tcW w:w="436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A31723C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Raport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final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arhivă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electronică</w:t>
            </w:r>
            <w:proofErr w:type="spellEnd"/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5F837E5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Prestator</w:t>
            </w:r>
            <w:proofErr w:type="spellEnd"/>
          </w:p>
        </w:tc>
        <w:tc>
          <w:tcPr>
            <w:tcW w:w="175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E8543B3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Livrabil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final</w:t>
            </w:r>
          </w:p>
        </w:tc>
      </w:tr>
    </w:tbl>
    <w:p w14:paraId="16571E03" w14:textId="77777777" w:rsidR="00EE76A8" w:rsidRPr="007A0413" w:rsidRDefault="00EE76A8" w:rsidP="00EE76A8">
      <w:pPr>
        <w:rPr>
          <w:rFonts w:cs="Times New Roman"/>
          <w:sz w:val="24"/>
        </w:rPr>
      </w:pPr>
    </w:p>
    <w:p w14:paraId="272709CC" w14:textId="77777777" w:rsidR="00EE76A8" w:rsidRPr="007A0413" w:rsidRDefault="00EE76A8" w:rsidP="00EE76A8">
      <w:pPr>
        <w:pStyle w:val="Titlu1"/>
        <w:pageBreakBefore/>
        <w:rPr>
          <w:rFonts w:ascii="Times New Roman" w:hAnsi="Times New Roman" w:cs="Times New Roman"/>
          <w:color w:val="auto"/>
          <w:sz w:val="24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ANEXA NR. 3 – MATRICE DE CONFORMITATE PENTRU PROPUNEREA TEHNICĂ</w:t>
      </w:r>
    </w:p>
    <w:p w14:paraId="1FAF8D23" w14:textId="77777777" w:rsidR="00EE76A8" w:rsidRPr="007A0413" w:rsidRDefault="00EE76A8" w:rsidP="00EE76A8">
      <w:pPr>
        <w:spacing w:line="259" w:lineRule="auto"/>
        <w:ind w:firstLine="369"/>
        <w:rPr>
          <w:rFonts w:cs="Times New Roman"/>
          <w:sz w:val="24"/>
        </w:rPr>
      </w:pPr>
      <w:proofErr w:type="spellStart"/>
      <w:r w:rsidRPr="007A0413">
        <w:rPr>
          <w:rFonts w:cs="Times New Roman"/>
          <w:sz w:val="24"/>
        </w:rPr>
        <w:t>Ofertantul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completa integral </w:t>
      </w:r>
      <w:proofErr w:type="spellStart"/>
      <w:r w:rsidRPr="007A0413">
        <w:rPr>
          <w:rFonts w:cs="Times New Roman"/>
          <w:sz w:val="24"/>
        </w:rPr>
        <w:t>matricea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va</w:t>
      </w:r>
      <w:proofErr w:type="spellEnd"/>
      <w:r w:rsidRPr="007A0413">
        <w:rPr>
          <w:rFonts w:cs="Times New Roman"/>
          <w:sz w:val="24"/>
        </w:rPr>
        <w:t xml:space="preserve"> indica </w:t>
      </w:r>
      <w:proofErr w:type="spellStart"/>
      <w:r w:rsidRPr="007A0413">
        <w:rPr>
          <w:rFonts w:cs="Times New Roman"/>
          <w:sz w:val="24"/>
        </w:rPr>
        <w:t>pagina</w:t>
      </w:r>
      <w:proofErr w:type="spellEnd"/>
      <w:r w:rsidRPr="007A0413">
        <w:rPr>
          <w:rFonts w:cs="Times New Roman"/>
          <w:sz w:val="24"/>
        </w:rPr>
        <w:t>/</w:t>
      </w:r>
      <w:proofErr w:type="spellStart"/>
      <w:r w:rsidRPr="007A0413">
        <w:rPr>
          <w:rFonts w:cs="Times New Roman"/>
          <w:sz w:val="24"/>
        </w:rPr>
        <w:t>secțiunea</w:t>
      </w:r>
      <w:proofErr w:type="spellEnd"/>
      <w:r w:rsidRPr="007A0413">
        <w:rPr>
          <w:rFonts w:cs="Times New Roman"/>
          <w:sz w:val="24"/>
        </w:rPr>
        <w:t xml:space="preserve"> din </w:t>
      </w:r>
      <w:proofErr w:type="spellStart"/>
      <w:r w:rsidRPr="007A0413">
        <w:rPr>
          <w:rFonts w:cs="Times New Roman"/>
          <w:sz w:val="24"/>
        </w:rPr>
        <w:t>propunerea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tehnică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documentul</w:t>
      </w:r>
      <w:proofErr w:type="spellEnd"/>
      <w:r w:rsidRPr="007A0413">
        <w:rPr>
          <w:rFonts w:cs="Times New Roman"/>
          <w:sz w:val="24"/>
        </w:rPr>
        <w:t xml:space="preserve"> suport. </w:t>
      </w:r>
      <w:proofErr w:type="spellStart"/>
      <w:r w:rsidRPr="007A0413">
        <w:rPr>
          <w:rFonts w:cs="Times New Roman"/>
          <w:sz w:val="24"/>
        </w:rPr>
        <w:t>Răspunsurile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trebuie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descrie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soluția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oferită</w:t>
      </w:r>
      <w:proofErr w:type="spellEnd"/>
      <w:r w:rsidRPr="007A0413">
        <w:rPr>
          <w:rFonts w:cs="Times New Roman"/>
          <w:sz w:val="24"/>
        </w:rPr>
        <w:t xml:space="preserve">, nu </w:t>
      </w:r>
      <w:proofErr w:type="spellStart"/>
      <w:r w:rsidRPr="007A0413">
        <w:rPr>
          <w:rFonts w:cs="Times New Roman"/>
          <w:sz w:val="24"/>
        </w:rPr>
        <w:t>doar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să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reproducă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cerința</w:t>
      </w:r>
      <w:proofErr w:type="spellEnd"/>
      <w:r w:rsidRPr="007A0413">
        <w:rPr>
          <w:rFonts w:cs="Times New Roman"/>
          <w:sz w:val="24"/>
        </w:rPr>
        <w:t>.</w:t>
      </w:r>
    </w:p>
    <w:p w14:paraId="2CC629C5" w14:textId="77777777" w:rsidR="00EE76A8" w:rsidRPr="007A0413" w:rsidRDefault="00EE76A8" w:rsidP="00EE76A8">
      <w:pPr>
        <w:spacing w:line="259" w:lineRule="auto"/>
        <w:ind w:firstLine="369"/>
        <w:rPr>
          <w:rFonts w:cs="Times New Roman"/>
          <w:sz w:val="24"/>
        </w:rPr>
      </w:pPr>
    </w:p>
    <w:tbl>
      <w:tblPr>
        <w:tblW w:w="9875" w:type="dxa"/>
        <w:jc w:val="center"/>
        <w:tblBorders>
          <w:top w:val="single" w:sz="5" w:space="0" w:color="8EA9C1"/>
          <w:left w:val="single" w:sz="5" w:space="0" w:color="8EA9C1"/>
          <w:bottom w:val="single" w:sz="5" w:space="0" w:color="8EA9C1"/>
          <w:right w:val="single" w:sz="5" w:space="0" w:color="8EA9C1"/>
          <w:insideH w:val="single" w:sz="5" w:space="0" w:color="8EA9C1"/>
          <w:insideV w:val="single" w:sz="5" w:space="0" w:color="8EA9C1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1247"/>
        <w:gridCol w:w="2835"/>
        <w:gridCol w:w="1134"/>
        <w:gridCol w:w="2835"/>
        <w:gridCol w:w="1191"/>
      </w:tblGrid>
      <w:tr w:rsidR="00EE76A8" w:rsidRPr="007A0413" w14:paraId="0CDC18E5" w14:textId="77777777" w:rsidTr="007E0AAE">
        <w:trPr>
          <w:cantSplit/>
          <w:tblHeader/>
          <w:jc w:val="center"/>
        </w:trPr>
        <w:tc>
          <w:tcPr>
            <w:tcW w:w="63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93D2AEE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Nr.</w:t>
            </w:r>
          </w:p>
        </w:tc>
        <w:tc>
          <w:tcPr>
            <w:tcW w:w="124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AA4C76C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b/>
                <w:sz w:val="24"/>
              </w:rPr>
              <w:t>Referință</w:t>
            </w:r>
            <w:proofErr w:type="spellEnd"/>
          </w:p>
        </w:tc>
        <w:tc>
          <w:tcPr>
            <w:tcW w:w="283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E8367B5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b/>
                <w:sz w:val="24"/>
              </w:rPr>
              <w:t>Cerință</w:t>
            </w:r>
            <w:proofErr w:type="spellEnd"/>
          </w:p>
        </w:tc>
        <w:tc>
          <w:tcPr>
            <w:tcW w:w="113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22E4CB2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Conform (Da/Nu)</w:t>
            </w:r>
          </w:p>
        </w:tc>
        <w:tc>
          <w:tcPr>
            <w:tcW w:w="283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540F625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b/>
                <w:sz w:val="24"/>
              </w:rPr>
              <w:t>Descrierea</w:t>
            </w:r>
            <w:proofErr w:type="spellEnd"/>
            <w:r w:rsidRPr="007A0413">
              <w:rPr>
                <w:rFonts w:cs="Times New Roman"/>
                <w:b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b/>
                <w:sz w:val="24"/>
              </w:rPr>
              <w:t>soluției</w:t>
            </w:r>
            <w:proofErr w:type="spellEnd"/>
            <w:r w:rsidRPr="007A0413">
              <w:rPr>
                <w:rFonts w:cs="Times New Roman"/>
                <w:b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b/>
                <w:sz w:val="24"/>
              </w:rPr>
              <w:t>ofertate</w:t>
            </w:r>
            <w:proofErr w:type="spellEnd"/>
          </w:p>
        </w:tc>
        <w:tc>
          <w:tcPr>
            <w:tcW w:w="119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82FCD19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b/>
                <w:sz w:val="24"/>
              </w:rPr>
              <w:t>Pagina</w:t>
            </w:r>
            <w:proofErr w:type="spellEnd"/>
            <w:r w:rsidRPr="007A0413">
              <w:rPr>
                <w:rFonts w:cs="Times New Roman"/>
                <w:b/>
                <w:sz w:val="24"/>
              </w:rPr>
              <w:t xml:space="preserve"> / document suport</w:t>
            </w:r>
          </w:p>
        </w:tc>
      </w:tr>
      <w:tr w:rsidR="00EE76A8" w:rsidRPr="007A0413" w14:paraId="68C54A8D" w14:textId="77777777" w:rsidTr="007E0AAE">
        <w:trPr>
          <w:cantSplit/>
          <w:jc w:val="center"/>
        </w:trPr>
        <w:tc>
          <w:tcPr>
            <w:tcW w:w="63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2B3B060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1</w:t>
            </w:r>
          </w:p>
        </w:tc>
        <w:tc>
          <w:tcPr>
            <w:tcW w:w="124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2825300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>Cap. 4</w:t>
            </w:r>
          </w:p>
        </w:tc>
        <w:tc>
          <w:tcPr>
            <w:tcW w:w="28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CB71838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Calendar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termene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implementare</w:t>
            </w:r>
            <w:proofErr w:type="spellEnd"/>
          </w:p>
        </w:tc>
        <w:tc>
          <w:tcPr>
            <w:tcW w:w="113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728E180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28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65FDE71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119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6E560F4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</w:tr>
      <w:tr w:rsidR="00EE76A8" w:rsidRPr="007A0413" w14:paraId="1CEC9A29" w14:textId="77777777" w:rsidTr="007E0AAE">
        <w:trPr>
          <w:cantSplit/>
          <w:jc w:val="center"/>
        </w:trPr>
        <w:tc>
          <w:tcPr>
            <w:tcW w:w="63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3CA0239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2</w:t>
            </w:r>
          </w:p>
        </w:tc>
        <w:tc>
          <w:tcPr>
            <w:tcW w:w="124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7C44057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>Cap. 5</w:t>
            </w:r>
          </w:p>
        </w:tc>
        <w:tc>
          <w:tcPr>
            <w:tcW w:w="28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EE5185B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Managementul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proiectului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registrul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riscuri</w:t>
            </w:r>
            <w:proofErr w:type="spellEnd"/>
          </w:p>
        </w:tc>
        <w:tc>
          <w:tcPr>
            <w:tcW w:w="113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5E4313A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28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E415390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119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B2F9ED1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</w:tr>
      <w:tr w:rsidR="00EE76A8" w:rsidRPr="007A0413" w14:paraId="52440606" w14:textId="77777777" w:rsidTr="007E0AAE">
        <w:trPr>
          <w:cantSplit/>
          <w:jc w:val="center"/>
        </w:trPr>
        <w:tc>
          <w:tcPr>
            <w:tcW w:w="63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BE2CF77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3</w:t>
            </w:r>
          </w:p>
        </w:tc>
        <w:tc>
          <w:tcPr>
            <w:tcW w:w="124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73DE765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>Cap. 6.1</w:t>
            </w:r>
          </w:p>
        </w:tc>
        <w:tc>
          <w:tcPr>
            <w:tcW w:w="28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CE2B507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Planul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amplasament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zonarea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funcțională</w:t>
            </w:r>
            <w:proofErr w:type="spellEnd"/>
          </w:p>
        </w:tc>
        <w:tc>
          <w:tcPr>
            <w:tcW w:w="113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047B53E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28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A00F459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119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1AAD898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</w:tr>
      <w:tr w:rsidR="00EE76A8" w:rsidRPr="007A0413" w14:paraId="12344A2C" w14:textId="77777777" w:rsidTr="007E0AAE">
        <w:trPr>
          <w:cantSplit/>
          <w:jc w:val="center"/>
        </w:trPr>
        <w:tc>
          <w:tcPr>
            <w:tcW w:w="63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6A806F9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4</w:t>
            </w:r>
          </w:p>
        </w:tc>
        <w:tc>
          <w:tcPr>
            <w:tcW w:w="124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7203C6C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Cap. 6.2 / </w:t>
            </w:r>
            <w:proofErr w:type="spellStart"/>
            <w:r w:rsidRPr="007A0413">
              <w:rPr>
                <w:rFonts w:cs="Times New Roman"/>
                <w:sz w:val="24"/>
              </w:rPr>
              <w:t>Anexa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1A</w:t>
            </w:r>
          </w:p>
        </w:tc>
        <w:tc>
          <w:tcPr>
            <w:tcW w:w="28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ABADD64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Scenă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sonorizare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lumini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LED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energie</w:t>
            </w:r>
            <w:proofErr w:type="spellEnd"/>
          </w:p>
        </w:tc>
        <w:tc>
          <w:tcPr>
            <w:tcW w:w="113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DCC1D38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28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A89C9A9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119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30A037A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</w:tr>
      <w:tr w:rsidR="00EE76A8" w:rsidRPr="007A0413" w14:paraId="06D28DF8" w14:textId="77777777" w:rsidTr="007E0AAE">
        <w:trPr>
          <w:cantSplit/>
          <w:jc w:val="center"/>
        </w:trPr>
        <w:tc>
          <w:tcPr>
            <w:tcW w:w="63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B0E2E35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5</w:t>
            </w:r>
          </w:p>
        </w:tc>
        <w:tc>
          <w:tcPr>
            <w:tcW w:w="124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A0F983E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Cap. 6.2 / </w:t>
            </w:r>
            <w:proofErr w:type="spellStart"/>
            <w:r w:rsidRPr="007A0413">
              <w:rPr>
                <w:rFonts w:cs="Times New Roman"/>
                <w:sz w:val="24"/>
              </w:rPr>
              <w:t>Anexa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1A</w:t>
            </w:r>
          </w:p>
        </w:tc>
        <w:tc>
          <w:tcPr>
            <w:tcW w:w="28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3507F6D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Corturi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mobilier, </w:t>
            </w:r>
            <w:proofErr w:type="spellStart"/>
            <w:r w:rsidRPr="007A0413">
              <w:rPr>
                <w:rFonts w:cs="Times New Roman"/>
                <w:sz w:val="24"/>
              </w:rPr>
              <w:t>toalete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semnalistică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delimitări</w:t>
            </w:r>
            <w:proofErr w:type="spellEnd"/>
          </w:p>
        </w:tc>
        <w:tc>
          <w:tcPr>
            <w:tcW w:w="113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23570EE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28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73A4FE1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119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3171020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</w:tr>
      <w:tr w:rsidR="00EE76A8" w:rsidRPr="007A0413" w14:paraId="63863ECD" w14:textId="77777777" w:rsidTr="007E0AAE">
        <w:trPr>
          <w:cantSplit/>
          <w:jc w:val="center"/>
        </w:trPr>
        <w:tc>
          <w:tcPr>
            <w:tcW w:w="63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69D1D9D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6</w:t>
            </w:r>
          </w:p>
        </w:tc>
        <w:tc>
          <w:tcPr>
            <w:tcW w:w="124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485E48D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Cap. 6.3 / </w:t>
            </w:r>
            <w:proofErr w:type="spellStart"/>
            <w:r w:rsidRPr="007A0413">
              <w:rPr>
                <w:rFonts w:cs="Times New Roman"/>
                <w:sz w:val="24"/>
              </w:rPr>
              <w:t>Anexa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1B</w:t>
            </w:r>
          </w:p>
        </w:tc>
        <w:tc>
          <w:tcPr>
            <w:tcW w:w="28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F9DF13A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Zona de </w:t>
            </w:r>
            <w:proofErr w:type="spellStart"/>
            <w:r w:rsidRPr="007A0413">
              <w:rPr>
                <w:rFonts w:cs="Times New Roman"/>
                <w:sz w:val="24"/>
              </w:rPr>
              <w:t>adopții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bunăstarea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animalelor</w:t>
            </w:r>
            <w:proofErr w:type="spellEnd"/>
          </w:p>
        </w:tc>
        <w:tc>
          <w:tcPr>
            <w:tcW w:w="113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93C2F82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28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4F78EBB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119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82B631D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</w:tr>
      <w:tr w:rsidR="00EE76A8" w:rsidRPr="007A0413" w14:paraId="5CD202B1" w14:textId="77777777" w:rsidTr="007E0AAE">
        <w:trPr>
          <w:cantSplit/>
          <w:jc w:val="center"/>
        </w:trPr>
        <w:tc>
          <w:tcPr>
            <w:tcW w:w="63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0243490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7</w:t>
            </w:r>
          </w:p>
        </w:tc>
        <w:tc>
          <w:tcPr>
            <w:tcW w:w="124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80135FA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Cap. 6.4 / </w:t>
            </w:r>
            <w:proofErr w:type="spellStart"/>
            <w:r w:rsidRPr="007A0413">
              <w:rPr>
                <w:rFonts w:cs="Times New Roman"/>
                <w:sz w:val="24"/>
              </w:rPr>
              <w:t>Anexa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1C</w:t>
            </w:r>
          </w:p>
        </w:tc>
        <w:tc>
          <w:tcPr>
            <w:tcW w:w="28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180A477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Activități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educative, </w:t>
            </w:r>
            <w:proofErr w:type="spellStart"/>
            <w:r w:rsidRPr="007A0413">
              <w:rPr>
                <w:rFonts w:cs="Times New Roman"/>
                <w:sz w:val="24"/>
              </w:rPr>
              <w:t>demonstrații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concursuri</w:t>
            </w:r>
            <w:proofErr w:type="spellEnd"/>
          </w:p>
        </w:tc>
        <w:tc>
          <w:tcPr>
            <w:tcW w:w="113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F3251C2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28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87741DC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119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2269294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</w:tr>
      <w:tr w:rsidR="00EE76A8" w:rsidRPr="007A0413" w14:paraId="7BB98B17" w14:textId="77777777" w:rsidTr="007E0AAE">
        <w:trPr>
          <w:cantSplit/>
          <w:jc w:val="center"/>
        </w:trPr>
        <w:tc>
          <w:tcPr>
            <w:tcW w:w="63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FBE32B6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8</w:t>
            </w:r>
          </w:p>
        </w:tc>
        <w:tc>
          <w:tcPr>
            <w:tcW w:w="124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EAC7E55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Cap. 6.5 / </w:t>
            </w:r>
            <w:proofErr w:type="spellStart"/>
            <w:r w:rsidRPr="007A0413">
              <w:rPr>
                <w:rFonts w:cs="Times New Roman"/>
                <w:sz w:val="24"/>
              </w:rPr>
              <w:t>Anexa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1D</w:t>
            </w:r>
          </w:p>
        </w:tc>
        <w:tc>
          <w:tcPr>
            <w:tcW w:w="28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A77536C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Program artistic, MC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animație</w:t>
            </w:r>
            <w:proofErr w:type="spellEnd"/>
          </w:p>
        </w:tc>
        <w:tc>
          <w:tcPr>
            <w:tcW w:w="113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EC8608D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28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82CE70C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119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DA8B1CA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</w:tr>
      <w:tr w:rsidR="00EE76A8" w:rsidRPr="007A0413" w14:paraId="06C0F477" w14:textId="77777777" w:rsidTr="007E0AAE">
        <w:trPr>
          <w:cantSplit/>
          <w:jc w:val="center"/>
        </w:trPr>
        <w:tc>
          <w:tcPr>
            <w:tcW w:w="63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819E32D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9</w:t>
            </w:r>
          </w:p>
        </w:tc>
        <w:tc>
          <w:tcPr>
            <w:tcW w:w="124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42CE587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Cap. 6.6 / </w:t>
            </w:r>
            <w:proofErr w:type="spellStart"/>
            <w:r w:rsidRPr="007A0413">
              <w:rPr>
                <w:rFonts w:cs="Times New Roman"/>
                <w:sz w:val="24"/>
              </w:rPr>
              <w:t>Anexa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1E</w:t>
            </w:r>
          </w:p>
        </w:tc>
        <w:tc>
          <w:tcPr>
            <w:tcW w:w="28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96E3E04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Promovare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materiale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tipărituri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foto-video</w:t>
            </w:r>
          </w:p>
        </w:tc>
        <w:tc>
          <w:tcPr>
            <w:tcW w:w="113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54DEE5A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28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9BDD6CD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119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2E643B9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</w:tr>
      <w:tr w:rsidR="00EE76A8" w:rsidRPr="007A0413" w14:paraId="19A97903" w14:textId="77777777" w:rsidTr="007E0AAE">
        <w:trPr>
          <w:cantSplit/>
          <w:jc w:val="center"/>
        </w:trPr>
        <w:tc>
          <w:tcPr>
            <w:tcW w:w="63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36F2E35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10</w:t>
            </w:r>
          </w:p>
        </w:tc>
        <w:tc>
          <w:tcPr>
            <w:tcW w:w="124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B4C6AD7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Cap. 6.7 / </w:t>
            </w:r>
            <w:proofErr w:type="spellStart"/>
            <w:r w:rsidRPr="007A0413">
              <w:rPr>
                <w:rFonts w:cs="Times New Roman"/>
                <w:sz w:val="24"/>
              </w:rPr>
              <w:t>Anexa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1F</w:t>
            </w:r>
          </w:p>
        </w:tc>
        <w:tc>
          <w:tcPr>
            <w:tcW w:w="28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DAB8DCD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Pază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medical, </w:t>
            </w:r>
            <w:proofErr w:type="spellStart"/>
            <w:r w:rsidRPr="007A0413">
              <w:rPr>
                <w:rFonts w:cs="Times New Roman"/>
                <w:sz w:val="24"/>
              </w:rPr>
              <w:t>veterinar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PSI/SSM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intervenție</w:t>
            </w:r>
            <w:proofErr w:type="spellEnd"/>
          </w:p>
        </w:tc>
        <w:tc>
          <w:tcPr>
            <w:tcW w:w="113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96BC731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28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6C574D9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119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0207EB4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</w:tr>
      <w:tr w:rsidR="00EE76A8" w:rsidRPr="007A0413" w14:paraId="4DECDF75" w14:textId="77777777" w:rsidTr="007E0AAE">
        <w:trPr>
          <w:cantSplit/>
          <w:jc w:val="center"/>
        </w:trPr>
        <w:tc>
          <w:tcPr>
            <w:tcW w:w="63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59435B8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11</w:t>
            </w:r>
          </w:p>
        </w:tc>
        <w:tc>
          <w:tcPr>
            <w:tcW w:w="124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1DD8E36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>Cap. 6.8</w:t>
            </w:r>
          </w:p>
        </w:tc>
        <w:tc>
          <w:tcPr>
            <w:tcW w:w="28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BA59A90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Zona food-court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coordonarea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operatorilor</w:t>
            </w:r>
            <w:proofErr w:type="spellEnd"/>
          </w:p>
        </w:tc>
        <w:tc>
          <w:tcPr>
            <w:tcW w:w="113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B276458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28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1418299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119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93C0086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</w:tr>
      <w:tr w:rsidR="00EE76A8" w:rsidRPr="007A0413" w14:paraId="7C2C03C5" w14:textId="77777777" w:rsidTr="007E0AAE">
        <w:trPr>
          <w:cantSplit/>
          <w:jc w:val="center"/>
        </w:trPr>
        <w:tc>
          <w:tcPr>
            <w:tcW w:w="63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3456FFC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12</w:t>
            </w:r>
          </w:p>
        </w:tc>
        <w:tc>
          <w:tcPr>
            <w:tcW w:w="124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9E5E046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>Cap. 6.9</w:t>
            </w:r>
          </w:p>
        </w:tc>
        <w:tc>
          <w:tcPr>
            <w:tcW w:w="28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2D9D371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Curățenie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salubrizare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protecția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amplasamentului</w:t>
            </w:r>
            <w:proofErr w:type="spellEnd"/>
          </w:p>
        </w:tc>
        <w:tc>
          <w:tcPr>
            <w:tcW w:w="113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991731C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28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BF9E9F1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119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D908431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</w:tr>
      <w:tr w:rsidR="00EE76A8" w:rsidRPr="007A0413" w14:paraId="678322B5" w14:textId="77777777" w:rsidTr="007E0AAE">
        <w:trPr>
          <w:cantSplit/>
          <w:jc w:val="center"/>
        </w:trPr>
        <w:tc>
          <w:tcPr>
            <w:tcW w:w="63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F9990B5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lastRenderedPageBreak/>
              <w:t>13</w:t>
            </w:r>
          </w:p>
        </w:tc>
        <w:tc>
          <w:tcPr>
            <w:tcW w:w="124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1513837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>Cap. 7</w:t>
            </w:r>
          </w:p>
        </w:tc>
        <w:tc>
          <w:tcPr>
            <w:tcW w:w="28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3E63BE5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Echipa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disponibilitatea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personalului</w:t>
            </w:r>
            <w:proofErr w:type="spellEnd"/>
          </w:p>
        </w:tc>
        <w:tc>
          <w:tcPr>
            <w:tcW w:w="113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2949696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28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961C808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119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7439A4C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</w:tr>
      <w:tr w:rsidR="00EE76A8" w:rsidRPr="007A0413" w14:paraId="1F6EB9EA" w14:textId="77777777" w:rsidTr="007E0AAE">
        <w:trPr>
          <w:cantSplit/>
          <w:jc w:val="center"/>
        </w:trPr>
        <w:tc>
          <w:tcPr>
            <w:tcW w:w="63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CD77670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14</w:t>
            </w:r>
          </w:p>
        </w:tc>
        <w:tc>
          <w:tcPr>
            <w:tcW w:w="124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0E763C1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>Cap. 8</w:t>
            </w:r>
          </w:p>
        </w:tc>
        <w:tc>
          <w:tcPr>
            <w:tcW w:w="28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7EABE61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Avize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autorizații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licențe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documente</w:t>
            </w:r>
            <w:proofErr w:type="spellEnd"/>
          </w:p>
        </w:tc>
        <w:tc>
          <w:tcPr>
            <w:tcW w:w="113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3964BDA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28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7E8E85F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119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D278037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</w:tr>
      <w:tr w:rsidR="00EE76A8" w:rsidRPr="007A0413" w14:paraId="0623F6B2" w14:textId="77777777" w:rsidTr="007E0AAE">
        <w:trPr>
          <w:cantSplit/>
          <w:jc w:val="center"/>
        </w:trPr>
        <w:tc>
          <w:tcPr>
            <w:tcW w:w="63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5DF0A44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15</w:t>
            </w:r>
          </w:p>
        </w:tc>
        <w:tc>
          <w:tcPr>
            <w:tcW w:w="124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899BEC1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>Cap. 9</w:t>
            </w:r>
          </w:p>
        </w:tc>
        <w:tc>
          <w:tcPr>
            <w:tcW w:w="28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D37A2E5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Livrabile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raportare</w:t>
            </w:r>
            <w:proofErr w:type="spellEnd"/>
          </w:p>
        </w:tc>
        <w:tc>
          <w:tcPr>
            <w:tcW w:w="113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A70E82F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28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888275E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119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A5B2840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</w:tr>
      <w:tr w:rsidR="00EE76A8" w:rsidRPr="007A0413" w14:paraId="4D4C17C1" w14:textId="77777777" w:rsidTr="007E0AAE">
        <w:trPr>
          <w:cantSplit/>
          <w:jc w:val="center"/>
        </w:trPr>
        <w:tc>
          <w:tcPr>
            <w:tcW w:w="63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CBBBD2B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16</w:t>
            </w:r>
          </w:p>
        </w:tc>
        <w:tc>
          <w:tcPr>
            <w:tcW w:w="124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954DE6F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>Cap. 10</w:t>
            </w:r>
          </w:p>
        </w:tc>
        <w:tc>
          <w:tcPr>
            <w:tcW w:w="28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7E60A91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Controlul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calității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remedierea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neconformităților</w:t>
            </w:r>
            <w:proofErr w:type="spellEnd"/>
          </w:p>
        </w:tc>
        <w:tc>
          <w:tcPr>
            <w:tcW w:w="113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F2FFFAB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28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F70164B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119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A14068C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</w:tr>
      <w:tr w:rsidR="00EE76A8" w:rsidRPr="007A0413" w14:paraId="7884F4FF" w14:textId="77777777" w:rsidTr="007E0AAE">
        <w:trPr>
          <w:cantSplit/>
          <w:jc w:val="center"/>
        </w:trPr>
        <w:tc>
          <w:tcPr>
            <w:tcW w:w="63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B381A5B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17</w:t>
            </w:r>
          </w:p>
        </w:tc>
        <w:tc>
          <w:tcPr>
            <w:tcW w:w="1247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2580DB2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>Cap. 13</w:t>
            </w:r>
          </w:p>
        </w:tc>
        <w:tc>
          <w:tcPr>
            <w:tcW w:w="28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7122A38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Caracterul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complet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al </w:t>
            </w:r>
            <w:proofErr w:type="spellStart"/>
            <w:r w:rsidRPr="007A0413">
              <w:rPr>
                <w:rFonts w:cs="Times New Roman"/>
                <w:sz w:val="24"/>
              </w:rPr>
              <w:t>prețului</w:t>
            </w:r>
            <w:proofErr w:type="spellEnd"/>
          </w:p>
        </w:tc>
        <w:tc>
          <w:tcPr>
            <w:tcW w:w="113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EEAAE44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2835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C2C2D5C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119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5D50747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</w:tr>
    </w:tbl>
    <w:p w14:paraId="1FB7E269" w14:textId="77777777" w:rsidR="00EE76A8" w:rsidRPr="007A0413" w:rsidRDefault="00EE76A8" w:rsidP="00EE76A8">
      <w:pPr>
        <w:rPr>
          <w:rFonts w:cs="Times New Roman"/>
          <w:sz w:val="24"/>
        </w:rPr>
      </w:pPr>
    </w:p>
    <w:p w14:paraId="6C758EB7" w14:textId="77777777" w:rsidR="00EE76A8" w:rsidRPr="007A0413" w:rsidRDefault="00EE76A8" w:rsidP="00EE76A8">
      <w:pPr>
        <w:pStyle w:val="Titlu1"/>
        <w:pageBreakBefore/>
        <w:rPr>
          <w:rFonts w:ascii="Times New Roman" w:hAnsi="Times New Roman" w:cs="Times New Roman"/>
          <w:color w:val="auto"/>
          <w:sz w:val="24"/>
          <w:szCs w:val="24"/>
        </w:rPr>
      </w:pPr>
      <w:r w:rsidRPr="007A0413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ANEXA NR. 4 – CENTRALIZATOR ORIENTATIV AL PROPUNERII FINANCIARE</w:t>
      </w:r>
    </w:p>
    <w:p w14:paraId="74F0E1A3" w14:textId="77777777" w:rsidR="00EE76A8" w:rsidRPr="007A0413" w:rsidRDefault="00EE76A8" w:rsidP="00EE76A8">
      <w:pPr>
        <w:spacing w:line="259" w:lineRule="auto"/>
        <w:ind w:firstLine="369"/>
        <w:rPr>
          <w:rFonts w:cs="Times New Roman"/>
          <w:sz w:val="24"/>
        </w:rPr>
      </w:pPr>
      <w:proofErr w:type="spellStart"/>
      <w:r w:rsidRPr="007A0413">
        <w:rPr>
          <w:rFonts w:cs="Times New Roman"/>
          <w:sz w:val="24"/>
        </w:rPr>
        <w:t>Defalcarea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mai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jos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urmărește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comparabilitatea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ofertelor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și</w:t>
      </w:r>
      <w:proofErr w:type="spellEnd"/>
      <w:r w:rsidRPr="007A0413">
        <w:rPr>
          <w:rFonts w:cs="Times New Roman"/>
          <w:sz w:val="24"/>
        </w:rPr>
        <w:t xml:space="preserve"> nu </w:t>
      </w:r>
      <w:proofErr w:type="spellStart"/>
      <w:r w:rsidRPr="007A0413">
        <w:rPr>
          <w:rFonts w:cs="Times New Roman"/>
          <w:sz w:val="24"/>
        </w:rPr>
        <w:t>limitează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obligația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prestatorului</w:t>
      </w:r>
      <w:proofErr w:type="spellEnd"/>
      <w:r w:rsidRPr="007A0413">
        <w:rPr>
          <w:rFonts w:cs="Times New Roman"/>
          <w:sz w:val="24"/>
        </w:rPr>
        <w:t xml:space="preserve"> de </w:t>
      </w:r>
      <w:proofErr w:type="spellStart"/>
      <w:r w:rsidRPr="007A0413">
        <w:rPr>
          <w:rFonts w:cs="Times New Roman"/>
          <w:sz w:val="24"/>
        </w:rPr>
        <w:t>a</w:t>
      </w:r>
      <w:proofErr w:type="spellEnd"/>
      <w:r w:rsidRPr="007A0413">
        <w:rPr>
          <w:rFonts w:cs="Times New Roman"/>
          <w:sz w:val="24"/>
        </w:rPr>
        <w:t xml:space="preserve"> include </w:t>
      </w:r>
      <w:proofErr w:type="spellStart"/>
      <w:r w:rsidRPr="007A0413">
        <w:rPr>
          <w:rFonts w:cs="Times New Roman"/>
          <w:sz w:val="24"/>
        </w:rPr>
        <w:t>toate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costurile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necesare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executării</w:t>
      </w:r>
      <w:proofErr w:type="spellEnd"/>
      <w:r w:rsidRPr="007A0413">
        <w:rPr>
          <w:rFonts w:cs="Times New Roman"/>
          <w:sz w:val="24"/>
        </w:rPr>
        <w:t xml:space="preserve"> </w:t>
      </w:r>
      <w:proofErr w:type="spellStart"/>
      <w:r w:rsidRPr="007A0413">
        <w:rPr>
          <w:rFonts w:cs="Times New Roman"/>
          <w:sz w:val="24"/>
        </w:rPr>
        <w:t>integrale</w:t>
      </w:r>
      <w:proofErr w:type="spellEnd"/>
      <w:r w:rsidRPr="007A0413">
        <w:rPr>
          <w:rFonts w:cs="Times New Roman"/>
          <w:sz w:val="24"/>
        </w:rPr>
        <w:t xml:space="preserve"> a </w:t>
      </w:r>
      <w:proofErr w:type="spellStart"/>
      <w:r w:rsidRPr="007A0413">
        <w:rPr>
          <w:rFonts w:cs="Times New Roman"/>
          <w:sz w:val="24"/>
        </w:rPr>
        <w:t>contractului</w:t>
      </w:r>
      <w:proofErr w:type="spellEnd"/>
      <w:r w:rsidRPr="007A0413">
        <w:rPr>
          <w:rFonts w:cs="Times New Roman"/>
          <w:sz w:val="24"/>
        </w:rPr>
        <w:t>.</w:t>
      </w:r>
    </w:p>
    <w:tbl>
      <w:tblPr>
        <w:tblW w:w="9725" w:type="dxa"/>
        <w:jc w:val="center"/>
        <w:tblBorders>
          <w:top w:val="single" w:sz="5" w:space="0" w:color="8EA9C1"/>
          <w:left w:val="single" w:sz="5" w:space="0" w:color="8EA9C1"/>
          <w:bottom w:val="single" w:sz="5" w:space="0" w:color="8EA9C1"/>
          <w:right w:val="single" w:sz="5" w:space="0" w:color="8EA9C1"/>
          <w:insideH w:val="single" w:sz="5" w:space="0" w:color="8EA9C1"/>
          <w:insideV w:val="single" w:sz="5" w:space="0" w:color="8EA9C1"/>
        </w:tblBorders>
        <w:tblLayout w:type="fixed"/>
        <w:tblLook w:val="04A0" w:firstRow="1" w:lastRow="0" w:firstColumn="1" w:lastColumn="0" w:noHBand="0" w:noVBand="1"/>
      </w:tblPr>
      <w:tblGrid>
        <w:gridCol w:w="654"/>
        <w:gridCol w:w="5386"/>
        <w:gridCol w:w="1701"/>
        <w:gridCol w:w="1984"/>
      </w:tblGrid>
      <w:tr w:rsidR="00EE76A8" w:rsidRPr="007A0413" w14:paraId="38CAB238" w14:textId="77777777" w:rsidTr="007E0AAE">
        <w:trPr>
          <w:cantSplit/>
          <w:tblHeader/>
          <w:jc w:val="center"/>
        </w:trPr>
        <w:tc>
          <w:tcPr>
            <w:tcW w:w="65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80D1E6D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Nr.</w:t>
            </w:r>
          </w:p>
        </w:tc>
        <w:tc>
          <w:tcPr>
            <w:tcW w:w="538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A553150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b/>
                <w:sz w:val="24"/>
              </w:rPr>
              <w:t>Categorie</w:t>
            </w:r>
            <w:proofErr w:type="spellEnd"/>
            <w:r w:rsidRPr="007A0413">
              <w:rPr>
                <w:rFonts w:cs="Times New Roman"/>
                <w:b/>
                <w:sz w:val="24"/>
              </w:rPr>
              <w:t xml:space="preserve"> de cost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1518B41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b/>
                <w:sz w:val="24"/>
              </w:rPr>
              <w:t>Valoare</w:t>
            </w:r>
            <w:proofErr w:type="spellEnd"/>
            <w:r w:rsidRPr="007A0413">
              <w:rPr>
                <w:rFonts w:cs="Times New Roman"/>
                <w:b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b/>
                <w:sz w:val="24"/>
              </w:rPr>
              <w:t>fără</w:t>
            </w:r>
            <w:proofErr w:type="spellEnd"/>
            <w:r w:rsidRPr="007A0413">
              <w:rPr>
                <w:rFonts w:cs="Times New Roman"/>
                <w:b/>
                <w:sz w:val="24"/>
              </w:rPr>
              <w:t xml:space="preserve"> TVA (lei)</w:t>
            </w:r>
          </w:p>
        </w:tc>
        <w:tc>
          <w:tcPr>
            <w:tcW w:w="19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057F124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b/>
                <w:sz w:val="24"/>
              </w:rPr>
              <w:t>Observații</w:t>
            </w:r>
            <w:proofErr w:type="spellEnd"/>
            <w:r w:rsidRPr="007A0413">
              <w:rPr>
                <w:rFonts w:cs="Times New Roman"/>
                <w:b/>
                <w:sz w:val="24"/>
              </w:rPr>
              <w:t xml:space="preserve"> / </w:t>
            </w:r>
            <w:proofErr w:type="spellStart"/>
            <w:r w:rsidRPr="007A0413">
              <w:rPr>
                <w:rFonts w:cs="Times New Roman"/>
                <w:b/>
                <w:sz w:val="24"/>
              </w:rPr>
              <w:t>elemente</w:t>
            </w:r>
            <w:proofErr w:type="spellEnd"/>
            <w:r w:rsidRPr="007A0413">
              <w:rPr>
                <w:rFonts w:cs="Times New Roman"/>
                <w:b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b/>
                <w:sz w:val="24"/>
              </w:rPr>
              <w:t>incluse</w:t>
            </w:r>
            <w:proofErr w:type="spellEnd"/>
          </w:p>
        </w:tc>
      </w:tr>
      <w:tr w:rsidR="00EE76A8" w:rsidRPr="007A0413" w14:paraId="5DA8F7E5" w14:textId="77777777" w:rsidTr="007E0AAE">
        <w:trPr>
          <w:cantSplit/>
          <w:jc w:val="center"/>
        </w:trPr>
        <w:tc>
          <w:tcPr>
            <w:tcW w:w="6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323DFE7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1</w:t>
            </w:r>
          </w:p>
        </w:tc>
        <w:tc>
          <w:tcPr>
            <w:tcW w:w="5386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2518313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Management de </w:t>
            </w:r>
            <w:proofErr w:type="spellStart"/>
            <w:r w:rsidRPr="007A0413">
              <w:rPr>
                <w:rFonts w:cs="Times New Roman"/>
                <w:sz w:val="24"/>
              </w:rPr>
              <w:t>proiect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coordonare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personal </w:t>
            </w:r>
            <w:proofErr w:type="spellStart"/>
            <w:r w:rsidRPr="007A0413">
              <w:rPr>
                <w:rFonts w:cs="Times New Roman"/>
                <w:sz w:val="24"/>
              </w:rPr>
              <w:t>operațional</w:t>
            </w:r>
            <w:proofErr w:type="spellEnd"/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C1E47CB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198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0B5130F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</w:tr>
      <w:tr w:rsidR="00EE76A8" w:rsidRPr="007A0413" w14:paraId="7E964C10" w14:textId="77777777" w:rsidTr="007E0AAE">
        <w:trPr>
          <w:cantSplit/>
          <w:jc w:val="center"/>
        </w:trPr>
        <w:tc>
          <w:tcPr>
            <w:tcW w:w="6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63AF70A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2</w:t>
            </w:r>
          </w:p>
        </w:tc>
        <w:tc>
          <w:tcPr>
            <w:tcW w:w="5386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F241539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Amenajare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logistică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: </w:t>
            </w:r>
            <w:proofErr w:type="spellStart"/>
            <w:r w:rsidRPr="007A0413">
              <w:rPr>
                <w:rFonts w:cs="Times New Roman"/>
                <w:sz w:val="24"/>
              </w:rPr>
              <w:t>corturi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standuri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mobilier, </w:t>
            </w:r>
            <w:proofErr w:type="spellStart"/>
            <w:r w:rsidRPr="007A0413">
              <w:rPr>
                <w:rFonts w:cs="Times New Roman"/>
                <w:sz w:val="24"/>
              </w:rPr>
              <w:t>garduri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toalete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semnalistică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apă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zone </w:t>
            </w:r>
            <w:proofErr w:type="spellStart"/>
            <w:r w:rsidRPr="007A0413">
              <w:rPr>
                <w:rFonts w:cs="Times New Roman"/>
                <w:sz w:val="24"/>
              </w:rPr>
              <w:t>funcționale</w:t>
            </w:r>
            <w:proofErr w:type="spellEnd"/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64EF655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198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E4D17C9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</w:tr>
      <w:tr w:rsidR="00EE76A8" w:rsidRPr="007A0413" w14:paraId="6CB299CF" w14:textId="77777777" w:rsidTr="007E0AAE">
        <w:trPr>
          <w:cantSplit/>
          <w:jc w:val="center"/>
        </w:trPr>
        <w:tc>
          <w:tcPr>
            <w:tcW w:w="6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6F0FE0B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3</w:t>
            </w:r>
          </w:p>
        </w:tc>
        <w:tc>
          <w:tcPr>
            <w:tcW w:w="5386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64ECC21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Scenă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sonorizare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lumini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LED, </w:t>
            </w:r>
            <w:proofErr w:type="spellStart"/>
            <w:r w:rsidRPr="007A0413">
              <w:rPr>
                <w:rFonts w:cs="Times New Roman"/>
                <w:sz w:val="24"/>
              </w:rPr>
              <w:t>energie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structuri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personal </w:t>
            </w:r>
            <w:proofErr w:type="spellStart"/>
            <w:r w:rsidRPr="007A0413">
              <w:rPr>
                <w:rFonts w:cs="Times New Roman"/>
                <w:sz w:val="24"/>
              </w:rPr>
              <w:t>tehnic</w:t>
            </w:r>
            <w:proofErr w:type="spellEnd"/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7F9E98D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198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9819EB7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</w:tr>
      <w:tr w:rsidR="00EE76A8" w:rsidRPr="007A0413" w14:paraId="4FAF773B" w14:textId="77777777" w:rsidTr="007E0AAE">
        <w:trPr>
          <w:cantSplit/>
          <w:jc w:val="center"/>
        </w:trPr>
        <w:tc>
          <w:tcPr>
            <w:tcW w:w="6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AC39768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4</w:t>
            </w:r>
          </w:p>
        </w:tc>
        <w:tc>
          <w:tcPr>
            <w:tcW w:w="5386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C943856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Program artistic, </w:t>
            </w:r>
            <w:proofErr w:type="spellStart"/>
            <w:r w:rsidRPr="007A0413">
              <w:rPr>
                <w:rFonts w:cs="Times New Roman"/>
                <w:sz w:val="24"/>
              </w:rPr>
              <w:t>prezentator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animație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activități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pentru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copii</w:t>
            </w:r>
            <w:proofErr w:type="spellEnd"/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D4226FD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198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DDE9965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</w:tr>
      <w:tr w:rsidR="00EE76A8" w:rsidRPr="007A0413" w14:paraId="3FFFD3C0" w14:textId="77777777" w:rsidTr="007E0AAE">
        <w:trPr>
          <w:cantSplit/>
          <w:jc w:val="center"/>
        </w:trPr>
        <w:tc>
          <w:tcPr>
            <w:tcW w:w="6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97DED79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5</w:t>
            </w:r>
          </w:p>
        </w:tc>
        <w:tc>
          <w:tcPr>
            <w:tcW w:w="5386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F0C0909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Activități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educative, </w:t>
            </w:r>
            <w:proofErr w:type="spellStart"/>
            <w:r w:rsidRPr="007A0413">
              <w:rPr>
                <w:rFonts w:cs="Times New Roman"/>
                <w:sz w:val="24"/>
              </w:rPr>
              <w:t>demonstrații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concursuri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diplome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premii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simbolice</w:t>
            </w:r>
            <w:proofErr w:type="spellEnd"/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BC35C16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198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0B08C35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</w:tr>
      <w:tr w:rsidR="00EE76A8" w:rsidRPr="007A0413" w14:paraId="1AC3E1D5" w14:textId="77777777" w:rsidTr="007E0AAE">
        <w:trPr>
          <w:cantSplit/>
          <w:jc w:val="center"/>
        </w:trPr>
        <w:tc>
          <w:tcPr>
            <w:tcW w:w="6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46B4863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6</w:t>
            </w:r>
          </w:p>
        </w:tc>
        <w:tc>
          <w:tcPr>
            <w:tcW w:w="5386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2C4DD6D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Promovare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identitate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vizuală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radio/TV, digital, </w:t>
            </w:r>
            <w:proofErr w:type="spellStart"/>
            <w:r w:rsidRPr="007A0413">
              <w:rPr>
                <w:rFonts w:cs="Times New Roman"/>
                <w:sz w:val="24"/>
              </w:rPr>
              <w:t>tipărituri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bannere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tricouri</w:t>
            </w:r>
            <w:proofErr w:type="spellEnd"/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56F61CF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198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D08196A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</w:tr>
      <w:tr w:rsidR="00EE76A8" w:rsidRPr="007A0413" w14:paraId="0DC19FD2" w14:textId="77777777" w:rsidTr="007E0AAE">
        <w:trPr>
          <w:cantSplit/>
          <w:jc w:val="center"/>
        </w:trPr>
        <w:tc>
          <w:tcPr>
            <w:tcW w:w="6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7BB788D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7</w:t>
            </w:r>
          </w:p>
        </w:tc>
        <w:tc>
          <w:tcPr>
            <w:tcW w:w="5386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E0CA0B3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Servicii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foto-video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materiale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finale</w:t>
            </w:r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57DC6F2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198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5461C8A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</w:tr>
      <w:tr w:rsidR="00EE76A8" w:rsidRPr="007A0413" w14:paraId="52A420D7" w14:textId="77777777" w:rsidTr="007E0AAE">
        <w:trPr>
          <w:cantSplit/>
          <w:jc w:val="center"/>
        </w:trPr>
        <w:tc>
          <w:tcPr>
            <w:tcW w:w="6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81CEBEB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8</w:t>
            </w:r>
          </w:p>
        </w:tc>
        <w:tc>
          <w:tcPr>
            <w:tcW w:w="5386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8936BCA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Pază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servicii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medicale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servicii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veterinare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PSI/SSM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asigurări</w:t>
            </w:r>
            <w:proofErr w:type="spellEnd"/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A9B00EA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198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77F1DBA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</w:tr>
      <w:tr w:rsidR="00EE76A8" w:rsidRPr="007A0413" w14:paraId="07E1E005" w14:textId="77777777" w:rsidTr="007E0AAE">
        <w:trPr>
          <w:cantSplit/>
          <w:jc w:val="center"/>
        </w:trPr>
        <w:tc>
          <w:tcPr>
            <w:tcW w:w="6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D8CC1C0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9</w:t>
            </w:r>
          </w:p>
        </w:tc>
        <w:tc>
          <w:tcPr>
            <w:tcW w:w="5386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BF1E74D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Curățenie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salubrizare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deșeuri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ecologizare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finală</w:t>
            </w:r>
            <w:proofErr w:type="spellEnd"/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A4334E3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198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F50BFFB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</w:tr>
      <w:tr w:rsidR="00EE76A8" w:rsidRPr="007A0413" w14:paraId="3EC5DF3A" w14:textId="77777777" w:rsidTr="007E0AAE">
        <w:trPr>
          <w:cantSplit/>
          <w:jc w:val="center"/>
        </w:trPr>
        <w:tc>
          <w:tcPr>
            <w:tcW w:w="6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F5BDF94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10</w:t>
            </w:r>
          </w:p>
        </w:tc>
        <w:tc>
          <w:tcPr>
            <w:tcW w:w="5386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29D20B6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Transport, </w:t>
            </w:r>
            <w:proofErr w:type="spellStart"/>
            <w:r w:rsidRPr="007A0413">
              <w:rPr>
                <w:rFonts w:cs="Times New Roman"/>
                <w:sz w:val="24"/>
              </w:rPr>
              <w:t>montaj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demontaj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combustibil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consumabile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costuri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conexe</w:t>
            </w:r>
            <w:proofErr w:type="spellEnd"/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0FCA7FA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198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7C51510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</w:tr>
      <w:tr w:rsidR="00EE76A8" w:rsidRPr="007A0413" w14:paraId="04729C64" w14:textId="77777777" w:rsidTr="007E0AAE">
        <w:trPr>
          <w:cantSplit/>
          <w:jc w:val="center"/>
        </w:trPr>
        <w:tc>
          <w:tcPr>
            <w:tcW w:w="6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8119ACC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11</w:t>
            </w:r>
          </w:p>
        </w:tc>
        <w:tc>
          <w:tcPr>
            <w:tcW w:w="5386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66C5F12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sz w:val="24"/>
              </w:rPr>
              <w:t xml:space="preserve">Alte </w:t>
            </w:r>
            <w:proofErr w:type="spellStart"/>
            <w:r w:rsidRPr="007A0413">
              <w:rPr>
                <w:rFonts w:cs="Times New Roman"/>
                <w:sz w:val="24"/>
              </w:rPr>
              <w:t>costuri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necesare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executării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integrale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descrise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ofertant</w:t>
            </w:r>
            <w:proofErr w:type="spellEnd"/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6882302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198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FB3EC08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</w:tr>
      <w:tr w:rsidR="00EE76A8" w:rsidRPr="007A0413" w14:paraId="4B635937" w14:textId="77777777" w:rsidTr="007E0AAE">
        <w:trPr>
          <w:cantSplit/>
          <w:jc w:val="center"/>
        </w:trPr>
        <w:tc>
          <w:tcPr>
            <w:tcW w:w="6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BE6659F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5386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0D54E92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TOTAL FĂRĂ TVA</w:t>
            </w:r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233E74B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198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C3D012F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</w:tr>
      <w:tr w:rsidR="00EE76A8" w:rsidRPr="007A0413" w14:paraId="4530C947" w14:textId="77777777" w:rsidTr="007E0AAE">
        <w:trPr>
          <w:cantSplit/>
          <w:jc w:val="center"/>
        </w:trPr>
        <w:tc>
          <w:tcPr>
            <w:tcW w:w="6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D62779C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5386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5937358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TVA</w:t>
            </w:r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4BC9804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198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22088E6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</w:tr>
      <w:tr w:rsidR="00EE76A8" w:rsidRPr="007A0413" w14:paraId="3E399591" w14:textId="77777777" w:rsidTr="007E0AAE">
        <w:trPr>
          <w:cantSplit/>
          <w:jc w:val="center"/>
        </w:trPr>
        <w:tc>
          <w:tcPr>
            <w:tcW w:w="65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BA68DF1" w14:textId="77777777" w:rsidR="00EE76A8" w:rsidRPr="007A0413" w:rsidRDefault="00EE76A8" w:rsidP="007E0AAE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5386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FA05EFF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r w:rsidRPr="007A0413">
              <w:rPr>
                <w:rFonts w:cs="Times New Roman"/>
                <w:b/>
                <w:sz w:val="24"/>
              </w:rPr>
              <w:t>TOTAL CU TVA</w:t>
            </w:r>
          </w:p>
        </w:tc>
        <w:tc>
          <w:tcPr>
            <w:tcW w:w="170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6692DA3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  <w:tc>
          <w:tcPr>
            <w:tcW w:w="1984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C088742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</w:p>
        </w:tc>
      </w:tr>
    </w:tbl>
    <w:p w14:paraId="422BA40F" w14:textId="77777777" w:rsidR="00EE76A8" w:rsidRPr="007A0413" w:rsidRDefault="00EE76A8" w:rsidP="00EE76A8">
      <w:pPr>
        <w:rPr>
          <w:rFonts w:cs="Times New Roman"/>
          <w:sz w:val="24"/>
        </w:rPr>
      </w:pPr>
    </w:p>
    <w:tbl>
      <w:tblPr>
        <w:tblW w:w="9524" w:type="dxa"/>
        <w:jc w:val="center"/>
        <w:tblLayout w:type="fixed"/>
        <w:tblLook w:val="04A0" w:firstRow="1" w:lastRow="0" w:firstColumn="1" w:lastColumn="0" w:noHBand="0" w:noVBand="1"/>
      </w:tblPr>
      <w:tblGrid>
        <w:gridCol w:w="9524"/>
      </w:tblGrid>
      <w:tr w:rsidR="00EE76A8" w:rsidRPr="007A0413" w14:paraId="122DE7F0" w14:textId="77777777" w:rsidTr="007E0AAE">
        <w:trPr>
          <w:jc w:val="center"/>
        </w:trPr>
        <w:tc>
          <w:tcPr>
            <w:tcW w:w="9524" w:type="dxa"/>
            <w:tcBorders>
              <w:top w:val="single" w:sz="4" w:space="0" w:color="8EA9C1"/>
              <w:left w:val="single" w:sz="18" w:space="0" w:color="0A4F9E"/>
              <w:bottom w:val="single" w:sz="4" w:space="0" w:color="8EA9C1"/>
              <w:right w:val="single" w:sz="4" w:space="0" w:color="8EA9C1"/>
            </w:tcBorders>
            <w:tcMar>
              <w:top w:w="120" w:type="dxa"/>
              <w:left w:w="170" w:type="dxa"/>
              <w:bottom w:w="120" w:type="dxa"/>
              <w:right w:w="170" w:type="dxa"/>
            </w:tcMar>
          </w:tcPr>
          <w:p w14:paraId="1F4198C3" w14:textId="77777777" w:rsidR="00EE76A8" w:rsidRPr="007A0413" w:rsidRDefault="00EE76A8" w:rsidP="007E0AAE">
            <w:pPr>
              <w:spacing w:after="60"/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b/>
                <w:sz w:val="24"/>
              </w:rPr>
              <w:lastRenderedPageBreak/>
              <w:t>Limită</w:t>
            </w:r>
            <w:proofErr w:type="spellEnd"/>
            <w:r w:rsidRPr="007A0413">
              <w:rPr>
                <w:rFonts w:cs="Times New Roman"/>
                <w:b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b/>
                <w:sz w:val="24"/>
              </w:rPr>
              <w:t>valorică</w:t>
            </w:r>
            <w:proofErr w:type="spellEnd"/>
          </w:p>
          <w:p w14:paraId="328E24FE" w14:textId="77777777" w:rsidR="00EE76A8" w:rsidRPr="007A0413" w:rsidRDefault="00EE76A8" w:rsidP="007E0AAE">
            <w:pPr>
              <w:rPr>
                <w:rFonts w:cs="Times New Roman"/>
                <w:sz w:val="24"/>
              </w:rPr>
            </w:pPr>
            <w:proofErr w:type="spellStart"/>
            <w:r w:rsidRPr="007A0413">
              <w:rPr>
                <w:rFonts w:cs="Times New Roman"/>
                <w:sz w:val="24"/>
              </w:rPr>
              <w:t>Valoarea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totală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a </w:t>
            </w:r>
            <w:proofErr w:type="spellStart"/>
            <w:r w:rsidRPr="007A0413">
              <w:rPr>
                <w:rFonts w:cs="Times New Roman"/>
                <w:sz w:val="24"/>
              </w:rPr>
              <w:t>propunerii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financiare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nu </w:t>
            </w:r>
            <w:proofErr w:type="spellStart"/>
            <w:r w:rsidRPr="007A0413">
              <w:rPr>
                <w:rFonts w:cs="Times New Roman"/>
                <w:sz w:val="24"/>
              </w:rPr>
              <w:t>poate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depăși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valoarea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estimată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indicată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în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documentația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de </w:t>
            </w:r>
            <w:proofErr w:type="spellStart"/>
            <w:r w:rsidRPr="007A0413">
              <w:rPr>
                <w:rFonts w:cs="Times New Roman"/>
                <w:sz w:val="24"/>
              </w:rPr>
              <w:t>atribuire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. </w:t>
            </w:r>
            <w:proofErr w:type="spellStart"/>
            <w:r w:rsidRPr="007A0413">
              <w:rPr>
                <w:rFonts w:cs="Times New Roman"/>
                <w:sz w:val="24"/>
              </w:rPr>
              <w:t>Toate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costurile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necesare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îndeplinirii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cerințelor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minime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se </w:t>
            </w:r>
            <w:proofErr w:type="spellStart"/>
            <w:r w:rsidRPr="007A0413">
              <w:rPr>
                <w:rFonts w:cs="Times New Roman"/>
                <w:sz w:val="24"/>
              </w:rPr>
              <w:t>consideră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incluse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, </w:t>
            </w:r>
            <w:proofErr w:type="spellStart"/>
            <w:r w:rsidRPr="007A0413">
              <w:rPr>
                <w:rFonts w:cs="Times New Roman"/>
                <w:sz w:val="24"/>
              </w:rPr>
              <w:t>chiar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dacă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nu sunt </w:t>
            </w:r>
            <w:proofErr w:type="spellStart"/>
            <w:r w:rsidRPr="007A0413">
              <w:rPr>
                <w:rFonts w:cs="Times New Roman"/>
                <w:sz w:val="24"/>
              </w:rPr>
              <w:t>evidențiate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distinct </w:t>
            </w:r>
            <w:proofErr w:type="spellStart"/>
            <w:r w:rsidRPr="007A0413">
              <w:rPr>
                <w:rFonts w:cs="Times New Roman"/>
                <w:sz w:val="24"/>
              </w:rPr>
              <w:t>în</w:t>
            </w:r>
            <w:proofErr w:type="spellEnd"/>
            <w:r w:rsidRPr="007A0413">
              <w:rPr>
                <w:rFonts w:cs="Times New Roman"/>
                <w:sz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sz w:val="24"/>
              </w:rPr>
              <w:t>centralizator</w:t>
            </w:r>
            <w:proofErr w:type="spellEnd"/>
            <w:r w:rsidRPr="007A0413">
              <w:rPr>
                <w:rFonts w:cs="Times New Roman"/>
                <w:sz w:val="24"/>
              </w:rPr>
              <w:t>.</w:t>
            </w:r>
          </w:p>
        </w:tc>
      </w:tr>
    </w:tbl>
    <w:p w14:paraId="0627967E" w14:textId="77777777" w:rsidR="00EE76A8" w:rsidRPr="007A0413" w:rsidRDefault="00EE76A8" w:rsidP="00EE76A8">
      <w:pPr>
        <w:rPr>
          <w:rFonts w:cs="Times New Roman"/>
          <w:sz w:val="24"/>
        </w:rPr>
      </w:pPr>
    </w:p>
    <w:p w14:paraId="78EDE8FF" w14:textId="77777777" w:rsidR="00E10285" w:rsidRPr="007A0413" w:rsidRDefault="003B7C42">
      <w:pPr>
        <w:rPr>
          <w:rFonts w:cs="Times New Roman"/>
          <w:sz w:val="24"/>
          <w:szCs w:val="24"/>
        </w:rPr>
      </w:pPr>
      <w:r w:rsidRPr="007A0413">
        <w:rPr>
          <w:rFonts w:cs="Times New Roman"/>
          <w:sz w:val="24"/>
          <w:szCs w:val="24"/>
        </w:rPr>
        <w:br w:type="page"/>
      </w:r>
    </w:p>
    <w:p w14:paraId="5A1072C6" w14:textId="4B42B930" w:rsidR="00E10285" w:rsidRPr="007A0413" w:rsidRDefault="003B7C42">
      <w:pPr>
        <w:spacing w:before="160" w:after="300"/>
        <w:jc w:val="center"/>
        <w:rPr>
          <w:rFonts w:cs="Times New Roman"/>
          <w:sz w:val="24"/>
          <w:szCs w:val="24"/>
        </w:rPr>
      </w:pPr>
      <w:r w:rsidRPr="007A0413">
        <w:rPr>
          <w:rFonts w:cs="Times New Roman"/>
          <w:b/>
          <w:sz w:val="24"/>
          <w:szCs w:val="24"/>
        </w:rPr>
        <w:lastRenderedPageBreak/>
        <w:t>SECȚIUNEA III</w:t>
      </w:r>
      <w:r w:rsidRPr="007A0413">
        <w:rPr>
          <w:rFonts w:cs="Times New Roman"/>
          <w:b/>
          <w:sz w:val="24"/>
          <w:szCs w:val="24"/>
        </w:rPr>
        <w:br/>
      </w:r>
      <w:r w:rsidR="00B06084" w:rsidRPr="007A0413">
        <w:rPr>
          <w:rFonts w:cs="Times New Roman"/>
          <w:b/>
          <w:sz w:val="24"/>
          <w:szCs w:val="24"/>
        </w:rPr>
        <w:t>DRAFT</w:t>
      </w:r>
      <w:r w:rsidRPr="007A0413">
        <w:rPr>
          <w:rFonts w:cs="Times New Roman"/>
          <w:b/>
          <w:sz w:val="24"/>
          <w:szCs w:val="24"/>
        </w:rPr>
        <w:t xml:space="preserve"> DE CONTRACT DE SERVICII</w:t>
      </w:r>
    </w:p>
    <w:p w14:paraId="441004C0" w14:textId="77777777" w:rsidR="00E10285" w:rsidRPr="007A0413" w:rsidRDefault="003B7C42">
      <w:pPr>
        <w:jc w:val="center"/>
        <w:rPr>
          <w:rFonts w:cs="Times New Roman"/>
          <w:sz w:val="24"/>
          <w:szCs w:val="24"/>
        </w:rPr>
      </w:pPr>
      <w:r w:rsidRPr="007A0413">
        <w:rPr>
          <w:rFonts w:cs="Times New Roman"/>
          <w:sz w:val="24"/>
          <w:szCs w:val="24"/>
        </w:rPr>
        <w:t xml:space="preserve">Nr. </w:t>
      </w:r>
      <w:proofErr w:type="gramStart"/>
      <w:r w:rsidRPr="007A0413">
        <w:rPr>
          <w:rFonts w:cs="Times New Roman"/>
          <w:sz w:val="24"/>
          <w:szCs w:val="24"/>
        </w:rPr>
        <w:t xml:space="preserve">____________ / </w:t>
      </w:r>
      <w:proofErr w:type="gramEnd"/>
      <w:r w:rsidRPr="007A0413">
        <w:rPr>
          <w:rFonts w:cs="Times New Roman"/>
          <w:sz w:val="24"/>
          <w:szCs w:val="24"/>
        </w:rPr>
        <w:t>______________</w:t>
      </w:r>
    </w:p>
    <w:p w14:paraId="35930607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temeiul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Legii</w:t>
      </w:r>
      <w:proofErr w:type="spellEnd"/>
      <w:r w:rsidRPr="007A0413">
        <w:rPr>
          <w:rFonts w:cs="Times New Roman"/>
          <w:sz w:val="24"/>
          <w:szCs w:val="24"/>
        </w:rPr>
        <w:t xml:space="preserve"> nr. 98/2016 </w:t>
      </w:r>
      <w:proofErr w:type="spellStart"/>
      <w:r w:rsidRPr="007A0413">
        <w:rPr>
          <w:rFonts w:cs="Times New Roman"/>
          <w:sz w:val="24"/>
          <w:szCs w:val="24"/>
        </w:rPr>
        <w:t>privind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achizițiile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publice</w:t>
      </w:r>
      <w:proofErr w:type="spellEnd"/>
      <w:r w:rsidRPr="007A0413">
        <w:rPr>
          <w:rFonts w:cs="Times New Roman"/>
          <w:sz w:val="24"/>
          <w:szCs w:val="24"/>
        </w:rPr>
        <w:t xml:space="preserve">, al HG nr. 395/2016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ca </w:t>
      </w:r>
      <w:proofErr w:type="spellStart"/>
      <w:r w:rsidRPr="007A0413">
        <w:rPr>
          <w:rFonts w:cs="Times New Roman"/>
          <w:sz w:val="24"/>
          <w:szCs w:val="24"/>
        </w:rPr>
        <w:t>urmare</w:t>
      </w:r>
      <w:proofErr w:type="spellEnd"/>
      <w:r w:rsidRPr="007A0413">
        <w:rPr>
          <w:rFonts w:cs="Times New Roman"/>
          <w:sz w:val="24"/>
          <w:szCs w:val="24"/>
        </w:rPr>
        <w:t xml:space="preserve"> a </w:t>
      </w:r>
      <w:proofErr w:type="spellStart"/>
      <w:r w:rsidRPr="007A0413">
        <w:rPr>
          <w:rFonts w:cs="Times New Roman"/>
          <w:sz w:val="24"/>
          <w:szCs w:val="24"/>
        </w:rPr>
        <w:t>finalizării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procedurii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proprii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pentru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servicii</w:t>
      </w:r>
      <w:proofErr w:type="spellEnd"/>
      <w:r w:rsidRPr="007A0413">
        <w:rPr>
          <w:rFonts w:cs="Times New Roman"/>
          <w:sz w:val="24"/>
          <w:szCs w:val="24"/>
        </w:rPr>
        <w:t xml:space="preserve"> din </w:t>
      </w:r>
      <w:proofErr w:type="spellStart"/>
      <w:r w:rsidRPr="007A0413">
        <w:rPr>
          <w:rFonts w:cs="Times New Roman"/>
          <w:sz w:val="24"/>
          <w:szCs w:val="24"/>
        </w:rPr>
        <w:t>Anexa</w:t>
      </w:r>
      <w:proofErr w:type="spellEnd"/>
      <w:r w:rsidRPr="007A0413">
        <w:rPr>
          <w:rFonts w:cs="Times New Roman"/>
          <w:sz w:val="24"/>
          <w:szCs w:val="24"/>
        </w:rPr>
        <w:t xml:space="preserve"> nr. 2, se </w:t>
      </w:r>
      <w:proofErr w:type="spellStart"/>
      <w:r w:rsidRPr="007A0413">
        <w:rPr>
          <w:rFonts w:cs="Times New Roman"/>
          <w:sz w:val="24"/>
          <w:szCs w:val="24"/>
        </w:rPr>
        <w:t>încheie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prezentul</w:t>
      </w:r>
      <w:proofErr w:type="spellEnd"/>
      <w:r w:rsidRPr="007A0413">
        <w:rPr>
          <w:rFonts w:cs="Times New Roman"/>
          <w:sz w:val="24"/>
          <w:szCs w:val="24"/>
        </w:rPr>
        <w:t xml:space="preserve"> contract de </w:t>
      </w:r>
      <w:proofErr w:type="spellStart"/>
      <w:r w:rsidRPr="007A0413">
        <w:rPr>
          <w:rFonts w:cs="Times New Roman"/>
          <w:sz w:val="24"/>
          <w:szCs w:val="24"/>
        </w:rPr>
        <w:t>prestări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servicii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între</w:t>
      </w:r>
      <w:proofErr w:type="spellEnd"/>
      <w:r w:rsidRPr="007A0413">
        <w:rPr>
          <w:rFonts w:cs="Times New Roman"/>
          <w:sz w:val="24"/>
          <w:szCs w:val="24"/>
        </w:rPr>
        <w:t>:</w:t>
      </w:r>
    </w:p>
    <w:p w14:paraId="645B10EF" w14:textId="77777777" w:rsidR="00C304C2" w:rsidRPr="007A0413" w:rsidRDefault="00C304C2">
      <w:pPr>
        <w:jc w:val="both"/>
        <w:rPr>
          <w:rFonts w:cs="Times New Roman"/>
          <w:sz w:val="24"/>
          <w:szCs w:val="24"/>
        </w:rPr>
      </w:pPr>
    </w:p>
    <w:p w14:paraId="14A58B3A" w14:textId="77777777" w:rsidR="00C304C2" w:rsidRPr="007A0413" w:rsidRDefault="00C304C2" w:rsidP="00C304C2">
      <w:pPr>
        <w:jc w:val="both"/>
        <w:rPr>
          <w:rFonts w:cs="Times New Roman"/>
          <w:sz w:val="24"/>
          <w:szCs w:val="24"/>
        </w:rPr>
      </w:pPr>
      <w:r w:rsidRPr="007A0413">
        <w:rPr>
          <w:rFonts w:cs="Times New Roman"/>
          <w:sz w:val="24"/>
          <w:szCs w:val="24"/>
        </w:rPr>
        <w:t xml:space="preserve">SECTORUL 2 al </w:t>
      </w:r>
      <w:proofErr w:type="spellStart"/>
      <w:r w:rsidRPr="007A0413">
        <w:rPr>
          <w:rFonts w:cs="Times New Roman"/>
          <w:sz w:val="24"/>
          <w:szCs w:val="24"/>
        </w:rPr>
        <w:t>Municipiului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Bucureşti</w:t>
      </w:r>
      <w:proofErr w:type="spellEnd"/>
      <w:r w:rsidRPr="007A0413">
        <w:rPr>
          <w:rFonts w:cs="Times New Roman"/>
          <w:sz w:val="24"/>
          <w:szCs w:val="24"/>
        </w:rPr>
        <w:t xml:space="preserve">, cu </w:t>
      </w:r>
      <w:proofErr w:type="spellStart"/>
      <w:r w:rsidRPr="007A0413">
        <w:rPr>
          <w:rFonts w:cs="Times New Roman"/>
          <w:sz w:val="24"/>
          <w:szCs w:val="24"/>
        </w:rPr>
        <w:t>sediul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Mun. </w:t>
      </w:r>
      <w:proofErr w:type="spellStart"/>
      <w:r w:rsidRPr="007A0413">
        <w:rPr>
          <w:rFonts w:cs="Times New Roman"/>
          <w:sz w:val="24"/>
          <w:szCs w:val="24"/>
        </w:rPr>
        <w:t>București</w:t>
      </w:r>
      <w:proofErr w:type="spellEnd"/>
      <w:r w:rsidRPr="007A0413">
        <w:rPr>
          <w:rFonts w:cs="Times New Roman"/>
          <w:sz w:val="24"/>
          <w:szCs w:val="24"/>
        </w:rPr>
        <w:t xml:space="preserve">, str. </w:t>
      </w:r>
      <w:proofErr w:type="spellStart"/>
      <w:r w:rsidRPr="007A0413">
        <w:rPr>
          <w:rFonts w:cs="Times New Roman"/>
          <w:sz w:val="24"/>
          <w:szCs w:val="24"/>
        </w:rPr>
        <w:t>Chiristigiilor</w:t>
      </w:r>
      <w:proofErr w:type="spellEnd"/>
      <w:r w:rsidRPr="007A0413">
        <w:rPr>
          <w:rFonts w:cs="Times New Roman"/>
          <w:sz w:val="24"/>
          <w:szCs w:val="24"/>
        </w:rPr>
        <w:t xml:space="preserve"> nr. 11-13, sector 2, </w:t>
      </w:r>
      <w:proofErr w:type="spellStart"/>
      <w:r w:rsidRPr="007A0413">
        <w:rPr>
          <w:rFonts w:cs="Times New Roman"/>
          <w:sz w:val="24"/>
          <w:szCs w:val="24"/>
        </w:rPr>
        <w:t>Telefon</w:t>
      </w:r>
      <w:proofErr w:type="spellEnd"/>
      <w:r w:rsidRPr="007A0413">
        <w:rPr>
          <w:rFonts w:cs="Times New Roman"/>
          <w:sz w:val="24"/>
          <w:szCs w:val="24"/>
        </w:rPr>
        <w:t xml:space="preserve">/Fax: 021.209.60.00/021.252.44.46, E-mail: infopublice@ps2.ro, Cod de </w:t>
      </w:r>
      <w:proofErr w:type="spellStart"/>
      <w:r w:rsidRPr="007A0413">
        <w:rPr>
          <w:rFonts w:cs="Times New Roman"/>
          <w:sz w:val="24"/>
          <w:szCs w:val="24"/>
        </w:rPr>
        <w:t>Înregistrare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Fiscală</w:t>
      </w:r>
      <w:proofErr w:type="spellEnd"/>
      <w:r w:rsidRPr="007A0413">
        <w:rPr>
          <w:rFonts w:cs="Times New Roman"/>
          <w:sz w:val="24"/>
          <w:szCs w:val="24"/>
        </w:rPr>
        <w:t xml:space="preserve">: 4204038, </w:t>
      </w:r>
      <w:proofErr w:type="spellStart"/>
      <w:r w:rsidRPr="007A0413">
        <w:rPr>
          <w:rFonts w:cs="Times New Roman"/>
          <w:sz w:val="24"/>
          <w:szCs w:val="24"/>
        </w:rPr>
        <w:t>Număr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Cont</w:t>
      </w:r>
      <w:proofErr w:type="spellEnd"/>
      <w:r w:rsidRPr="007A0413">
        <w:rPr>
          <w:rFonts w:cs="Times New Roman"/>
          <w:sz w:val="24"/>
          <w:szCs w:val="24"/>
        </w:rPr>
        <w:t xml:space="preserve">: R037TREZ7025006XXX000197, </w:t>
      </w:r>
      <w:proofErr w:type="spellStart"/>
      <w:r w:rsidRPr="007A0413">
        <w:rPr>
          <w:rFonts w:cs="Times New Roman"/>
          <w:sz w:val="24"/>
          <w:szCs w:val="24"/>
        </w:rPr>
        <w:t>deschis</w:t>
      </w:r>
      <w:proofErr w:type="spellEnd"/>
      <w:r w:rsidRPr="007A0413">
        <w:rPr>
          <w:rFonts w:cs="Times New Roman"/>
          <w:sz w:val="24"/>
          <w:szCs w:val="24"/>
        </w:rPr>
        <w:t xml:space="preserve"> la </w:t>
      </w:r>
      <w:proofErr w:type="spellStart"/>
      <w:r w:rsidRPr="007A0413">
        <w:rPr>
          <w:rFonts w:cs="Times New Roman"/>
          <w:sz w:val="24"/>
          <w:szCs w:val="24"/>
        </w:rPr>
        <w:t>Trezoreria</w:t>
      </w:r>
      <w:proofErr w:type="spellEnd"/>
      <w:r w:rsidRPr="007A0413">
        <w:rPr>
          <w:rFonts w:cs="Times New Roman"/>
          <w:sz w:val="24"/>
          <w:szCs w:val="24"/>
        </w:rPr>
        <w:t xml:space="preserve"> Sector 2, </w:t>
      </w:r>
      <w:proofErr w:type="spellStart"/>
      <w:r w:rsidRPr="007A0413">
        <w:rPr>
          <w:rFonts w:cs="Times New Roman"/>
          <w:sz w:val="24"/>
          <w:szCs w:val="24"/>
        </w:rPr>
        <w:t>reprezentată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prin</w:t>
      </w:r>
      <w:proofErr w:type="spellEnd"/>
      <w:r w:rsidRPr="007A0413">
        <w:rPr>
          <w:rFonts w:cs="Times New Roman"/>
          <w:sz w:val="24"/>
          <w:szCs w:val="24"/>
        </w:rPr>
        <w:t xml:space="preserve"> Primar - Rareș HOPINCĂ,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calitate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Autoritate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Contractantă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denumită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continuare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Beneficiar</w:t>
      </w:r>
      <w:proofErr w:type="spellEnd"/>
      <w:r w:rsidRPr="007A0413">
        <w:rPr>
          <w:rFonts w:cs="Times New Roman"/>
          <w:sz w:val="24"/>
          <w:szCs w:val="24"/>
        </w:rPr>
        <w:t xml:space="preserve">, pe de o </w:t>
      </w:r>
      <w:proofErr w:type="spellStart"/>
      <w:r w:rsidRPr="007A0413">
        <w:rPr>
          <w:rFonts w:cs="Times New Roman"/>
          <w:sz w:val="24"/>
          <w:szCs w:val="24"/>
        </w:rPr>
        <w:t>parte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</w:p>
    <w:p w14:paraId="2DDAE0DA" w14:textId="77777777" w:rsidR="00C304C2" w:rsidRPr="007A0413" w:rsidRDefault="00C304C2" w:rsidP="00C304C2">
      <w:pPr>
        <w:jc w:val="both"/>
        <w:rPr>
          <w:rFonts w:cs="Times New Roman"/>
          <w:sz w:val="24"/>
          <w:szCs w:val="24"/>
        </w:rPr>
      </w:pPr>
    </w:p>
    <w:p w14:paraId="40F0C830" w14:textId="77777777" w:rsidR="00C304C2" w:rsidRPr="007A0413" w:rsidRDefault="00C304C2" w:rsidP="00C304C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şi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</w:p>
    <w:p w14:paraId="703CADBB" w14:textId="77777777" w:rsidR="00C304C2" w:rsidRPr="007A0413" w:rsidRDefault="00C304C2" w:rsidP="00C304C2">
      <w:pPr>
        <w:jc w:val="both"/>
        <w:rPr>
          <w:rFonts w:cs="Times New Roman"/>
          <w:sz w:val="24"/>
          <w:szCs w:val="24"/>
        </w:rPr>
      </w:pPr>
    </w:p>
    <w:p w14:paraId="62E1C608" w14:textId="77777777" w:rsidR="00E10285" w:rsidRPr="007A0413" w:rsidRDefault="00C304C2" w:rsidP="00C304C2">
      <w:pPr>
        <w:jc w:val="both"/>
        <w:rPr>
          <w:rFonts w:cs="Times New Roman"/>
          <w:sz w:val="24"/>
          <w:szCs w:val="24"/>
        </w:rPr>
      </w:pPr>
      <w:r w:rsidRPr="007A0413">
        <w:rPr>
          <w:rFonts w:cs="Times New Roman"/>
          <w:sz w:val="24"/>
          <w:szCs w:val="24"/>
        </w:rPr>
        <w:t xml:space="preserve"> .........................................................., cu </w:t>
      </w:r>
      <w:proofErr w:type="spellStart"/>
      <w:r w:rsidRPr="007A0413">
        <w:rPr>
          <w:rFonts w:cs="Times New Roman"/>
          <w:sz w:val="24"/>
          <w:szCs w:val="24"/>
        </w:rPr>
        <w:t>sediul</w:t>
      </w:r>
      <w:proofErr w:type="spellEnd"/>
      <w:r w:rsidRPr="007A0413">
        <w:rPr>
          <w:rFonts w:cs="Times New Roman"/>
          <w:sz w:val="24"/>
          <w:szCs w:val="24"/>
        </w:rPr>
        <w:t xml:space="preserve"> în .............................................., </w:t>
      </w:r>
      <w:proofErr w:type="spellStart"/>
      <w:r w:rsidRPr="007A0413">
        <w:rPr>
          <w:rFonts w:cs="Times New Roman"/>
          <w:sz w:val="24"/>
          <w:szCs w:val="24"/>
        </w:rPr>
        <w:t>telefon</w:t>
      </w:r>
      <w:proofErr w:type="spellEnd"/>
      <w:r w:rsidRPr="007A0413">
        <w:rPr>
          <w:rFonts w:cs="Times New Roman"/>
          <w:sz w:val="24"/>
          <w:szCs w:val="24"/>
        </w:rPr>
        <w:t xml:space="preserve">............................, </w:t>
      </w:r>
      <w:proofErr w:type="spellStart"/>
      <w:r w:rsidRPr="007A0413">
        <w:rPr>
          <w:rFonts w:cs="Times New Roman"/>
          <w:sz w:val="24"/>
          <w:szCs w:val="24"/>
        </w:rPr>
        <w:t>înmatriculată</w:t>
      </w:r>
      <w:proofErr w:type="spellEnd"/>
      <w:r w:rsidRPr="007A0413">
        <w:rPr>
          <w:rFonts w:cs="Times New Roman"/>
          <w:sz w:val="24"/>
          <w:szCs w:val="24"/>
        </w:rPr>
        <w:t xml:space="preserve"> la Registrul Comerţului cu nr. ............................cod fiscal .............................. </w:t>
      </w:r>
      <w:proofErr w:type="spellStart"/>
      <w:r w:rsidRPr="007A0413">
        <w:rPr>
          <w:rFonts w:cs="Times New Roman"/>
          <w:sz w:val="24"/>
          <w:szCs w:val="24"/>
        </w:rPr>
        <w:t>cont</w:t>
      </w:r>
      <w:proofErr w:type="spellEnd"/>
      <w:r w:rsidRPr="007A0413">
        <w:rPr>
          <w:rFonts w:cs="Times New Roman"/>
          <w:sz w:val="24"/>
          <w:szCs w:val="24"/>
        </w:rPr>
        <w:t xml:space="preserve"> …………………………., </w:t>
      </w:r>
      <w:proofErr w:type="spellStart"/>
      <w:r w:rsidRPr="007A0413">
        <w:rPr>
          <w:rFonts w:cs="Times New Roman"/>
          <w:sz w:val="24"/>
          <w:szCs w:val="24"/>
        </w:rPr>
        <w:t>deschis</w:t>
      </w:r>
      <w:proofErr w:type="spellEnd"/>
      <w:r w:rsidRPr="007A0413">
        <w:rPr>
          <w:rFonts w:cs="Times New Roman"/>
          <w:sz w:val="24"/>
          <w:szCs w:val="24"/>
        </w:rPr>
        <w:t xml:space="preserve"> la </w:t>
      </w:r>
      <w:proofErr w:type="spellStart"/>
      <w:r w:rsidRPr="007A0413">
        <w:rPr>
          <w:rFonts w:cs="Times New Roman"/>
          <w:sz w:val="24"/>
          <w:szCs w:val="24"/>
        </w:rPr>
        <w:t>Trezoreria</w:t>
      </w:r>
      <w:proofErr w:type="spellEnd"/>
      <w:r w:rsidRPr="007A0413">
        <w:rPr>
          <w:rFonts w:cs="Times New Roman"/>
          <w:sz w:val="24"/>
          <w:szCs w:val="24"/>
        </w:rPr>
        <w:t xml:space="preserve"> ........................, </w:t>
      </w:r>
      <w:proofErr w:type="spellStart"/>
      <w:r w:rsidRPr="007A0413">
        <w:rPr>
          <w:rFonts w:cs="Times New Roman"/>
          <w:sz w:val="24"/>
          <w:szCs w:val="24"/>
        </w:rPr>
        <w:t>reprezentată</w:t>
      </w:r>
      <w:proofErr w:type="spellEnd"/>
      <w:r w:rsidRPr="007A0413">
        <w:rPr>
          <w:rFonts w:cs="Times New Roman"/>
          <w:sz w:val="24"/>
          <w:szCs w:val="24"/>
        </w:rPr>
        <w:t xml:space="preserve"> legal de ……………………………….   </w:t>
      </w:r>
      <w:proofErr w:type="spellStart"/>
      <w:r w:rsidRPr="007A0413">
        <w:rPr>
          <w:rFonts w:cs="Times New Roman"/>
          <w:sz w:val="24"/>
          <w:szCs w:val="24"/>
        </w:rPr>
        <w:t>având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funcția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gramStart"/>
      <w:r w:rsidRPr="007A0413">
        <w:rPr>
          <w:rFonts w:cs="Times New Roman"/>
          <w:sz w:val="24"/>
          <w:szCs w:val="24"/>
        </w:rPr>
        <w:t>de  ..................</w:t>
      </w:r>
      <w:proofErr w:type="gram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calitate de </w:t>
      </w:r>
      <w:proofErr w:type="spellStart"/>
      <w:r w:rsidRPr="007A0413">
        <w:rPr>
          <w:rFonts w:cs="Times New Roman"/>
          <w:sz w:val="24"/>
          <w:szCs w:val="24"/>
        </w:rPr>
        <w:t>Prestator</w:t>
      </w:r>
      <w:proofErr w:type="spellEnd"/>
      <w:r w:rsidRPr="007A0413">
        <w:rPr>
          <w:rFonts w:cs="Times New Roman"/>
          <w:sz w:val="24"/>
          <w:szCs w:val="24"/>
        </w:rPr>
        <w:t xml:space="preserve">, pe de </w:t>
      </w:r>
      <w:proofErr w:type="spellStart"/>
      <w:r w:rsidRPr="007A0413">
        <w:rPr>
          <w:rFonts w:cs="Times New Roman"/>
          <w:sz w:val="24"/>
          <w:szCs w:val="24"/>
        </w:rPr>
        <w:t>altă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parte</w:t>
      </w:r>
      <w:proofErr w:type="spellEnd"/>
      <w:r w:rsidR="003B7C42" w:rsidRPr="007A0413">
        <w:rPr>
          <w:rFonts w:cs="Times New Roman"/>
          <w:sz w:val="24"/>
          <w:szCs w:val="24"/>
        </w:rPr>
        <w:t xml:space="preserve">, </w:t>
      </w:r>
      <w:proofErr w:type="spellStart"/>
      <w:r w:rsidR="003B7C42" w:rsidRPr="007A0413">
        <w:rPr>
          <w:rFonts w:cs="Times New Roman"/>
          <w:sz w:val="24"/>
          <w:szCs w:val="24"/>
        </w:rPr>
        <w:t>denumite</w:t>
      </w:r>
      <w:proofErr w:type="spellEnd"/>
      <w:r w:rsidR="003B7C42" w:rsidRPr="007A0413">
        <w:rPr>
          <w:rFonts w:cs="Times New Roman"/>
          <w:sz w:val="24"/>
          <w:szCs w:val="24"/>
        </w:rPr>
        <w:t xml:space="preserve"> </w:t>
      </w:r>
      <w:proofErr w:type="spellStart"/>
      <w:r w:rsidR="003B7C42" w:rsidRPr="007A0413">
        <w:rPr>
          <w:rFonts w:cs="Times New Roman"/>
          <w:sz w:val="24"/>
          <w:szCs w:val="24"/>
        </w:rPr>
        <w:t>în</w:t>
      </w:r>
      <w:proofErr w:type="spellEnd"/>
      <w:r w:rsidR="003B7C42" w:rsidRPr="007A0413">
        <w:rPr>
          <w:rFonts w:cs="Times New Roman"/>
          <w:sz w:val="24"/>
          <w:szCs w:val="24"/>
        </w:rPr>
        <w:t xml:space="preserve"> </w:t>
      </w:r>
      <w:proofErr w:type="spellStart"/>
      <w:r w:rsidR="003B7C42" w:rsidRPr="007A0413">
        <w:rPr>
          <w:rFonts w:cs="Times New Roman"/>
          <w:sz w:val="24"/>
          <w:szCs w:val="24"/>
        </w:rPr>
        <w:t>continuare</w:t>
      </w:r>
      <w:proofErr w:type="spellEnd"/>
      <w:r w:rsidR="003B7C42" w:rsidRPr="007A0413">
        <w:rPr>
          <w:rFonts w:cs="Times New Roman"/>
          <w:sz w:val="24"/>
          <w:szCs w:val="24"/>
        </w:rPr>
        <w:t xml:space="preserve"> individual „</w:t>
      </w:r>
      <w:proofErr w:type="spellStart"/>
      <w:r w:rsidR="003B7C42" w:rsidRPr="007A0413">
        <w:rPr>
          <w:rFonts w:cs="Times New Roman"/>
          <w:sz w:val="24"/>
          <w:szCs w:val="24"/>
        </w:rPr>
        <w:t>Partea</w:t>
      </w:r>
      <w:proofErr w:type="spellEnd"/>
      <w:r w:rsidR="003B7C42" w:rsidRPr="007A0413">
        <w:rPr>
          <w:rFonts w:cs="Times New Roman"/>
          <w:sz w:val="24"/>
          <w:szCs w:val="24"/>
        </w:rPr>
        <w:t xml:space="preserve">” </w:t>
      </w:r>
      <w:proofErr w:type="spellStart"/>
      <w:r w:rsidR="003B7C42" w:rsidRPr="007A0413">
        <w:rPr>
          <w:rFonts w:cs="Times New Roman"/>
          <w:sz w:val="24"/>
          <w:szCs w:val="24"/>
        </w:rPr>
        <w:t>și</w:t>
      </w:r>
      <w:proofErr w:type="spellEnd"/>
      <w:r w:rsidR="003B7C42" w:rsidRPr="007A0413">
        <w:rPr>
          <w:rFonts w:cs="Times New Roman"/>
          <w:sz w:val="24"/>
          <w:szCs w:val="24"/>
        </w:rPr>
        <w:t xml:space="preserve"> </w:t>
      </w:r>
      <w:proofErr w:type="spellStart"/>
      <w:r w:rsidR="003B7C42" w:rsidRPr="007A0413">
        <w:rPr>
          <w:rFonts w:cs="Times New Roman"/>
          <w:sz w:val="24"/>
          <w:szCs w:val="24"/>
        </w:rPr>
        <w:t>împreună</w:t>
      </w:r>
      <w:proofErr w:type="spellEnd"/>
      <w:r w:rsidR="003B7C42" w:rsidRPr="007A0413">
        <w:rPr>
          <w:rFonts w:cs="Times New Roman"/>
          <w:sz w:val="24"/>
          <w:szCs w:val="24"/>
        </w:rPr>
        <w:t xml:space="preserve"> „</w:t>
      </w:r>
      <w:proofErr w:type="spellStart"/>
      <w:r w:rsidR="003B7C42" w:rsidRPr="007A0413">
        <w:rPr>
          <w:rFonts w:cs="Times New Roman"/>
          <w:sz w:val="24"/>
          <w:szCs w:val="24"/>
        </w:rPr>
        <w:t>Părțile</w:t>
      </w:r>
      <w:proofErr w:type="spellEnd"/>
      <w:r w:rsidR="003B7C42" w:rsidRPr="007A0413">
        <w:rPr>
          <w:rFonts w:cs="Times New Roman"/>
          <w:sz w:val="24"/>
          <w:szCs w:val="24"/>
        </w:rPr>
        <w:t>”.</w:t>
      </w:r>
    </w:p>
    <w:p w14:paraId="0A771EB7" w14:textId="77777777" w:rsidR="00E10285" w:rsidRPr="007A0413" w:rsidRDefault="003B7C42">
      <w:pPr>
        <w:pStyle w:val="Titlu2"/>
        <w:rPr>
          <w:rFonts w:ascii="Times New Roman" w:hAnsi="Times New Roman" w:cs="Times New Roman"/>
          <w:szCs w:val="24"/>
        </w:rPr>
      </w:pPr>
      <w:r w:rsidRPr="007A0413">
        <w:rPr>
          <w:rFonts w:ascii="Times New Roman" w:eastAsia="Times New Roman" w:hAnsi="Times New Roman" w:cs="Times New Roman"/>
          <w:szCs w:val="24"/>
        </w:rPr>
        <w:t xml:space="preserve">Art. 1.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Definiții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interpretare</w:t>
      </w:r>
      <w:proofErr w:type="spellEnd"/>
    </w:p>
    <w:p w14:paraId="16E204FC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prezentul</w:t>
      </w:r>
      <w:proofErr w:type="spellEnd"/>
      <w:r w:rsidRPr="007A0413">
        <w:rPr>
          <w:rFonts w:cs="Times New Roman"/>
          <w:sz w:val="24"/>
          <w:szCs w:val="24"/>
        </w:rPr>
        <w:t xml:space="preserve"> contract, </w:t>
      </w:r>
      <w:proofErr w:type="spellStart"/>
      <w:r w:rsidRPr="007A0413">
        <w:rPr>
          <w:rFonts w:cs="Times New Roman"/>
          <w:sz w:val="24"/>
          <w:szCs w:val="24"/>
        </w:rPr>
        <w:t>termenii</w:t>
      </w:r>
      <w:proofErr w:type="spellEnd"/>
      <w:r w:rsidRPr="007A0413">
        <w:rPr>
          <w:rFonts w:cs="Times New Roman"/>
          <w:sz w:val="24"/>
          <w:szCs w:val="24"/>
        </w:rPr>
        <w:t xml:space="preserve"> „</w:t>
      </w:r>
      <w:proofErr w:type="spellStart"/>
      <w:r w:rsidRPr="007A0413">
        <w:rPr>
          <w:rFonts w:cs="Times New Roman"/>
          <w:sz w:val="24"/>
          <w:szCs w:val="24"/>
        </w:rPr>
        <w:t>Achizitor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Autoritate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contractantă</w:t>
      </w:r>
      <w:proofErr w:type="spellEnd"/>
      <w:r w:rsidRPr="007A0413">
        <w:rPr>
          <w:rFonts w:cs="Times New Roman"/>
          <w:sz w:val="24"/>
          <w:szCs w:val="24"/>
        </w:rPr>
        <w:t>”, „</w:t>
      </w:r>
      <w:proofErr w:type="spellStart"/>
      <w:r w:rsidRPr="007A0413">
        <w:rPr>
          <w:rFonts w:cs="Times New Roman"/>
          <w:sz w:val="24"/>
          <w:szCs w:val="24"/>
        </w:rPr>
        <w:t>Prestator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Contractant</w:t>
      </w:r>
      <w:proofErr w:type="spellEnd"/>
      <w:r w:rsidRPr="007A0413">
        <w:rPr>
          <w:rFonts w:cs="Times New Roman"/>
          <w:sz w:val="24"/>
          <w:szCs w:val="24"/>
        </w:rPr>
        <w:t>”, „</w:t>
      </w:r>
      <w:proofErr w:type="spellStart"/>
      <w:r w:rsidRPr="007A0413">
        <w:rPr>
          <w:rFonts w:cs="Times New Roman"/>
          <w:sz w:val="24"/>
          <w:szCs w:val="24"/>
        </w:rPr>
        <w:t>Caiet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sarcini</w:t>
      </w:r>
      <w:proofErr w:type="spellEnd"/>
      <w:r w:rsidRPr="007A0413">
        <w:rPr>
          <w:rFonts w:cs="Times New Roman"/>
          <w:sz w:val="24"/>
          <w:szCs w:val="24"/>
        </w:rPr>
        <w:t>”, „</w:t>
      </w:r>
      <w:proofErr w:type="spellStart"/>
      <w:r w:rsidRPr="007A0413">
        <w:rPr>
          <w:rFonts w:cs="Times New Roman"/>
          <w:sz w:val="24"/>
          <w:szCs w:val="24"/>
        </w:rPr>
        <w:t>Propunere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tehnică</w:t>
      </w:r>
      <w:proofErr w:type="spellEnd"/>
      <w:r w:rsidRPr="007A0413">
        <w:rPr>
          <w:rFonts w:cs="Times New Roman"/>
          <w:sz w:val="24"/>
          <w:szCs w:val="24"/>
        </w:rPr>
        <w:t>”, „</w:t>
      </w:r>
      <w:proofErr w:type="spellStart"/>
      <w:r w:rsidRPr="007A0413">
        <w:rPr>
          <w:rFonts w:cs="Times New Roman"/>
          <w:sz w:val="24"/>
          <w:szCs w:val="24"/>
        </w:rPr>
        <w:t>Propunere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financiară</w:t>
      </w:r>
      <w:proofErr w:type="spellEnd"/>
      <w:r w:rsidRPr="007A0413">
        <w:rPr>
          <w:rFonts w:cs="Times New Roman"/>
          <w:sz w:val="24"/>
          <w:szCs w:val="24"/>
        </w:rPr>
        <w:t>”, „</w:t>
      </w:r>
      <w:proofErr w:type="spellStart"/>
      <w:r w:rsidRPr="007A0413">
        <w:rPr>
          <w:rFonts w:cs="Times New Roman"/>
          <w:sz w:val="24"/>
          <w:szCs w:val="24"/>
        </w:rPr>
        <w:t>Livrabil</w:t>
      </w:r>
      <w:proofErr w:type="spellEnd"/>
      <w:r w:rsidRPr="007A0413">
        <w:rPr>
          <w:rFonts w:cs="Times New Roman"/>
          <w:sz w:val="24"/>
          <w:szCs w:val="24"/>
        </w:rPr>
        <w:t>”, „</w:t>
      </w:r>
      <w:proofErr w:type="spellStart"/>
      <w:r w:rsidRPr="007A0413">
        <w:rPr>
          <w:rFonts w:cs="Times New Roman"/>
          <w:sz w:val="24"/>
          <w:szCs w:val="24"/>
        </w:rPr>
        <w:t>Recepție</w:t>
      </w:r>
      <w:proofErr w:type="spellEnd"/>
      <w:r w:rsidRPr="007A0413">
        <w:rPr>
          <w:rFonts w:cs="Times New Roman"/>
          <w:sz w:val="24"/>
          <w:szCs w:val="24"/>
        </w:rPr>
        <w:t>”, „</w:t>
      </w:r>
      <w:proofErr w:type="spellStart"/>
      <w:r w:rsidRPr="007A0413">
        <w:rPr>
          <w:rFonts w:cs="Times New Roman"/>
          <w:sz w:val="24"/>
          <w:szCs w:val="24"/>
        </w:rPr>
        <w:t>Neconformitate</w:t>
      </w:r>
      <w:proofErr w:type="spellEnd"/>
      <w:r w:rsidRPr="007A0413">
        <w:rPr>
          <w:rFonts w:cs="Times New Roman"/>
          <w:sz w:val="24"/>
          <w:szCs w:val="24"/>
        </w:rPr>
        <w:t xml:space="preserve">”, „Zi”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„</w:t>
      </w:r>
      <w:proofErr w:type="spellStart"/>
      <w:r w:rsidRPr="007A0413">
        <w:rPr>
          <w:rFonts w:cs="Times New Roman"/>
          <w:sz w:val="24"/>
          <w:szCs w:val="24"/>
        </w:rPr>
        <w:t>Forță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majoră</w:t>
      </w:r>
      <w:proofErr w:type="spellEnd"/>
      <w:r w:rsidRPr="007A0413">
        <w:rPr>
          <w:rFonts w:cs="Times New Roman"/>
          <w:sz w:val="24"/>
          <w:szCs w:val="24"/>
        </w:rPr>
        <w:t xml:space="preserve">” au </w:t>
      </w:r>
      <w:proofErr w:type="spellStart"/>
      <w:r w:rsidRPr="007A0413">
        <w:rPr>
          <w:rFonts w:cs="Times New Roman"/>
          <w:sz w:val="24"/>
          <w:szCs w:val="24"/>
        </w:rPr>
        <w:t>înțelesul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rezultat</w:t>
      </w:r>
      <w:proofErr w:type="spellEnd"/>
      <w:r w:rsidRPr="007A0413">
        <w:rPr>
          <w:rFonts w:cs="Times New Roman"/>
          <w:sz w:val="24"/>
          <w:szCs w:val="24"/>
        </w:rPr>
        <w:t xml:space="preserve"> din </w:t>
      </w:r>
      <w:proofErr w:type="spellStart"/>
      <w:r w:rsidRPr="007A0413">
        <w:rPr>
          <w:rFonts w:cs="Times New Roman"/>
          <w:sz w:val="24"/>
          <w:szCs w:val="24"/>
        </w:rPr>
        <w:t>legislația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achizițiilor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publice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din </w:t>
      </w:r>
      <w:proofErr w:type="spellStart"/>
      <w:r w:rsidRPr="007A0413">
        <w:rPr>
          <w:rFonts w:cs="Times New Roman"/>
          <w:sz w:val="24"/>
          <w:szCs w:val="24"/>
        </w:rPr>
        <w:t>documentele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contractului</w:t>
      </w:r>
      <w:proofErr w:type="spellEnd"/>
      <w:r w:rsidRPr="007A0413">
        <w:rPr>
          <w:rFonts w:cs="Times New Roman"/>
          <w:sz w:val="24"/>
          <w:szCs w:val="24"/>
        </w:rPr>
        <w:t xml:space="preserve">. </w:t>
      </w:r>
      <w:proofErr w:type="spellStart"/>
      <w:r w:rsidRPr="007A0413">
        <w:rPr>
          <w:rFonts w:cs="Times New Roman"/>
          <w:sz w:val="24"/>
          <w:szCs w:val="24"/>
        </w:rPr>
        <w:t>Dacă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termenul</w:t>
      </w:r>
      <w:proofErr w:type="spellEnd"/>
      <w:r w:rsidRPr="007A0413">
        <w:rPr>
          <w:rFonts w:cs="Times New Roman"/>
          <w:sz w:val="24"/>
          <w:szCs w:val="24"/>
        </w:rPr>
        <w:t xml:space="preserve"> nu </w:t>
      </w:r>
      <w:proofErr w:type="spellStart"/>
      <w:r w:rsidRPr="007A0413">
        <w:rPr>
          <w:rFonts w:cs="Times New Roman"/>
          <w:sz w:val="24"/>
          <w:szCs w:val="24"/>
        </w:rPr>
        <w:t>este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definit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expres</w:t>
      </w:r>
      <w:proofErr w:type="spellEnd"/>
      <w:r w:rsidRPr="007A0413">
        <w:rPr>
          <w:rFonts w:cs="Times New Roman"/>
          <w:sz w:val="24"/>
          <w:szCs w:val="24"/>
        </w:rPr>
        <w:t xml:space="preserve">, se </w:t>
      </w:r>
      <w:proofErr w:type="spellStart"/>
      <w:r w:rsidRPr="007A0413">
        <w:rPr>
          <w:rFonts w:cs="Times New Roman"/>
          <w:sz w:val="24"/>
          <w:szCs w:val="24"/>
        </w:rPr>
        <w:t>interpretează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potrivit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sensului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uzual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contractele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servicii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legislației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române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77E5FB5B" w14:textId="77777777" w:rsidR="00E10285" w:rsidRPr="007A0413" w:rsidRDefault="003B7C42">
      <w:pPr>
        <w:pStyle w:val="Titlu2"/>
        <w:rPr>
          <w:rFonts w:ascii="Times New Roman" w:hAnsi="Times New Roman" w:cs="Times New Roman"/>
          <w:szCs w:val="24"/>
        </w:rPr>
      </w:pPr>
      <w:r w:rsidRPr="007A0413">
        <w:rPr>
          <w:rFonts w:ascii="Times New Roman" w:eastAsia="Times New Roman" w:hAnsi="Times New Roman" w:cs="Times New Roman"/>
          <w:szCs w:val="24"/>
        </w:rPr>
        <w:t xml:space="preserve">Art. 2.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Obiectul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contractului</w:t>
      </w:r>
      <w:proofErr w:type="spellEnd"/>
    </w:p>
    <w:p w14:paraId="4CE8BAA8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Prestatorul</w:t>
      </w:r>
      <w:proofErr w:type="spellEnd"/>
      <w:r w:rsidRPr="007A0413">
        <w:rPr>
          <w:rFonts w:cs="Times New Roman"/>
          <w:sz w:val="24"/>
          <w:szCs w:val="24"/>
        </w:rPr>
        <w:t xml:space="preserve"> se </w:t>
      </w:r>
      <w:proofErr w:type="spellStart"/>
      <w:r w:rsidRPr="007A0413">
        <w:rPr>
          <w:rFonts w:cs="Times New Roman"/>
          <w:sz w:val="24"/>
          <w:szCs w:val="24"/>
        </w:rPr>
        <w:t>obligă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presteze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servicii</w:t>
      </w:r>
      <w:proofErr w:type="spellEnd"/>
      <w:r w:rsidRPr="007A0413">
        <w:rPr>
          <w:rFonts w:cs="Times New Roman"/>
          <w:sz w:val="24"/>
          <w:szCs w:val="24"/>
        </w:rPr>
        <w:t xml:space="preserve"> integrate </w:t>
      </w:r>
      <w:proofErr w:type="spellStart"/>
      <w:r w:rsidRPr="007A0413">
        <w:rPr>
          <w:rFonts w:cs="Times New Roman"/>
          <w:sz w:val="24"/>
          <w:szCs w:val="24"/>
        </w:rPr>
        <w:t>pentru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planificarea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organizarea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producția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coordonarea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promovarea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implementarea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închiderea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evenimentului</w:t>
      </w:r>
      <w:proofErr w:type="spellEnd"/>
      <w:r w:rsidRPr="007A0413">
        <w:rPr>
          <w:rFonts w:cs="Times New Roman"/>
          <w:sz w:val="24"/>
          <w:szCs w:val="24"/>
        </w:rPr>
        <w:t xml:space="preserve"> „</w:t>
      </w:r>
      <w:proofErr w:type="spellStart"/>
      <w:r w:rsidRPr="007A0413">
        <w:rPr>
          <w:rFonts w:cs="Times New Roman"/>
          <w:sz w:val="24"/>
          <w:szCs w:val="24"/>
        </w:rPr>
        <w:t>Prietenii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Pufoși</w:t>
      </w:r>
      <w:proofErr w:type="spellEnd"/>
      <w:r w:rsidRPr="007A0413">
        <w:rPr>
          <w:rFonts w:cs="Times New Roman"/>
          <w:sz w:val="24"/>
          <w:szCs w:val="24"/>
        </w:rPr>
        <w:t xml:space="preserve"> – </w:t>
      </w:r>
      <w:proofErr w:type="spellStart"/>
      <w:r w:rsidRPr="007A0413">
        <w:rPr>
          <w:rFonts w:cs="Times New Roman"/>
          <w:sz w:val="24"/>
          <w:szCs w:val="24"/>
        </w:rPr>
        <w:t>Ediția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gramStart"/>
      <w:r w:rsidRPr="007A0413">
        <w:rPr>
          <w:rFonts w:cs="Times New Roman"/>
          <w:sz w:val="24"/>
          <w:szCs w:val="24"/>
        </w:rPr>
        <w:t>a</w:t>
      </w:r>
      <w:proofErr w:type="gramEnd"/>
      <w:r w:rsidRPr="007A0413">
        <w:rPr>
          <w:rFonts w:cs="Times New Roman"/>
          <w:sz w:val="24"/>
          <w:szCs w:val="24"/>
        </w:rPr>
        <w:t xml:space="preserve"> II-a”,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sistem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integrat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la </w:t>
      </w:r>
      <w:proofErr w:type="spellStart"/>
      <w:r w:rsidRPr="007A0413">
        <w:rPr>
          <w:rFonts w:cs="Times New Roman"/>
          <w:sz w:val="24"/>
          <w:szCs w:val="24"/>
        </w:rPr>
        <w:t>cheie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pentru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evenimentul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desfășurat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Parcul</w:t>
      </w:r>
      <w:proofErr w:type="spellEnd"/>
      <w:r w:rsidRPr="007A0413">
        <w:rPr>
          <w:rFonts w:cs="Times New Roman"/>
          <w:sz w:val="24"/>
          <w:szCs w:val="24"/>
        </w:rPr>
        <w:t xml:space="preserve"> Plumbuita, Sector 2, </w:t>
      </w:r>
      <w:proofErr w:type="spellStart"/>
      <w:r w:rsidRPr="007A0413">
        <w:rPr>
          <w:rFonts w:cs="Times New Roman"/>
          <w:sz w:val="24"/>
          <w:szCs w:val="24"/>
        </w:rPr>
        <w:t>Municipiul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București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perioada</w:t>
      </w:r>
      <w:proofErr w:type="spellEnd"/>
      <w:r w:rsidRPr="007A0413">
        <w:rPr>
          <w:rFonts w:cs="Times New Roman"/>
          <w:sz w:val="24"/>
          <w:szCs w:val="24"/>
        </w:rPr>
        <w:t xml:space="preserve"> 25–27 </w:t>
      </w:r>
      <w:proofErr w:type="spellStart"/>
      <w:r w:rsidRPr="007A0413">
        <w:rPr>
          <w:rFonts w:cs="Times New Roman"/>
          <w:sz w:val="24"/>
          <w:szCs w:val="24"/>
        </w:rPr>
        <w:t>septembrie</w:t>
      </w:r>
      <w:proofErr w:type="spellEnd"/>
      <w:r w:rsidRPr="007A0413">
        <w:rPr>
          <w:rFonts w:cs="Times New Roman"/>
          <w:sz w:val="24"/>
          <w:szCs w:val="24"/>
        </w:rPr>
        <w:t xml:space="preserve"> 2026,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condițiile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Caietului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sarcini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ofertei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tehnice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prezentului</w:t>
      </w:r>
      <w:proofErr w:type="spellEnd"/>
      <w:r w:rsidRPr="007A0413">
        <w:rPr>
          <w:rFonts w:cs="Times New Roman"/>
          <w:sz w:val="24"/>
          <w:szCs w:val="24"/>
        </w:rPr>
        <w:t xml:space="preserve"> contract.</w:t>
      </w:r>
    </w:p>
    <w:p w14:paraId="174DAEC1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Prestatorul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răspunde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pentru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realizarea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integrală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conformă</w:t>
      </w:r>
      <w:proofErr w:type="spellEnd"/>
      <w:r w:rsidRPr="007A0413">
        <w:rPr>
          <w:rFonts w:cs="Times New Roman"/>
          <w:sz w:val="24"/>
          <w:szCs w:val="24"/>
        </w:rPr>
        <w:t xml:space="preserve"> a </w:t>
      </w:r>
      <w:proofErr w:type="spellStart"/>
      <w:r w:rsidRPr="007A0413">
        <w:rPr>
          <w:rFonts w:cs="Times New Roman"/>
          <w:sz w:val="24"/>
          <w:szCs w:val="24"/>
        </w:rPr>
        <w:t>serviciilor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livrabilelor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prevăzute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documentele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contractului</w:t>
      </w:r>
      <w:proofErr w:type="spellEnd"/>
      <w:r w:rsidRPr="007A0413">
        <w:rPr>
          <w:rFonts w:cs="Times New Roman"/>
          <w:sz w:val="24"/>
          <w:szCs w:val="24"/>
        </w:rPr>
        <w:t xml:space="preserve">. </w:t>
      </w:r>
      <w:proofErr w:type="spellStart"/>
      <w:r w:rsidRPr="007A0413">
        <w:rPr>
          <w:rFonts w:cs="Times New Roman"/>
          <w:sz w:val="24"/>
          <w:szCs w:val="24"/>
        </w:rPr>
        <w:t>Numărul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efectiv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adopții</w:t>
      </w:r>
      <w:proofErr w:type="spellEnd"/>
      <w:r w:rsidRPr="007A0413">
        <w:rPr>
          <w:rFonts w:cs="Times New Roman"/>
          <w:sz w:val="24"/>
          <w:szCs w:val="24"/>
        </w:rPr>
        <w:t xml:space="preserve"> nu </w:t>
      </w:r>
      <w:proofErr w:type="spellStart"/>
      <w:r w:rsidRPr="007A0413">
        <w:rPr>
          <w:rFonts w:cs="Times New Roman"/>
          <w:sz w:val="24"/>
          <w:szCs w:val="24"/>
        </w:rPr>
        <w:t>constituie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obligație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rezultat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întrucât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acesta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depinde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decizia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persoanelor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interesate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îndeplinirea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condițiilor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legale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adopție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1A35CEEC" w14:textId="77777777" w:rsidR="00E10285" w:rsidRPr="007A0413" w:rsidRDefault="003B7C42">
      <w:pPr>
        <w:pStyle w:val="Titlu2"/>
        <w:rPr>
          <w:rFonts w:ascii="Times New Roman" w:hAnsi="Times New Roman" w:cs="Times New Roman"/>
          <w:szCs w:val="24"/>
        </w:rPr>
      </w:pPr>
      <w:r w:rsidRPr="007A0413">
        <w:rPr>
          <w:rFonts w:ascii="Times New Roman" w:eastAsia="Times New Roman" w:hAnsi="Times New Roman" w:cs="Times New Roman"/>
          <w:szCs w:val="24"/>
        </w:rPr>
        <w:t xml:space="preserve">Art. 3.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Documentele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contractului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ordinea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de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prioritate</w:t>
      </w:r>
      <w:proofErr w:type="spellEnd"/>
    </w:p>
    <w:p w14:paraId="1D4FFF0A" w14:textId="77777777" w:rsidR="00E10285" w:rsidRPr="007A0413" w:rsidRDefault="003B7C42">
      <w:pPr>
        <w:pStyle w:val="Listcumarcatori"/>
        <w:spacing w:after="50"/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prezentul</w:t>
      </w:r>
      <w:proofErr w:type="spellEnd"/>
      <w:r w:rsidRPr="007A0413">
        <w:rPr>
          <w:rFonts w:cs="Times New Roman"/>
          <w:sz w:val="24"/>
          <w:szCs w:val="24"/>
        </w:rPr>
        <w:t xml:space="preserve"> contract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actele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adiționale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dacă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există</w:t>
      </w:r>
      <w:proofErr w:type="spellEnd"/>
      <w:r w:rsidRPr="007A0413">
        <w:rPr>
          <w:rFonts w:cs="Times New Roman"/>
          <w:sz w:val="24"/>
          <w:szCs w:val="24"/>
        </w:rPr>
        <w:t>;</w:t>
      </w:r>
    </w:p>
    <w:p w14:paraId="20F7EB2A" w14:textId="77777777" w:rsidR="00E10285" w:rsidRPr="007A0413" w:rsidRDefault="003B7C42">
      <w:pPr>
        <w:pStyle w:val="Listcumarcatori"/>
        <w:spacing w:after="50"/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documentația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atribuire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clarificările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răspunsurile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oficiale</w:t>
      </w:r>
      <w:proofErr w:type="spellEnd"/>
      <w:r w:rsidRPr="007A0413">
        <w:rPr>
          <w:rFonts w:cs="Times New Roman"/>
          <w:sz w:val="24"/>
          <w:szCs w:val="24"/>
        </w:rPr>
        <w:t>;</w:t>
      </w:r>
    </w:p>
    <w:p w14:paraId="62057D80" w14:textId="77777777" w:rsidR="00E10285" w:rsidRPr="007A0413" w:rsidRDefault="003B7C42">
      <w:pPr>
        <w:pStyle w:val="Listcumarcatori"/>
        <w:spacing w:after="50"/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Caietul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sarcini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anexele</w:t>
      </w:r>
      <w:proofErr w:type="spellEnd"/>
      <w:r w:rsidRPr="007A0413">
        <w:rPr>
          <w:rFonts w:cs="Times New Roman"/>
          <w:sz w:val="24"/>
          <w:szCs w:val="24"/>
        </w:rPr>
        <w:t xml:space="preserve"> sale;</w:t>
      </w:r>
    </w:p>
    <w:p w14:paraId="07AC9023" w14:textId="77777777" w:rsidR="00E10285" w:rsidRPr="007A0413" w:rsidRDefault="003B7C42">
      <w:pPr>
        <w:pStyle w:val="Listcumarcatori"/>
        <w:spacing w:after="50"/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propunerea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tehnică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clarificările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acceptate</w:t>
      </w:r>
      <w:proofErr w:type="spellEnd"/>
      <w:r w:rsidRPr="007A0413">
        <w:rPr>
          <w:rFonts w:cs="Times New Roman"/>
          <w:sz w:val="24"/>
          <w:szCs w:val="24"/>
        </w:rPr>
        <w:t>;</w:t>
      </w:r>
    </w:p>
    <w:p w14:paraId="02225321" w14:textId="77777777" w:rsidR="00E10285" w:rsidRPr="007A0413" w:rsidRDefault="003B7C42">
      <w:pPr>
        <w:pStyle w:val="Listcumarcatori"/>
        <w:spacing w:after="50"/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lastRenderedPageBreak/>
        <w:t>propunerea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financiară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centralizatorul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financiar</w:t>
      </w:r>
      <w:proofErr w:type="spellEnd"/>
      <w:r w:rsidRPr="007A0413">
        <w:rPr>
          <w:rFonts w:cs="Times New Roman"/>
          <w:sz w:val="24"/>
          <w:szCs w:val="24"/>
        </w:rPr>
        <w:t>;</w:t>
      </w:r>
    </w:p>
    <w:p w14:paraId="79DBC63E" w14:textId="77777777" w:rsidR="00E10285" w:rsidRPr="007A0413" w:rsidRDefault="003B7C42">
      <w:pPr>
        <w:pStyle w:val="Listcumarcatori"/>
        <w:spacing w:after="50"/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garanția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bună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execuție</w:t>
      </w:r>
      <w:proofErr w:type="spellEnd"/>
      <w:r w:rsidRPr="007A0413">
        <w:rPr>
          <w:rFonts w:cs="Times New Roman"/>
          <w:sz w:val="24"/>
          <w:szCs w:val="24"/>
        </w:rPr>
        <w:t>;</w:t>
      </w:r>
    </w:p>
    <w:p w14:paraId="7F512DA3" w14:textId="77777777" w:rsidR="00E10285" w:rsidRPr="007A0413" w:rsidRDefault="003B7C42">
      <w:pPr>
        <w:pStyle w:val="Listcumarcatori"/>
        <w:spacing w:after="50"/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acordurile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asociere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subcontractare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angajamentele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terților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după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caz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6850B362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cazul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unei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contradicții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documentul</w:t>
      </w:r>
      <w:proofErr w:type="spellEnd"/>
      <w:r w:rsidRPr="007A0413">
        <w:rPr>
          <w:rFonts w:cs="Times New Roman"/>
          <w:sz w:val="24"/>
          <w:szCs w:val="24"/>
        </w:rPr>
        <w:t xml:space="preserve"> cu </w:t>
      </w:r>
      <w:proofErr w:type="spellStart"/>
      <w:r w:rsidRPr="007A0413">
        <w:rPr>
          <w:rFonts w:cs="Times New Roman"/>
          <w:sz w:val="24"/>
          <w:szCs w:val="24"/>
        </w:rPr>
        <w:t>prioritate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superioară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prevalează</w:t>
      </w:r>
      <w:proofErr w:type="spellEnd"/>
      <w:r w:rsidRPr="007A0413">
        <w:rPr>
          <w:rFonts w:cs="Times New Roman"/>
          <w:sz w:val="24"/>
          <w:szCs w:val="24"/>
        </w:rPr>
        <w:t xml:space="preserve">, cu </w:t>
      </w:r>
      <w:proofErr w:type="spellStart"/>
      <w:r w:rsidRPr="007A0413">
        <w:rPr>
          <w:rFonts w:cs="Times New Roman"/>
          <w:sz w:val="24"/>
          <w:szCs w:val="24"/>
        </w:rPr>
        <w:t>respectarea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caracterului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obligatoriu</w:t>
      </w:r>
      <w:proofErr w:type="spellEnd"/>
      <w:r w:rsidRPr="007A0413">
        <w:rPr>
          <w:rFonts w:cs="Times New Roman"/>
          <w:sz w:val="24"/>
          <w:szCs w:val="24"/>
        </w:rPr>
        <w:t xml:space="preserve"> al </w:t>
      </w:r>
      <w:proofErr w:type="spellStart"/>
      <w:r w:rsidRPr="007A0413">
        <w:rPr>
          <w:rFonts w:cs="Times New Roman"/>
          <w:sz w:val="24"/>
          <w:szCs w:val="24"/>
        </w:rPr>
        <w:t>cerințelor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legale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fără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diminuarea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obligațiilor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asumate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Prestator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7AFEA977" w14:textId="77777777" w:rsidR="00E10285" w:rsidRPr="007A0413" w:rsidRDefault="003B7C42">
      <w:pPr>
        <w:pStyle w:val="Titlu2"/>
        <w:rPr>
          <w:rFonts w:ascii="Times New Roman" w:hAnsi="Times New Roman" w:cs="Times New Roman"/>
          <w:szCs w:val="24"/>
        </w:rPr>
      </w:pPr>
      <w:r w:rsidRPr="007A0413">
        <w:rPr>
          <w:rFonts w:ascii="Times New Roman" w:eastAsia="Times New Roman" w:hAnsi="Times New Roman" w:cs="Times New Roman"/>
          <w:szCs w:val="24"/>
        </w:rPr>
        <w:t xml:space="preserve">Art. 4.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Prețul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contractului</w:t>
      </w:r>
      <w:proofErr w:type="spellEnd"/>
    </w:p>
    <w:p w14:paraId="16B82588" w14:textId="77777777" w:rsidR="00E10285" w:rsidRPr="007A0413" w:rsidRDefault="003B7C42">
      <w:pPr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Prețul</w:t>
      </w:r>
      <w:proofErr w:type="spellEnd"/>
      <w:r w:rsidRPr="007A0413">
        <w:rPr>
          <w:rFonts w:cs="Times New Roman"/>
          <w:sz w:val="24"/>
          <w:szCs w:val="24"/>
        </w:rPr>
        <w:t xml:space="preserve"> total al </w:t>
      </w:r>
      <w:proofErr w:type="spellStart"/>
      <w:r w:rsidRPr="007A0413">
        <w:rPr>
          <w:rFonts w:cs="Times New Roman"/>
          <w:sz w:val="24"/>
          <w:szCs w:val="24"/>
        </w:rPr>
        <w:t>contractului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este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r w:rsidRPr="007A0413">
        <w:rPr>
          <w:rFonts w:cs="Times New Roman"/>
          <w:b/>
          <w:sz w:val="24"/>
          <w:szCs w:val="24"/>
        </w:rPr>
        <w:t xml:space="preserve">[__________ lei </w:t>
      </w:r>
      <w:proofErr w:type="spellStart"/>
      <w:r w:rsidRPr="007A0413">
        <w:rPr>
          <w:rFonts w:cs="Times New Roman"/>
          <w:b/>
          <w:sz w:val="24"/>
          <w:szCs w:val="24"/>
        </w:rPr>
        <w:t>fără</w:t>
      </w:r>
      <w:proofErr w:type="spellEnd"/>
      <w:r w:rsidRPr="007A0413">
        <w:rPr>
          <w:rFonts w:cs="Times New Roman"/>
          <w:b/>
          <w:sz w:val="24"/>
          <w:szCs w:val="24"/>
        </w:rPr>
        <w:t xml:space="preserve"> TVA]</w:t>
      </w:r>
      <w:r w:rsidRPr="007A0413">
        <w:rPr>
          <w:rFonts w:cs="Times New Roman"/>
          <w:sz w:val="24"/>
          <w:szCs w:val="24"/>
        </w:rPr>
        <w:t xml:space="preserve">, la care se </w:t>
      </w:r>
      <w:proofErr w:type="spellStart"/>
      <w:r w:rsidRPr="007A0413">
        <w:rPr>
          <w:rFonts w:cs="Times New Roman"/>
          <w:sz w:val="24"/>
          <w:szCs w:val="24"/>
        </w:rPr>
        <w:t>adaugă</w:t>
      </w:r>
      <w:proofErr w:type="spellEnd"/>
      <w:r w:rsidRPr="007A0413">
        <w:rPr>
          <w:rFonts w:cs="Times New Roman"/>
          <w:sz w:val="24"/>
          <w:szCs w:val="24"/>
        </w:rPr>
        <w:t xml:space="preserve"> TVA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cuantumul</w:t>
      </w:r>
      <w:proofErr w:type="spellEnd"/>
      <w:r w:rsidRPr="007A0413">
        <w:rPr>
          <w:rFonts w:cs="Times New Roman"/>
          <w:sz w:val="24"/>
          <w:szCs w:val="24"/>
        </w:rPr>
        <w:t xml:space="preserve"> legal </w:t>
      </w:r>
      <w:proofErr w:type="spellStart"/>
      <w:r w:rsidRPr="007A0413">
        <w:rPr>
          <w:rFonts w:cs="Times New Roman"/>
          <w:sz w:val="24"/>
          <w:szCs w:val="24"/>
        </w:rPr>
        <w:t>aplicabil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rezultând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valoarea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totală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r w:rsidRPr="007A0413">
        <w:rPr>
          <w:rFonts w:cs="Times New Roman"/>
          <w:b/>
          <w:sz w:val="24"/>
          <w:szCs w:val="24"/>
        </w:rPr>
        <w:t>[__________ lei cu TVA]</w:t>
      </w:r>
    </w:p>
    <w:p w14:paraId="31848A14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Prețul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este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ferm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include </w:t>
      </w:r>
      <w:proofErr w:type="spellStart"/>
      <w:r w:rsidRPr="007A0413">
        <w:rPr>
          <w:rFonts w:cs="Times New Roman"/>
          <w:sz w:val="24"/>
          <w:szCs w:val="24"/>
        </w:rPr>
        <w:t>toate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costurile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directe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indirecte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necesare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executării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integrale</w:t>
      </w:r>
      <w:proofErr w:type="spellEnd"/>
      <w:r w:rsidRPr="007A0413">
        <w:rPr>
          <w:rFonts w:cs="Times New Roman"/>
          <w:sz w:val="24"/>
          <w:szCs w:val="24"/>
        </w:rPr>
        <w:t xml:space="preserve">: personal, </w:t>
      </w:r>
      <w:proofErr w:type="spellStart"/>
      <w:r w:rsidRPr="007A0413">
        <w:rPr>
          <w:rFonts w:cs="Times New Roman"/>
          <w:sz w:val="24"/>
          <w:szCs w:val="24"/>
        </w:rPr>
        <w:t>onorarii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artiști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invitați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producție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echipamente</w:t>
      </w:r>
      <w:proofErr w:type="spellEnd"/>
      <w:r w:rsidRPr="007A0413">
        <w:rPr>
          <w:rFonts w:cs="Times New Roman"/>
          <w:sz w:val="24"/>
          <w:szCs w:val="24"/>
        </w:rPr>
        <w:t xml:space="preserve">, transport, </w:t>
      </w:r>
      <w:proofErr w:type="spellStart"/>
      <w:r w:rsidRPr="007A0413">
        <w:rPr>
          <w:rFonts w:cs="Times New Roman"/>
          <w:sz w:val="24"/>
          <w:szCs w:val="24"/>
        </w:rPr>
        <w:t>montaj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demontaj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combustibil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consumabile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avize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taxe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revin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Prestatorului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licențe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drepturi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autor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conexe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asigurări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pază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servicii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medicale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veterinare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promovare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tipărituri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salubrizare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cazare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masă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diurne</w:t>
      </w:r>
      <w:proofErr w:type="spellEnd"/>
      <w:r w:rsidRPr="007A0413">
        <w:rPr>
          <w:rFonts w:cs="Times New Roman"/>
          <w:sz w:val="24"/>
          <w:szCs w:val="24"/>
        </w:rPr>
        <w:t xml:space="preserve">, profit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orice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alte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cheltuieli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aferente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44B1F988" w14:textId="77777777" w:rsidR="00E10285" w:rsidRPr="007A0413" w:rsidRDefault="003B7C42">
      <w:pPr>
        <w:pStyle w:val="Titlu2"/>
        <w:rPr>
          <w:rFonts w:ascii="Times New Roman" w:hAnsi="Times New Roman" w:cs="Times New Roman"/>
          <w:szCs w:val="24"/>
        </w:rPr>
      </w:pPr>
      <w:r w:rsidRPr="007A0413">
        <w:rPr>
          <w:rFonts w:ascii="Times New Roman" w:eastAsia="Times New Roman" w:hAnsi="Times New Roman" w:cs="Times New Roman"/>
          <w:szCs w:val="24"/>
        </w:rPr>
        <w:t xml:space="preserve">Art. 5.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Durata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intrarea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în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vigoare</w:t>
      </w:r>
      <w:proofErr w:type="spellEnd"/>
    </w:p>
    <w:p w14:paraId="7ABEAF31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Contractul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intră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vigoare</w:t>
      </w:r>
      <w:proofErr w:type="spellEnd"/>
      <w:r w:rsidRPr="007A0413">
        <w:rPr>
          <w:rFonts w:cs="Times New Roman"/>
          <w:sz w:val="24"/>
          <w:szCs w:val="24"/>
        </w:rPr>
        <w:t xml:space="preserve"> la data </w:t>
      </w:r>
      <w:proofErr w:type="spellStart"/>
      <w:r w:rsidRPr="007A0413">
        <w:rPr>
          <w:rFonts w:cs="Times New Roman"/>
          <w:sz w:val="24"/>
          <w:szCs w:val="24"/>
        </w:rPr>
        <w:t>semnării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ambele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Părți</w:t>
      </w:r>
      <w:proofErr w:type="spellEnd"/>
      <w:r w:rsidRPr="007A0413">
        <w:rPr>
          <w:rFonts w:cs="Times New Roman"/>
          <w:sz w:val="24"/>
          <w:szCs w:val="24"/>
        </w:rPr>
        <w:t xml:space="preserve">, sub </w:t>
      </w:r>
      <w:proofErr w:type="spellStart"/>
      <w:r w:rsidRPr="007A0413">
        <w:rPr>
          <w:rFonts w:cs="Times New Roman"/>
          <w:sz w:val="24"/>
          <w:szCs w:val="24"/>
        </w:rPr>
        <w:t>condiția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îndeplinirii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cerințelor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privind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constituirea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garanției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bună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execuție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după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caz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gramStart"/>
      <w:r w:rsidRPr="007A0413">
        <w:rPr>
          <w:rFonts w:cs="Times New Roman"/>
          <w:sz w:val="24"/>
          <w:szCs w:val="24"/>
        </w:rPr>
        <w:t>a</w:t>
      </w:r>
      <w:proofErr w:type="gram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emiterii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ordinului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începere</w:t>
      </w:r>
      <w:proofErr w:type="spellEnd"/>
      <w:r w:rsidRPr="007A0413">
        <w:rPr>
          <w:rFonts w:cs="Times New Roman"/>
          <w:sz w:val="24"/>
          <w:szCs w:val="24"/>
        </w:rPr>
        <w:t xml:space="preserve">. </w:t>
      </w:r>
      <w:proofErr w:type="spellStart"/>
      <w:r w:rsidRPr="007A0413">
        <w:rPr>
          <w:rFonts w:cs="Times New Roman"/>
          <w:sz w:val="24"/>
          <w:szCs w:val="24"/>
        </w:rPr>
        <w:t>Durata</w:t>
      </w:r>
      <w:proofErr w:type="spellEnd"/>
      <w:r w:rsidRPr="007A0413">
        <w:rPr>
          <w:rFonts w:cs="Times New Roman"/>
          <w:sz w:val="24"/>
          <w:szCs w:val="24"/>
        </w:rPr>
        <w:t xml:space="preserve"> se </w:t>
      </w:r>
      <w:proofErr w:type="spellStart"/>
      <w:r w:rsidRPr="007A0413">
        <w:rPr>
          <w:rFonts w:cs="Times New Roman"/>
          <w:sz w:val="24"/>
          <w:szCs w:val="24"/>
        </w:rPr>
        <w:t>încheie</w:t>
      </w:r>
      <w:proofErr w:type="spellEnd"/>
      <w:r w:rsidRPr="007A0413">
        <w:rPr>
          <w:rFonts w:cs="Times New Roman"/>
          <w:sz w:val="24"/>
          <w:szCs w:val="24"/>
        </w:rPr>
        <w:t xml:space="preserve"> la </w:t>
      </w:r>
      <w:proofErr w:type="spellStart"/>
      <w:r w:rsidRPr="007A0413">
        <w:rPr>
          <w:rFonts w:cs="Times New Roman"/>
          <w:sz w:val="24"/>
          <w:szCs w:val="24"/>
        </w:rPr>
        <w:t>acceptarea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tuturor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livrabilelor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îndeplinirea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obligațiilor</w:t>
      </w:r>
      <w:proofErr w:type="spellEnd"/>
      <w:r w:rsidRPr="007A0413">
        <w:rPr>
          <w:rFonts w:cs="Times New Roman"/>
          <w:sz w:val="24"/>
          <w:szCs w:val="24"/>
        </w:rPr>
        <w:t xml:space="preserve"> finale, </w:t>
      </w:r>
      <w:proofErr w:type="spellStart"/>
      <w:r w:rsidRPr="007A0413">
        <w:rPr>
          <w:rFonts w:cs="Times New Roman"/>
          <w:sz w:val="24"/>
          <w:szCs w:val="24"/>
        </w:rPr>
        <w:t>inclusiv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raportul</w:t>
      </w:r>
      <w:proofErr w:type="spellEnd"/>
      <w:r w:rsidRPr="007A0413">
        <w:rPr>
          <w:rFonts w:cs="Times New Roman"/>
          <w:sz w:val="24"/>
          <w:szCs w:val="24"/>
        </w:rPr>
        <w:t xml:space="preserve"> final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arhiva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electronică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0053F460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Evenimentul</w:t>
      </w:r>
      <w:proofErr w:type="spellEnd"/>
      <w:r w:rsidRPr="007A0413">
        <w:rPr>
          <w:rFonts w:cs="Times New Roman"/>
          <w:sz w:val="24"/>
          <w:szCs w:val="24"/>
        </w:rPr>
        <w:t xml:space="preserve"> are loc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perioada</w:t>
      </w:r>
      <w:proofErr w:type="spellEnd"/>
      <w:r w:rsidRPr="007A0413">
        <w:rPr>
          <w:rFonts w:cs="Times New Roman"/>
          <w:sz w:val="24"/>
          <w:szCs w:val="24"/>
        </w:rPr>
        <w:t xml:space="preserve"> 25–27 </w:t>
      </w:r>
      <w:proofErr w:type="spellStart"/>
      <w:r w:rsidRPr="007A0413">
        <w:rPr>
          <w:rFonts w:cs="Times New Roman"/>
          <w:sz w:val="24"/>
          <w:szCs w:val="24"/>
        </w:rPr>
        <w:t>septembrie</w:t>
      </w:r>
      <w:proofErr w:type="spellEnd"/>
      <w:r w:rsidRPr="007A0413">
        <w:rPr>
          <w:rFonts w:cs="Times New Roman"/>
          <w:sz w:val="24"/>
          <w:szCs w:val="24"/>
        </w:rPr>
        <w:t xml:space="preserve"> 2026. </w:t>
      </w:r>
      <w:proofErr w:type="spellStart"/>
      <w:r w:rsidRPr="007A0413">
        <w:rPr>
          <w:rFonts w:cs="Times New Roman"/>
          <w:sz w:val="24"/>
          <w:szCs w:val="24"/>
        </w:rPr>
        <w:t>Montajul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testele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tehnice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trebuie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finalizate</w:t>
      </w:r>
      <w:proofErr w:type="spellEnd"/>
      <w:r w:rsidRPr="007A0413">
        <w:rPr>
          <w:rFonts w:cs="Times New Roman"/>
          <w:sz w:val="24"/>
          <w:szCs w:val="24"/>
        </w:rPr>
        <w:t xml:space="preserve"> cel </w:t>
      </w:r>
      <w:proofErr w:type="spellStart"/>
      <w:r w:rsidRPr="007A0413">
        <w:rPr>
          <w:rFonts w:cs="Times New Roman"/>
          <w:sz w:val="24"/>
          <w:szCs w:val="24"/>
        </w:rPr>
        <w:t>târziu</w:t>
      </w:r>
      <w:proofErr w:type="spellEnd"/>
      <w:r w:rsidRPr="007A0413">
        <w:rPr>
          <w:rFonts w:cs="Times New Roman"/>
          <w:sz w:val="24"/>
          <w:szCs w:val="24"/>
        </w:rPr>
        <w:t xml:space="preserve"> la 24 </w:t>
      </w:r>
      <w:proofErr w:type="spellStart"/>
      <w:r w:rsidRPr="007A0413">
        <w:rPr>
          <w:rFonts w:cs="Times New Roman"/>
          <w:sz w:val="24"/>
          <w:szCs w:val="24"/>
        </w:rPr>
        <w:t>septembrie</w:t>
      </w:r>
      <w:proofErr w:type="spellEnd"/>
      <w:r w:rsidRPr="007A0413">
        <w:rPr>
          <w:rFonts w:cs="Times New Roman"/>
          <w:sz w:val="24"/>
          <w:szCs w:val="24"/>
        </w:rPr>
        <w:t xml:space="preserve"> 2026, ora 20:00. </w:t>
      </w:r>
      <w:proofErr w:type="spellStart"/>
      <w:r w:rsidRPr="007A0413">
        <w:rPr>
          <w:rFonts w:cs="Times New Roman"/>
          <w:sz w:val="24"/>
          <w:szCs w:val="24"/>
        </w:rPr>
        <w:t>Demontarea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evacuarea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ecologizarea</w:t>
      </w:r>
      <w:proofErr w:type="spellEnd"/>
      <w:r w:rsidRPr="007A0413">
        <w:rPr>
          <w:rFonts w:cs="Times New Roman"/>
          <w:sz w:val="24"/>
          <w:szCs w:val="24"/>
        </w:rPr>
        <w:t xml:space="preserve"> se </w:t>
      </w:r>
      <w:proofErr w:type="spellStart"/>
      <w:r w:rsidRPr="007A0413">
        <w:rPr>
          <w:rFonts w:cs="Times New Roman"/>
          <w:sz w:val="24"/>
          <w:szCs w:val="24"/>
        </w:rPr>
        <w:t>realizează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intervalul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prevăzut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Caiet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iar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raportul</w:t>
      </w:r>
      <w:proofErr w:type="spellEnd"/>
      <w:r w:rsidRPr="007A0413">
        <w:rPr>
          <w:rFonts w:cs="Times New Roman"/>
          <w:sz w:val="24"/>
          <w:szCs w:val="24"/>
        </w:rPr>
        <w:t xml:space="preserve"> final se </w:t>
      </w:r>
      <w:proofErr w:type="spellStart"/>
      <w:r w:rsidRPr="007A0413">
        <w:rPr>
          <w:rFonts w:cs="Times New Roman"/>
          <w:sz w:val="24"/>
          <w:szCs w:val="24"/>
        </w:rPr>
        <w:t>predă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maximum 15 </w:t>
      </w:r>
      <w:proofErr w:type="spellStart"/>
      <w:r w:rsidRPr="007A0413">
        <w:rPr>
          <w:rFonts w:cs="Times New Roman"/>
          <w:sz w:val="24"/>
          <w:szCs w:val="24"/>
        </w:rPr>
        <w:t>zile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lucrătoare</w:t>
      </w:r>
      <w:proofErr w:type="spellEnd"/>
      <w:r w:rsidRPr="007A0413">
        <w:rPr>
          <w:rFonts w:cs="Times New Roman"/>
          <w:sz w:val="24"/>
          <w:szCs w:val="24"/>
        </w:rPr>
        <w:t xml:space="preserve"> de la </w:t>
      </w:r>
      <w:proofErr w:type="spellStart"/>
      <w:r w:rsidRPr="007A0413">
        <w:rPr>
          <w:rFonts w:cs="Times New Roman"/>
          <w:sz w:val="24"/>
          <w:szCs w:val="24"/>
        </w:rPr>
        <w:t>finalizarea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evenimentului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2FD2A6DF" w14:textId="77777777" w:rsidR="00E10285" w:rsidRPr="007A0413" w:rsidRDefault="003B7C42">
      <w:pPr>
        <w:pStyle w:val="Titlu2"/>
        <w:rPr>
          <w:rFonts w:ascii="Times New Roman" w:hAnsi="Times New Roman" w:cs="Times New Roman"/>
          <w:szCs w:val="24"/>
        </w:rPr>
      </w:pPr>
      <w:r w:rsidRPr="007A0413">
        <w:rPr>
          <w:rFonts w:ascii="Times New Roman" w:eastAsia="Times New Roman" w:hAnsi="Times New Roman" w:cs="Times New Roman"/>
          <w:szCs w:val="24"/>
        </w:rPr>
        <w:t xml:space="preserve">Art. 6.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Garanția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de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bună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execuție</w:t>
      </w:r>
      <w:proofErr w:type="spellEnd"/>
    </w:p>
    <w:p w14:paraId="3F5881FE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Prestatorul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constituie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garanția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bună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execuție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cuantum</w:t>
      </w:r>
      <w:proofErr w:type="spellEnd"/>
      <w:r w:rsidRPr="007A0413">
        <w:rPr>
          <w:rFonts w:cs="Times New Roman"/>
          <w:sz w:val="24"/>
          <w:szCs w:val="24"/>
        </w:rPr>
        <w:t xml:space="preserve"> de 5% din </w:t>
      </w:r>
      <w:proofErr w:type="spellStart"/>
      <w:r w:rsidRPr="007A0413">
        <w:rPr>
          <w:rFonts w:cs="Times New Roman"/>
          <w:sz w:val="24"/>
          <w:szCs w:val="24"/>
        </w:rPr>
        <w:t>prețul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contractului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fără</w:t>
      </w:r>
      <w:proofErr w:type="spellEnd"/>
      <w:r w:rsidRPr="007A0413">
        <w:rPr>
          <w:rFonts w:cs="Times New Roman"/>
          <w:sz w:val="24"/>
          <w:szCs w:val="24"/>
        </w:rPr>
        <w:t xml:space="preserve"> TVA,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termenul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prin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modalitățile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prevăzute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legislația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achizițiilor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publice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documentația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atribuire</w:t>
      </w:r>
      <w:proofErr w:type="spellEnd"/>
      <w:r w:rsidRPr="007A0413">
        <w:rPr>
          <w:rFonts w:cs="Times New Roman"/>
          <w:sz w:val="24"/>
          <w:szCs w:val="24"/>
        </w:rPr>
        <w:t xml:space="preserve">. </w:t>
      </w:r>
      <w:proofErr w:type="spellStart"/>
      <w:r w:rsidRPr="007A0413">
        <w:rPr>
          <w:rFonts w:cs="Times New Roman"/>
          <w:sz w:val="24"/>
          <w:szCs w:val="24"/>
        </w:rPr>
        <w:t>Garanția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trebuie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rămână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valabilă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până</w:t>
      </w:r>
      <w:proofErr w:type="spellEnd"/>
      <w:r w:rsidRPr="007A0413">
        <w:rPr>
          <w:rFonts w:cs="Times New Roman"/>
          <w:sz w:val="24"/>
          <w:szCs w:val="24"/>
        </w:rPr>
        <w:t xml:space="preserve"> la </w:t>
      </w:r>
      <w:proofErr w:type="spellStart"/>
      <w:r w:rsidRPr="007A0413">
        <w:rPr>
          <w:rFonts w:cs="Times New Roman"/>
          <w:sz w:val="24"/>
          <w:szCs w:val="24"/>
        </w:rPr>
        <w:t>îndeplinirea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integrală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gramStart"/>
      <w:r w:rsidRPr="007A0413">
        <w:rPr>
          <w:rFonts w:cs="Times New Roman"/>
          <w:sz w:val="24"/>
          <w:szCs w:val="24"/>
        </w:rPr>
        <w:t>a</w:t>
      </w:r>
      <w:proofErr w:type="gram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obligațiilor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garantate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se </w:t>
      </w:r>
      <w:proofErr w:type="spellStart"/>
      <w:r w:rsidRPr="007A0413">
        <w:rPr>
          <w:rFonts w:cs="Times New Roman"/>
          <w:sz w:val="24"/>
          <w:szCs w:val="24"/>
        </w:rPr>
        <w:t>restituie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condițiile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legii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417FD25A" w14:textId="77777777" w:rsidR="00E10285" w:rsidRPr="007A0413" w:rsidRDefault="003B7C42">
      <w:pPr>
        <w:pStyle w:val="Titlu2"/>
        <w:rPr>
          <w:rFonts w:ascii="Times New Roman" w:hAnsi="Times New Roman" w:cs="Times New Roman"/>
          <w:szCs w:val="24"/>
        </w:rPr>
      </w:pPr>
      <w:r w:rsidRPr="007A0413">
        <w:rPr>
          <w:rFonts w:ascii="Times New Roman" w:eastAsia="Times New Roman" w:hAnsi="Times New Roman" w:cs="Times New Roman"/>
          <w:szCs w:val="24"/>
        </w:rPr>
        <w:t xml:space="preserve">Art. 7.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Obligațiile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principale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ale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Prestatorului</w:t>
      </w:r>
      <w:proofErr w:type="spellEnd"/>
    </w:p>
    <w:p w14:paraId="5FB5A1CE" w14:textId="77777777" w:rsidR="00E10285" w:rsidRPr="007A0413" w:rsidRDefault="003B7C42">
      <w:pPr>
        <w:pStyle w:val="Listcumarcatori"/>
        <w:spacing w:after="50"/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să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asigure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serviciul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integrat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toate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resursele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umane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materiale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tehnice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logistice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artistice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coordonare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necesare</w:t>
      </w:r>
      <w:proofErr w:type="spellEnd"/>
      <w:r w:rsidRPr="007A0413">
        <w:rPr>
          <w:rFonts w:cs="Times New Roman"/>
          <w:sz w:val="24"/>
          <w:szCs w:val="24"/>
        </w:rPr>
        <w:t>;</w:t>
      </w:r>
    </w:p>
    <w:p w14:paraId="560D573E" w14:textId="77777777" w:rsidR="00E10285" w:rsidRPr="007A0413" w:rsidRDefault="003B7C42">
      <w:pPr>
        <w:pStyle w:val="Listcumarcatori"/>
        <w:spacing w:after="50"/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să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respecte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graficul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termenele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aprobările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scrise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cerințele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minime</w:t>
      </w:r>
      <w:proofErr w:type="spellEnd"/>
      <w:r w:rsidRPr="007A0413">
        <w:rPr>
          <w:rFonts w:cs="Times New Roman"/>
          <w:sz w:val="24"/>
          <w:szCs w:val="24"/>
        </w:rPr>
        <w:t xml:space="preserve"> din </w:t>
      </w:r>
      <w:proofErr w:type="spellStart"/>
      <w:r w:rsidRPr="007A0413">
        <w:rPr>
          <w:rFonts w:cs="Times New Roman"/>
          <w:sz w:val="24"/>
          <w:szCs w:val="24"/>
        </w:rPr>
        <w:t>Caietul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sarcini</w:t>
      </w:r>
      <w:proofErr w:type="spellEnd"/>
      <w:r w:rsidRPr="007A0413">
        <w:rPr>
          <w:rFonts w:cs="Times New Roman"/>
          <w:sz w:val="24"/>
          <w:szCs w:val="24"/>
        </w:rPr>
        <w:t>;</w:t>
      </w:r>
    </w:p>
    <w:p w14:paraId="58D8C595" w14:textId="77777777" w:rsidR="00E10285" w:rsidRPr="007A0413" w:rsidRDefault="003B7C42">
      <w:pPr>
        <w:pStyle w:val="Listcumarcatori"/>
        <w:spacing w:after="50"/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să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întocmească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actualizeze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planul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proiect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graficul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registrul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riscuri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planurile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răspuns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documentele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coordonare</w:t>
      </w:r>
      <w:proofErr w:type="spellEnd"/>
      <w:r w:rsidRPr="007A0413">
        <w:rPr>
          <w:rFonts w:cs="Times New Roman"/>
          <w:sz w:val="24"/>
          <w:szCs w:val="24"/>
        </w:rPr>
        <w:t>;</w:t>
      </w:r>
    </w:p>
    <w:p w14:paraId="0F20B9BA" w14:textId="77777777" w:rsidR="00E10285" w:rsidRPr="007A0413" w:rsidRDefault="003B7C42">
      <w:pPr>
        <w:pStyle w:val="Listcumarcatori"/>
        <w:spacing w:after="50"/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să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furnizeze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monteze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testeze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opereze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întrețină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demonteze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infrastructura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echipamentele</w:t>
      </w:r>
      <w:proofErr w:type="spellEnd"/>
      <w:r w:rsidRPr="007A0413">
        <w:rPr>
          <w:rFonts w:cs="Times New Roman"/>
          <w:sz w:val="24"/>
          <w:szCs w:val="24"/>
        </w:rPr>
        <w:t>;</w:t>
      </w:r>
    </w:p>
    <w:p w14:paraId="7581CAD1" w14:textId="77777777" w:rsidR="00E10285" w:rsidRPr="007A0413" w:rsidRDefault="003B7C42">
      <w:pPr>
        <w:pStyle w:val="Listcumarcatori"/>
        <w:spacing w:after="50"/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să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asigure</w:t>
      </w:r>
      <w:proofErr w:type="spellEnd"/>
      <w:r w:rsidRPr="007A0413">
        <w:rPr>
          <w:rFonts w:cs="Times New Roman"/>
          <w:sz w:val="24"/>
          <w:szCs w:val="24"/>
        </w:rPr>
        <w:t xml:space="preserve"> zona de </w:t>
      </w:r>
      <w:proofErr w:type="spellStart"/>
      <w:r w:rsidRPr="007A0413">
        <w:rPr>
          <w:rFonts w:cs="Times New Roman"/>
          <w:sz w:val="24"/>
          <w:szCs w:val="24"/>
        </w:rPr>
        <w:t>adopții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condițiile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bunăstare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animală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inclusiv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punct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veterinar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apă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umbrire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curățenie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separarea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fluxurilor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retragerea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animalelor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înaintea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momentelor</w:t>
      </w:r>
      <w:proofErr w:type="spellEnd"/>
      <w:r w:rsidRPr="007A0413">
        <w:rPr>
          <w:rFonts w:cs="Times New Roman"/>
          <w:sz w:val="24"/>
          <w:szCs w:val="24"/>
        </w:rPr>
        <w:t xml:space="preserve"> cu </w:t>
      </w:r>
      <w:proofErr w:type="spellStart"/>
      <w:r w:rsidRPr="007A0413">
        <w:rPr>
          <w:rFonts w:cs="Times New Roman"/>
          <w:sz w:val="24"/>
          <w:szCs w:val="24"/>
        </w:rPr>
        <w:t>nivel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sonor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ridicat</w:t>
      </w:r>
      <w:proofErr w:type="spellEnd"/>
      <w:r w:rsidRPr="007A0413">
        <w:rPr>
          <w:rFonts w:cs="Times New Roman"/>
          <w:sz w:val="24"/>
          <w:szCs w:val="24"/>
        </w:rPr>
        <w:t>;</w:t>
      </w:r>
    </w:p>
    <w:p w14:paraId="0F4EA140" w14:textId="77777777" w:rsidR="00E10285" w:rsidRPr="007A0413" w:rsidRDefault="003B7C42">
      <w:pPr>
        <w:pStyle w:val="Listcumarcatori"/>
        <w:spacing w:after="50"/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să</w:t>
      </w:r>
      <w:proofErr w:type="spellEnd"/>
      <w:r w:rsidRPr="007A0413">
        <w:rPr>
          <w:rFonts w:cs="Times New Roman"/>
          <w:sz w:val="24"/>
          <w:szCs w:val="24"/>
        </w:rPr>
        <w:t xml:space="preserve"> nu </w:t>
      </w:r>
      <w:proofErr w:type="spellStart"/>
      <w:r w:rsidRPr="007A0413">
        <w:rPr>
          <w:rFonts w:cs="Times New Roman"/>
          <w:sz w:val="24"/>
          <w:szCs w:val="24"/>
        </w:rPr>
        <w:t>utilizeze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efecte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pirotehnice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artificii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flacără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deschisă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ori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efecte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luminoase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stroboscopice</w:t>
      </w:r>
      <w:proofErr w:type="spellEnd"/>
      <w:r w:rsidRPr="007A0413">
        <w:rPr>
          <w:rFonts w:cs="Times New Roman"/>
          <w:sz w:val="24"/>
          <w:szCs w:val="24"/>
        </w:rPr>
        <w:t xml:space="preserve"> care pot </w:t>
      </w:r>
      <w:proofErr w:type="spellStart"/>
      <w:r w:rsidRPr="007A0413">
        <w:rPr>
          <w:rFonts w:cs="Times New Roman"/>
          <w:sz w:val="24"/>
          <w:szCs w:val="24"/>
        </w:rPr>
        <w:t>pune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pericol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sau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stresa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animalele</w:t>
      </w:r>
      <w:proofErr w:type="spellEnd"/>
      <w:r w:rsidRPr="007A0413">
        <w:rPr>
          <w:rFonts w:cs="Times New Roman"/>
          <w:sz w:val="24"/>
          <w:szCs w:val="24"/>
        </w:rPr>
        <w:t>;</w:t>
      </w:r>
    </w:p>
    <w:p w14:paraId="568CC853" w14:textId="77777777" w:rsidR="00E10285" w:rsidRPr="007A0413" w:rsidRDefault="003B7C42">
      <w:pPr>
        <w:pStyle w:val="Listcumarcatori"/>
        <w:spacing w:after="50"/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să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asigure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programul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educativ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demonstrațiile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concursurile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programul</w:t>
      </w:r>
      <w:proofErr w:type="spellEnd"/>
      <w:r w:rsidRPr="007A0413">
        <w:rPr>
          <w:rFonts w:cs="Times New Roman"/>
          <w:sz w:val="24"/>
          <w:szCs w:val="24"/>
        </w:rPr>
        <w:t xml:space="preserve"> artistic, </w:t>
      </w:r>
      <w:proofErr w:type="spellStart"/>
      <w:r w:rsidRPr="007A0413">
        <w:rPr>
          <w:rFonts w:cs="Times New Roman"/>
          <w:sz w:val="24"/>
          <w:szCs w:val="24"/>
        </w:rPr>
        <w:t>prezentatorul</w:t>
      </w:r>
      <w:proofErr w:type="spellEnd"/>
      <w:r w:rsidRPr="007A0413">
        <w:rPr>
          <w:rFonts w:cs="Times New Roman"/>
          <w:sz w:val="24"/>
          <w:szCs w:val="24"/>
        </w:rPr>
        <w:t xml:space="preserve">/MC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minimum 3 </w:t>
      </w:r>
      <w:proofErr w:type="spellStart"/>
      <w:r w:rsidRPr="007A0413">
        <w:rPr>
          <w:rFonts w:cs="Times New Roman"/>
          <w:sz w:val="24"/>
          <w:szCs w:val="24"/>
        </w:rPr>
        <w:t>concerte</w:t>
      </w:r>
      <w:proofErr w:type="spellEnd"/>
      <w:r w:rsidRPr="007A0413">
        <w:rPr>
          <w:rFonts w:cs="Times New Roman"/>
          <w:sz w:val="24"/>
          <w:szCs w:val="24"/>
        </w:rPr>
        <w:t xml:space="preserve">, conform </w:t>
      </w:r>
      <w:proofErr w:type="spellStart"/>
      <w:r w:rsidRPr="007A0413">
        <w:rPr>
          <w:rFonts w:cs="Times New Roman"/>
          <w:sz w:val="24"/>
          <w:szCs w:val="24"/>
        </w:rPr>
        <w:t>Caietului</w:t>
      </w:r>
      <w:proofErr w:type="spellEnd"/>
      <w:r w:rsidRPr="007A0413">
        <w:rPr>
          <w:rFonts w:cs="Times New Roman"/>
          <w:sz w:val="24"/>
          <w:szCs w:val="24"/>
        </w:rPr>
        <w:t>;</w:t>
      </w:r>
    </w:p>
    <w:p w14:paraId="71EDFB34" w14:textId="77777777" w:rsidR="00E10285" w:rsidRPr="007A0413" w:rsidRDefault="003B7C42">
      <w:pPr>
        <w:pStyle w:val="Listcumarcatori"/>
        <w:spacing w:after="50"/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să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realizeze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campania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promovare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materialele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tipărite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documentarea</w:t>
      </w:r>
      <w:proofErr w:type="spellEnd"/>
      <w:r w:rsidRPr="007A0413">
        <w:rPr>
          <w:rFonts w:cs="Times New Roman"/>
          <w:sz w:val="24"/>
          <w:szCs w:val="24"/>
        </w:rPr>
        <w:t xml:space="preserve"> foto-video, </w:t>
      </w:r>
      <w:proofErr w:type="spellStart"/>
      <w:r w:rsidRPr="007A0413">
        <w:rPr>
          <w:rFonts w:cs="Times New Roman"/>
          <w:sz w:val="24"/>
          <w:szCs w:val="24"/>
        </w:rPr>
        <w:t>teaserul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aftermovie</w:t>
      </w:r>
      <w:proofErr w:type="spellEnd"/>
      <w:r w:rsidRPr="007A0413">
        <w:rPr>
          <w:rFonts w:cs="Times New Roman"/>
          <w:sz w:val="24"/>
          <w:szCs w:val="24"/>
        </w:rPr>
        <w:t xml:space="preserve">-ul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arhiva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editabilă</w:t>
      </w:r>
      <w:proofErr w:type="spellEnd"/>
      <w:r w:rsidRPr="007A0413">
        <w:rPr>
          <w:rFonts w:cs="Times New Roman"/>
          <w:sz w:val="24"/>
          <w:szCs w:val="24"/>
        </w:rPr>
        <w:t>;</w:t>
      </w:r>
    </w:p>
    <w:p w14:paraId="51CAFF0A" w14:textId="77777777" w:rsidR="00E10285" w:rsidRPr="007A0413" w:rsidRDefault="003B7C42">
      <w:pPr>
        <w:pStyle w:val="Listcumarcatori"/>
        <w:spacing w:after="50"/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lastRenderedPageBreak/>
        <w:t>să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asigure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paza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securitatea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asistența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medicală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ambulanța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punctul</w:t>
      </w:r>
      <w:proofErr w:type="spellEnd"/>
      <w:r w:rsidRPr="007A0413">
        <w:rPr>
          <w:rFonts w:cs="Times New Roman"/>
          <w:sz w:val="24"/>
          <w:szCs w:val="24"/>
        </w:rPr>
        <w:t xml:space="preserve"> de prim </w:t>
      </w:r>
      <w:proofErr w:type="spellStart"/>
      <w:r w:rsidRPr="007A0413">
        <w:rPr>
          <w:rFonts w:cs="Times New Roman"/>
          <w:sz w:val="24"/>
          <w:szCs w:val="24"/>
        </w:rPr>
        <w:t>ajutor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asistența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veterinară</w:t>
      </w:r>
      <w:proofErr w:type="spellEnd"/>
      <w:r w:rsidRPr="007A0413">
        <w:rPr>
          <w:rFonts w:cs="Times New Roman"/>
          <w:sz w:val="24"/>
          <w:szCs w:val="24"/>
        </w:rPr>
        <w:t>;</w:t>
      </w:r>
    </w:p>
    <w:p w14:paraId="73A6F3ED" w14:textId="77777777" w:rsidR="00E10285" w:rsidRPr="007A0413" w:rsidRDefault="003B7C42">
      <w:pPr>
        <w:pStyle w:val="Listcumarcatori"/>
        <w:spacing w:after="50"/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să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obțină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avizele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autorizațiile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pentru</w:t>
      </w:r>
      <w:proofErr w:type="spellEnd"/>
      <w:r w:rsidRPr="007A0413">
        <w:rPr>
          <w:rFonts w:cs="Times New Roman"/>
          <w:sz w:val="24"/>
          <w:szCs w:val="24"/>
        </w:rPr>
        <w:t xml:space="preserve"> care are </w:t>
      </w:r>
      <w:proofErr w:type="spellStart"/>
      <w:r w:rsidRPr="007A0413">
        <w:rPr>
          <w:rFonts w:cs="Times New Roman"/>
          <w:sz w:val="24"/>
          <w:szCs w:val="24"/>
        </w:rPr>
        <w:t>calitatea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legală</w:t>
      </w:r>
      <w:proofErr w:type="spellEnd"/>
      <w:r w:rsidRPr="007A0413">
        <w:rPr>
          <w:rFonts w:cs="Times New Roman"/>
          <w:sz w:val="24"/>
          <w:szCs w:val="24"/>
        </w:rPr>
        <w:t xml:space="preserve"> de solicitant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sprijine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autoritatea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pentru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documentele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ce</w:t>
      </w:r>
      <w:proofErr w:type="spellEnd"/>
      <w:r w:rsidRPr="007A0413">
        <w:rPr>
          <w:rFonts w:cs="Times New Roman"/>
          <w:sz w:val="24"/>
          <w:szCs w:val="24"/>
        </w:rPr>
        <w:t xml:space="preserve"> pot fi solicitate </w:t>
      </w:r>
      <w:proofErr w:type="spellStart"/>
      <w:r w:rsidRPr="007A0413">
        <w:rPr>
          <w:rFonts w:cs="Times New Roman"/>
          <w:sz w:val="24"/>
          <w:szCs w:val="24"/>
        </w:rPr>
        <w:t>numai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aceasta</w:t>
      </w:r>
      <w:proofErr w:type="spellEnd"/>
      <w:r w:rsidRPr="007A0413">
        <w:rPr>
          <w:rFonts w:cs="Times New Roman"/>
          <w:sz w:val="24"/>
          <w:szCs w:val="24"/>
        </w:rPr>
        <w:t>;</w:t>
      </w:r>
    </w:p>
    <w:p w14:paraId="66E8CE5F" w14:textId="77777777" w:rsidR="00E10285" w:rsidRPr="007A0413" w:rsidRDefault="003B7C42">
      <w:pPr>
        <w:pStyle w:val="Listcumarcatori"/>
        <w:spacing w:after="50"/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să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coordoneze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subcontractanții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furnizorii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artiștii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celelalte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persoane</w:t>
      </w:r>
      <w:proofErr w:type="spellEnd"/>
      <w:r w:rsidRPr="007A0413">
        <w:rPr>
          <w:rFonts w:cs="Times New Roman"/>
          <w:sz w:val="24"/>
          <w:szCs w:val="24"/>
        </w:rPr>
        <w:t xml:space="preserve"> implicate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răspundă</w:t>
      </w:r>
      <w:proofErr w:type="spellEnd"/>
      <w:r w:rsidRPr="007A0413">
        <w:rPr>
          <w:rFonts w:cs="Times New Roman"/>
          <w:sz w:val="24"/>
          <w:szCs w:val="24"/>
        </w:rPr>
        <w:t xml:space="preserve"> integral </w:t>
      </w:r>
      <w:proofErr w:type="spellStart"/>
      <w:r w:rsidRPr="007A0413">
        <w:rPr>
          <w:rFonts w:cs="Times New Roman"/>
          <w:sz w:val="24"/>
          <w:szCs w:val="24"/>
        </w:rPr>
        <w:t>pentru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activitatea</w:t>
      </w:r>
      <w:proofErr w:type="spellEnd"/>
      <w:r w:rsidRPr="007A0413">
        <w:rPr>
          <w:rFonts w:cs="Times New Roman"/>
          <w:sz w:val="24"/>
          <w:szCs w:val="24"/>
        </w:rPr>
        <w:t xml:space="preserve"> lor;</w:t>
      </w:r>
    </w:p>
    <w:p w14:paraId="0C41F558" w14:textId="77777777" w:rsidR="00E10285" w:rsidRPr="007A0413" w:rsidRDefault="003B7C42">
      <w:pPr>
        <w:pStyle w:val="Listcumarcatori"/>
        <w:spacing w:after="50"/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să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asigure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curățenia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continuă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salubrizarea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protecția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gazonului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aleilor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arborilor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mobilierului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ecologizarea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finală</w:t>
      </w:r>
      <w:proofErr w:type="spellEnd"/>
      <w:r w:rsidRPr="007A0413">
        <w:rPr>
          <w:rFonts w:cs="Times New Roman"/>
          <w:sz w:val="24"/>
          <w:szCs w:val="24"/>
        </w:rPr>
        <w:t>;</w:t>
      </w:r>
    </w:p>
    <w:p w14:paraId="596DFAD9" w14:textId="77777777" w:rsidR="00E10285" w:rsidRPr="007A0413" w:rsidRDefault="003B7C42">
      <w:pPr>
        <w:pStyle w:val="Listcumarcatori"/>
        <w:spacing w:after="50"/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să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remedieze</w:t>
      </w:r>
      <w:proofErr w:type="spellEnd"/>
      <w:r w:rsidRPr="007A0413">
        <w:rPr>
          <w:rFonts w:cs="Times New Roman"/>
          <w:sz w:val="24"/>
          <w:szCs w:val="24"/>
        </w:rPr>
        <w:t xml:space="preserve"> prompt </w:t>
      </w:r>
      <w:proofErr w:type="spellStart"/>
      <w:r w:rsidRPr="007A0413">
        <w:rPr>
          <w:rFonts w:cs="Times New Roman"/>
          <w:sz w:val="24"/>
          <w:szCs w:val="24"/>
        </w:rPr>
        <w:t>neconformitățile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degradările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imputabile</w:t>
      </w:r>
      <w:proofErr w:type="spellEnd"/>
      <w:r w:rsidRPr="007A0413">
        <w:rPr>
          <w:rFonts w:cs="Times New Roman"/>
          <w:sz w:val="24"/>
          <w:szCs w:val="24"/>
        </w:rPr>
        <w:t>;</w:t>
      </w:r>
    </w:p>
    <w:p w14:paraId="6B3D346A" w14:textId="77777777" w:rsidR="00E10285" w:rsidRPr="007A0413" w:rsidRDefault="003B7C42">
      <w:pPr>
        <w:pStyle w:val="Listcumarcatori"/>
        <w:spacing w:after="50"/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să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respecte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legislația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privind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munca</w:t>
      </w:r>
      <w:proofErr w:type="spellEnd"/>
      <w:r w:rsidRPr="007A0413">
        <w:rPr>
          <w:rFonts w:cs="Times New Roman"/>
          <w:sz w:val="24"/>
          <w:szCs w:val="24"/>
        </w:rPr>
        <w:t xml:space="preserve">, SSM, PSI, </w:t>
      </w:r>
      <w:proofErr w:type="spellStart"/>
      <w:r w:rsidRPr="007A0413">
        <w:rPr>
          <w:rFonts w:cs="Times New Roman"/>
          <w:sz w:val="24"/>
          <w:szCs w:val="24"/>
        </w:rPr>
        <w:t>mediul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protecția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datelor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proprietatea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intelectuală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drepturile</w:t>
      </w:r>
      <w:proofErr w:type="spellEnd"/>
      <w:r w:rsidRPr="007A0413">
        <w:rPr>
          <w:rFonts w:cs="Times New Roman"/>
          <w:sz w:val="24"/>
          <w:szCs w:val="24"/>
        </w:rPr>
        <w:t xml:space="preserve"> de imagine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orice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reglementări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aplicabile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2610C1B1" w14:textId="77777777" w:rsidR="00E10285" w:rsidRPr="007A0413" w:rsidRDefault="003B7C42">
      <w:pPr>
        <w:pStyle w:val="Titlu2"/>
        <w:rPr>
          <w:rFonts w:ascii="Times New Roman" w:hAnsi="Times New Roman" w:cs="Times New Roman"/>
          <w:szCs w:val="24"/>
        </w:rPr>
      </w:pPr>
      <w:r w:rsidRPr="007A0413">
        <w:rPr>
          <w:rFonts w:ascii="Times New Roman" w:eastAsia="Times New Roman" w:hAnsi="Times New Roman" w:cs="Times New Roman"/>
          <w:szCs w:val="24"/>
        </w:rPr>
        <w:t xml:space="preserve">Art. 8.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Obligațiile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Achizitorului</w:t>
      </w:r>
      <w:proofErr w:type="spellEnd"/>
    </w:p>
    <w:p w14:paraId="6BE36E74" w14:textId="77777777" w:rsidR="00E10285" w:rsidRPr="007A0413" w:rsidRDefault="003B7C42">
      <w:pPr>
        <w:pStyle w:val="Listcumarcatori"/>
        <w:spacing w:after="50"/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să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desemneze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reprezentanții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responsabili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asigure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circuitul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aprobărilor</w:t>
      </w:r>
      <w:proofErr w:type="spellEnd"/>
      <w:r w:rsidRPr="007A0413">
        <w:rPr>
          <w:rFonts w:cs="Times New Roman"/>
          <w:sz w:val="24"/>
          <w:szCs w:val="24"/>
        </w:rPr>
        <w:t>;</w:t>
      </w:r>
    </w:p>
    <w:p w14:paraId="0F11391A" w14:textId="77777777" w:rsidR="00E10285" w:rsidRPr="007A0413" w:rsidRDefault="003B7C42">
      <w:pPr>
        <w:pStyle w:val="Listcumarcatori"/>
        <w:spacing w:after="50"/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să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furnizeze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elementele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oficiale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identitate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vizuală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mesajele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instituționale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informațiile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disponibile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privind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proiectul</w:t>
      </w:r>
      <w:proofErr w:type="spellEnd"/>
      <w:r w:rsidRPr="007A0413">
        <w:rPr>
          <w:rFonts w:cs="Times New Roman"/>
          <w:sz w:val="24"/>
          <w:szCs w:val="24"/>
        </w:rPr>
        <w:t>;</w:t>
      </w:r>
    </w:p>
    <w:p w14:paraId="22C84FB9" w14:textId="77777777" w:rsidR="00E10285" w:rsidRPr="007A0413" w:rsidRDefault="003B7C42">
      <w:pPr>
        <w:pStyle w:val="Listcumarcatori"/>
        <w:spacing w:after="50"/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să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faciliteze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accesul</w:t>
      </w:r>
      <w:proofErr w:type="spellEnd"/>
      <w:r w:rsidRPr="007A0413">
        <w:rPr>
          <w:rFonts w:cs="Times New Roman"/>
          <w:sz w:val="24"/>
          <w:szCs w:val="24"/>
        </w:rPr>
        <w:t xml:space="preserve"> la </w:t>
      </w:r>
      <w:proofErr w:type="spellStart"/>
      <w:r w:rsidRPr="007A0413">
        <w:rPr>
          <w:rFonts w:cs="Times New Roman"/>
          <w:sz w:val="24"/>
          <w:szCs w:val="24"/>
        </w:rPr>
        <w:t>amplasament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relația</w:t>
      </w:r>
      <w:proofErr w:type="spellEnd"/>
      <w:r w:rsidRPr="007A0413">
        <w:rPr>
          <w:rFonts w:cs="Times New Roman"/>
          <w:sz w:val="24"/>
          <w:szCs w:val="24"/>
        </w:rPr>
        <w:t xml:space="preserve"> cu </w:t>
      </w:r>
      <w:proofErr w:type="spellStart"/>
      <w:r w:rsidRPr="007A0413">
        <w:rPr>
          <w:rFonts w:cs="Times New Roman"/>
          <w:sz w:val="24"/>
          <w:szCs w:val="24"/>
        </w:rPr>
        <w:t>structurile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instituțiile</w:t>
      </w:r>
      <w:proofErr w:type="spellEnd"/>
      <w:r w:rsidRPr="007A0413">
        <w:rPr>
          <w:rFonts w:cs="Times New Roman"/>
          <w:sz w:val="24"/>
          <w:szCs w:val="24"/>
        </w:rPr>
        <w:t xml:space="preserve"> pe care le </w:t>
      </w:r>
      <w:proofErr w:type="spellStart"/>
      <w:r w:rsidRPr="007A0413">
        <w:rPr>
          <w:rFonts w:cs="Times New Roman"/>
          <w:sz w:val="24"/>
          <w:szCs w:val="24"/>
        </w:rPr>
        <w:t>coordonează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limitele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competențelor</w:t>
      </w:r>
      <w:proofErr w:type="spellEnd"/>
      <w:r w:rsidRPr="007A0413">
        <w:rPr>
          <w:rFonts w:cs="Times New Roman"/>
          <w:sz w:val="24"/>
          <w:szCs w:val="24"/>
        </w:rPr>
        <w:t>;</w:t>
      </w:r>
    </w:p>
    <w:p w14:paraId="79A7254D" w14:textId="77777777" w:rsidR="00E10285" w:rsidRPr="007A0413" w:rsidRDefault="003B7C42">
      <w:pPr>
        <w:pStyle w:val="Listcumarcatori"/>
        <w:spacing w:after="50"/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să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comunice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lista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participanților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partenerilor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voluntarilor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invitaților</w:t>
      </w:r>
      <w:proofErr w:type="spellEnd"/>
      <w:r w:rsidRPr="007A0413">
        <w:rPr>
          <w:rFonts w:cs="Times New Roman"/>
          <w:sz w:val="24"/>
          <w:szCs w:val="24"/>
        </w:rPr>
        <w:t xml:space="preserve"> pe </w:t>
      </w:r>
      <w:proofErr w:type="spellStart"/>
      <w:r w:rsidRPr="007A0413">
        <w:rPr>
          <w:rFonts w:cs="Times New Roman"/>
          <w:sz w:val="24"/>
          <w:szCs w:val="24"/>
        </w:rPr>
        <w:t>măsura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confirmării</w:t>
      </w:r>
      <w:proofErr w:type="spellEnd"/>
      <w:r w:rsidRPr="007A0413">
        <w:rPr>
          <w:rFonts w:cs="Times New Roman"/>
          <w:sz w:val="24"/>
          <w:szCs w:val="24"/>
        </w:rPr>
        <w:t>;</w:t>
      </w:r>
    </w:p>
    <w:p w14:paraId="1C4EE48D" w14:textId="77777777" w:rsidR="00E10285" w:rsidRPr="007A0413" w:rsidRDefault="003B7C42">
      <w:pPr>
        <w:pStyle w:val="Listcumarcatori"/>
        <w:spacing w:after="50"/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să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analizeze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transmită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observații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asupra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documentelor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supuse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aprobării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termene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rezonabile</w:t>
      </w:r>
      <w:proofErr w:type="spellEnd"/>
      <w:r w:rsidRPr="007A0413">
        <w:rPr>
          <w:rFonts w:cs="Times New Roman"/>
          <w:sz w:val="24"/>
          <w:szCs w:val="24"/>
        </w:rPr>
        <w:t>;</w:t>
      </w:r>
    </w:p>
    <w:p w14:paraId="19A2A627" w14:textId="77777777" w:rsidR="00E10285" w:rsidRPr="007A0413" w:rsidRDefault="003B7C42">
      <w:pPr>
        <w:pStyle w:val="Listcumarcatori"/>
        <w:spacing w:after="50"/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să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efectueze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verificările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recepțiile</w:t>
      </w:r>
      <w:proofErr w:type="spellEnd"/>
      <w:r w:rsidRPr="007A0413">
        <w:rPr>
          <w:rFonts w:cs="Times New Roman"/>
          <w:sz w:val="24"/>
          <w:szCs w:val="24"/>
        </w:rPr>
        <w:t>;</w:t>
      </w:r>
    </w:p>
    <w:p w14:paraId="0FCCF119" w14:textId="77777777" w:rsidR="00E10285" w:rsidRPr="007A0413" w:rsidRDefault="003B7C42">
      <w:pPr>
        <w:pStyle w:val="Listcumarcatori"/>
        <w:spacing w:after="50"/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să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achite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serviciile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acceptate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condițiile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contractului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444A1822" w14:textId="77777777" w:rsidR="00E10285" w:rsidRPr="007A0413" w:rsidRDefault="003B7C42">
      <w:pPr>
        <w:pStyle w:val="Titlu2"/>
        <w:rPr>
          <w:rFonts w:ascii="Times New Roman" w:hAnsi="Times New Roman" w:cs="Times New Roman"/>
          <w:szCs w:val="24"/>
        </w:rPr>
      </w:pPr>
      <w:r w:rsidRPr="007A0413">
        <w:rPr>
          <w:rFonts w:ascii="Times New Roman" w:eastAsia="Times New Roman" w:hAnsi="Times New Roman" w:cs="Times New Roman"/>
          <w:szCs w:val="24"/>
        </w:rPr>
        <w:t xml:space="preserve">Art. 9.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Personalul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contractului</w:t>
      </w:r>
      <w:proofErr w:type="spellEnd"/>
    </w:p>
    <w:p w14:paraId="698CB833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Prestatorul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va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utiliza</w:t>
      </w:r>
      <w:proofErr w:type="spellEnd"/>
      <w:r w:rsidRPr="007A0413">
        <w:rPr>
          <w:rFonts w:cs="Times New Roman"/>
          <w:sz w:val="24"/>
          <w:szCs w:val="24"/>
        </w:rPr>
        <w:t xml:space="preserve"> cel </w:t>
      </w:r>
      <w:proofErr w:type="spellStart"/>
      <w:r w:rsidRPr="007A0413">
        <w:rPr>
          <w:rFonts w:cs="Times New Roman"/>
          <w:sz w:val="24"/>
          <w:szCs w:val="24"/>
        </w:rPr>
        <w:t>puțin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personalul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rolurile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prevăzute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Caietul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sarcini</w:t>
      </w:r>
      <w:proofErr w:type="spellEnd"/>
      <w:r w:rsidRPr="007A0413">
        <w:rPr>
          <w:rFonts w:cs="Times New Roman"/>
          <w:sz w:val="24"/>
          <w:szCs w:val="24"/>
        </w:rPr>
        <w:t xml:space="preserve">. </w:t>
      </w:r>
      <w:proofErr w:type="spellStart"/>
      <w:r w:rsidRPr="007A0413">
        <w:rPr>
          <w:rFonts w:cs="Times New Roman"/>
          <w:sz w:val="24"/>
          <w:szCs w:val="24"/>
        </w:rPr>
        <w:t>Înlocuirea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unei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persoane-cheie</w:t>
      </w:r>
      <w:proofErr w:type="spellEnd"/>
      <w:r w:rsidRPr="007A0413">
        <w:rPr>
          <w:rFonts w:cs="Times New Roman"/>
          <w:sz w:val="24"/>
          <w:szCs w:val="24"/>
        </w:rPr>
        <w:t xml:space="preserve"> se </w:t>
      </w:r>
      <w:proofErr w:type="spellStart"/>
      <w:r w:rsidRPr="007A0413">
        <w:rPr>
          <w:rFonts w:cs="Times New Roman"/>
          <w:sz w:val="24"/>
          <w:szCs w:val="24"/>
        </w:rPr>
        <w:t>poate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realiza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numai</w:t>
      </w:r>
      <w:proofErr w:type="spellEnd"/>
      <w:r w:rsidRPr="007A0413">
        <w:rPr>
          <w:rFonts w:cs="Times New Roman"/>
          <w:sz w:val="24"/>
          <w:szCs w:val="24"/>
        </w:rPr>
        <w:t xml:space="preserve"> cu o </w:t>
      </w:r>
      <w:proofErr w:type="spellStart"/>
      <w:r w:rsidRPr="007A0413">
        <w:rPr>
          <w:rFonts w:cs="Times New Roman"/>
          <w:sz w:val="24"/>
          <w:szCs w:val="24"/>
        </w:rPr>
        <w:t>persoană</w:t>
      </w:r>
      <w:proofErr w:type="spellEnd"/>
      <w:r w:rsidRPr="007A0413">
        <w:rPr>
          <w:rFonts w:cs="Times New Roman"/>
          <w:sz w:val="24"/>
          <w:szCs w:val="24"/>
        </w:rPr>
        <w:t xml:space="preserve"> cu </w:t>
      </w:r>
      <w:proofErr w:type="spellStart"/>
      <w:r w:rsidRPr="007A0413">
        <w:rPr>
          <w:rFonts w:cs="Times New Roman"/>
          <w:sz w:val="24"/>
          <w:szCs w:val="24"/>
        </w:rPr>
        <w:t>calificări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experiență</w:t>
      </w:r>
      <w:proofErr w:type="spellEnd"/>
      <w:r w:rsidRPr="007A0413">
        <w:rPr>
          <w:rFonts w:cs="Times New Roman"/>
          <w:sz w:val="24"/>
          <w:szCs w:val="24"/>
        </w:rPr>
        <w:t xml:space="preserve"> cel </w:t>
      </w:r>
      <w:proofErr w:type="spellStart"/>
      <w:r w:rsidRPr="007A0413">
        <w:rPr>
          <w:rFonts w:cs="Times New Roman"/>
          <w:sz w:val="24"/>
          <w:szCs w:val="24"/>
        </w:rPr>
        <w:t>puțin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echivalente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cu </w:t>
      </w:r>
      <w:proofErr w:type="spellStart"/>
      <w:r w:rsidRPr="007A0413">
        <w:rPr>
          <w:rFonts w:cs="Times New Roman"/>
          <w:sz w:val="24"/>
          <w:szCs w:val="24"/>
        </w:rPr>
        <w:t>informarea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aprobarea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Achizitorului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după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caz</w:t>
      </w:r>
      <w:proofErr w:type="spellEnd"/>
      <w:r w:rsidRPr="007A0413">
        <w:rPr>
          <w:rFonts w:cs="Times New Roman"/>
          <w:sz w:val="24"/>
          <w:szCs w:val="24"/>
        </w:rPr>
        <w:t xml:space="preserve">. </w:t>
      </w:r>
      <w:proofErr w:type="spellStart"/>
      <w:r w:rsidRPr="007A0413">
        <w:rPr>
          <w:rFonts w:cs="Times New Roman"/>
          <w:sz w:val="24"/>
          <w:szCs w:val="24"/>
        </w:rPr>
        <w:t>Autoritatea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poate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solicita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înlocuirea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justificată</w:t>
      </w:r>
      <w:proofErr w:type="spellEnd"/>
      <w:r w:rsidRPr="007A0413">
        <w:rPr>
          <w:rFonts w:cs="Times New Roman"/>
          <w:sz w:val="24"/>
          <w:szCs w:val="24"/>
        </w:rPr>
        <w:t xml:space="preserve"> a </w:t>
      </w:r>
      <w:proofErr w:type="spellStart"/>
      <w:r w:rsidRPr="007A0413">
        <w:rPr>
          <w:rFonts w:cs="Times New Roman"/>
          <w:sz w:val="24"/>
          <w:szCs w:val="24"/>
        </w:rPr>
        <w:t>personalului</w:t>
      </w:r>
      <w:proofErr w:type="spellEnd"/>
      <w:r w:rsidRPr="007A0413">
        <w:rPr>
          <w:rFonts w:cs="Times New Roman"/>
          <w:sz w:val="24"/>
          <w:szCs w:val="24"/>
        </w:rPr>
        <w:t xml:space="preserve"> care nu </w:t>
      </w:r>
      <w:proofErr w:type="spellStart"/>
      <w:r w:rsidRPr="007A0413">
        <w:rPr>
          <w:rFonts w:cs="Times New Roman"/>
          <w:sz w:val="24"/>
          <w:szCs w:val="24"/>
        </w:rPr>
        <w:t>își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îndeplinește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corespunzător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atribuțiile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5683734A" w14:textId="77777777" w:rsidR="00E10285" w:rsidRPr="007A0413" w:rsidRDefault="003B7C42">
      <w:pPr>
        <w:pStyle w:val="Titlu2"/>
        <w:rPr>
          <w:rFonts w:ascii="Times New Roman" w:hAnsi="Times New Roman" w:cs="Times New Roman"/>
          <w:szCs w:val="24"/>
        </w:rPr>
      </w:pPr>
      <w:r w:rsidRPr="007A0413">
        <w:rPr>
          <w:rFonts w:ascii="Times New Roman" w:eastAsia="Times New Roman" w:hAnsi="Times New Roman" w:cs="Times New Roman"/>
          <w:szCs w:val="24"/>
        </w:rPr>
        <w:t xml:space="preserve">Art. 10. Subcontractarea,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asocierea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terții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susținători</w:t>
      </w:r>
      <w:proofErr w:type="spellEnd"/>
    </w:p>
    <w:p w14:paraId="0BEAB3E7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Prestatorul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va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respecta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informațiile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declarate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ofertă</w:t>
      </w:r>
      <w:proofErr w:type="spellEnd"/>
      <w:r w:rsidRPr="007A0413">
        <w:rPr>
          <w:rFonts w:cs="Times New Roman"/>
          <w:sz w:val="24"/>
          <w:szCs w:val="24"/>
        </w:rPr>
        <w:t xml:space="preserve"> cu </w:t>
      </w:r>
      <w:proofErr w:type="spellStart"/>
      <w:r w:rsidRPr="007A0413">
        <w:rPr>
          <w:rFonts w:cs="Times New Roman"/>
          <w:sz w:val="24"/>
          <w:szCs w:val="24"/>
        </w:rPr>
        <w:t>privire</w:t>
      </w:r>
      <w:proofErr w:type="spellEnd"/>
      <w:r w:rsidRPr="007A0413">
        <w:rPr>
          <w:rFonts w:cs="Times New Roman"/>
          <w:sz w:val="24"/>
          <w:szCs w:val="24"/>
        </w:rPr>
        <w:t xml:space="preserve"> la </w:t>
      </w:r>
      <w:proofErr w:type="spellStart"/>
      <w:r w:rsidRPr="007A0413">
        <w:rPr>
          <w:rFonts w:cs="Times New Roman"/>
          <w:sz w:val="24"/>
          <w:szCs w:val="24"/>
        </w:rPr>
        <w:t>subcontractanți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asociați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terți</w:t>
      </w:r>
      <w:proofErr w:type="spellEnd"/>
      <w:r w:rsidRPr="007A0413">
        <w:rPr>
          <w:rFonts w:cs="Times New Roman"/>
          <w:sz w:val="24"/>
          <w:szCs w:val="24"/>
        </w:rPr>
        <w:t xml:space="preserve">. </w:t>
      </w:r>
      <w:proofErr w:type="spellStart"/>
      <w:r w:rsidRPr="007A0413">
        <w:rPr>
          <w:rFonts w:cs="Times New Roman"/>
          <w:sz w:val="24"/>
          <w:szCs w:val="24"/>
        </w:rPr>
        <w:t>Modificarea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subcontractanților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sau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introducerea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unor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subcontractanți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noi</w:t>
      </w:r>
      <w:proofErr w:type="spellEnd"/>
      <w:r w:rsidRPr="007A0413">
        <w:rPr>
          <w:rFonts w:cs="Times New Roman"/>
          <w:sz w:val="24"/>
          <w:szCs w:val="24"/>
        </w:rPr>
        <w:t xml:space="preserve"> se </w:t>
      </w:r>
      <w:proofErr w:type="spellStart"/>
      <w:r w:rsidRPr="007A0413">
        <w:rPr>
          <w:rFonts w:cs="Times New Roman"/>
          <w:sz w:val="24"/>
          <w:szCs w:val="24"/>
        </w:rPr>
        <w:t>realizează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numai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condițiile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legislației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achizițiilor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publice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ale </w:t>
      </w:r>
      <w:proofErr w:type="spellStart"/>
      <w:r w:rsidRPr="007A0413">
        <w:rPr>
          <w:rFonts w:cs="Times New Roman"/>
          <w:sz w:val="24"/>
          <w:szCs w:val="24"/>
        </w:rPr>
        <w:t>contractului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fără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gramStart"/>
      <w:r w:rsidRPr="007A0413">
        <w:rPr>
          <w:rFonts w:cs="Times New Roman"/>
          <w:sz w:val="24"/>
          <w:szCs w:val="24"/>
        </w:rPr>
        <w:t>a</w:t>
      </w:r>
      <w:proofErr w:type="gram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afecta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îndeplinirea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criteriilor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calificare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fără</w:t>
      </w:r>
      <w:proofErr w:type="spellEnd"/>
      <w:r w:rsidRPr="007A0413">
        <w:rPr>
          <w:rFonts w:cs="Times New Roman"/>
          <w:sz w:val="24"/>
          <w:szCs w:val="24"/>
        </w:rPr>
        <w:t xml:space="preserve"> a </w:t>
      </w:r>
      <w:proofErr w:type="spellStart"/>
      <w:r w:rsidRPr="007A0413">
        <w:rPr>
          <w:rFonts w:cs="Times New Roman"/>
          <w:sz w:val="24"/>
          <w:szCs w:val="24"/>
        </w:rPr>
        <w:t>diminua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răspunderea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Prestatorului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față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Achizitor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46046C79" w14:textId="77777777" w:rsidR="00E10285" w:rsidRPr="007A0413" w:rsidRDefault="003B7C42">
      <w:pPr>
        <w:pStyle w:val="Titlu2"/>
        <w:rPr>
          <w:rFonts w:ascii="Times New Roman" w:hAnsi="Times New Roman" w:cs="Times New Roman"/>
          <w:szCs w:val="24"/>
        </w:rPr>
      </w:pPr>
      <w:r w:rsidRPr="007A0413">
        <w:rPr>
          <w:rFonts w:ascii="Times New Roman" w:eastAsia="Times New Roman" w:hAnsi="Times New Roman" w:cs="Times New Roman"/>
          <w:szCs w:val="24"/>
        </w:rPr>
        <w:t xml:space="preserve">Art. 11.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Avize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autorizații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conformitate</w:t>
      </w:r>
      <w:proofErr w:type="spellEnd"/>
    </w:p>
    <w:p w14:paraId="32C249B4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Prestatorul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va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identifica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toate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avizele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autorizațiile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acordurile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notificările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documentele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conformitate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necesare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va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întocmi</w:t>
      </w:r>
      <w:proofErr w:type="spellEnd"/>
      <w:r w:rsidRPr="007A0413">
        <w:rPr>
          <w:rFonts w:cs="Times New Roman"/>
          <w:sz w:val="24"/>
          <w:szCs w:val="24"/>
        </w:rPr>
        <w:t xml:space="preserve"> o </w:t>
      </w:r>
      <w:proofErr w:type="spellStart"/>
      <w:r w:rsidRPr="007A0413">
        <w:rPr>
          <w:rFonts w:cs="Times New Roman"/>
          <w:sz w:val="24"/>
          <w:szCs w:val="24"/>
        </w:rPr>
        <w:t>matrice</w:t>
      </w:r>
      <w:proofErr w:type="spellEnd"/>
      <w:r w:rsidRPr="007A0413">
        <w:rPr>
          <w:rFonts w:cs="Times New Roman"/>
          <w:sz w:val="24"/>
          <w:szCs w:val="24"/>
        </w:rPr>
        <w:t xml:space="preserve"> a </w:t>
      </w:r>
      <w:proofErr w:type="spellStart"/>
      <w:r w:rsidRPr="007A0413">
        <w:rPr>
          <w:rFonts w:cs="Times New Roman"/>
          <w:sz w:val="24"/>
          <w:szCs w:val="24"/>
        </w:rPr>
        <w:t>responsabilităților</w:t>
      </w:r>
      <w:proofErr w:type="spellEnd"/>
      <w:r w:rsidRPr="007A0413">
        <w:rPr>
          <w:rFonts w:cs="Times New Roman"/>
          <w:sz w:val="24"/>
          <w:szCs w:val="24"/>
        </w:rPr>
        <w:t xml:space="preserve">. Nu se </w:t>
      </w:r>
      <w:proofErr w:type="spellStart"/>
      <w:r w:rsidRPr="007A0413">
        <w:rPr>
          <w:rFonts w:cs="Times New Roman"/>
          <w:sz w:val="24"/>
          <w:szCs w:val="24"/>
        </w:rPr>
        <w:t>poate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începe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montajul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sau</w:t>
      </w:r>
      <w:proofErr w:type="spellEnd"/>
      <w:r w:rsidRPr="007A0413">
        <w:rPr>
          <w:rFonts w:cs="Times New Roman"/>
          <w:sz w:val="24"/>
          <w:szCs w:val="24"/>
        </w:rPr>
        <w:t xml:space="preserve"> o </w:t>
      </w:r>
      <w:proofErr w:type="spellStart"/>
      <w:r w:rsidRPr="007A0413">
        <w:rPr>
          <w:rFonts w:cs="Times New Roman"/>
          <w:sz w:val="24"/>
          <w:szCs w:val="24"/>
        </w:rPr>
        <w:t>activitate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pentru</w:t>
      </w:r>
      <w:proofErr w:type="spellEnd"/>
      <w:r w:rsidRPr="007A0413">
        <w:rPr>
          <w:rFonts w:cs="Times New Roman"/>
          <w:sz w:val="24"/>
          <w:szCs w:val="24"/>
        </w:rPr>
        <w:t xml:space="preserve"> care </w:t>
      </w:r>
      <w:proofErr w:type="spellStart"/>
      <w:r w:rsidRPr="007A0413">
        <w:rPr>
          <w:rFonts w:cs="Times New Roman"/>
          <w:sz w:val="24"/>
          <w:szCs w:val="24"/>
        </w:rPr>
        <w:t>lipsesc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documentele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obligatorii</w:t>
      </w:r>
      <w:proofErr w:type="spellEnd"/>
      <w:r w:rsidRPr="007A0413">
        <w:rPr>
          <w:rFonts w:cs="Times New Roman"/>
          <w:sz w:val="24"/>
          <w:szCs w:val="24"/>
        </w:rPr>
        <w:t xml:space="preserve">. </w:t>
      </w:r>
      <w:proofErr w:type="spellStart"/>
      <w:r w:rsidRPr="007A0413">
        <w:rPr>
          <w:rFonts w:cs="Times New Roman"/>
          <w:sz w:val="24"/>
          <w:szCs w:val="24"/>
        </w:rPr>
        <w:t>Costurile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obligațiilor</w:t>
      </w:r>
      <w:proofErr w:type="spellEnd"/>
      <w:r w:rsidRPr="007A0413">
        <w:rPr>
          <w:rFonts w:cs="Times New Roman"/>
          <w:sz w:val="24"/>
          <w:szCs w:val="24"/>
        </w:rPr>
        <w:t xml:space="preserve"> care </w:t>
      </w:r>
      <w:proofErr w:type="spellStart"/>
      <w:r w:rsidRPr="007A0413">
        <w:rPr>
          <w:rFonts w:cs="Times New Roman"/>
          <w:sz w:val="24"/>
          <w:szCs w:val="24"/>
        </w:rPr>
        <w:t>revin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Prestatorului</w:t>
      </w:r>
      <w:proofErr w:type="spellEnd"/>
      <w:r w:rsidRPr="007A0413">
        <w:rPr>
          <w:rFonts w:cs="Times New Roman"/>
          <w:sz w:val="24"/>
          <w:szCs w:val="24"/>
        </w:rPr>
        <w:t xml:space="preserve"> sunt </w:t>
      </w:r>
      <w:proofErr w:type="spellStart"/>
      <w:r w:rsidRPr="007A0413">
        <w:rPr>
          <w:rFonts w:cs="Times New Roman"/>
          <w:sz w:val="24"/>
          <w:szCs w:val="24"/>
        </w:rPr>
        <w:t>incluse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preț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62925FDF" w14:textId="77777777" w:rsidR="00E10285" w:rsidRPr="007A0413" w:rsidRDefault="003B7C42">
      <w:pPr>
        <w:pStyle w:val="Titlu2"/>
        <w:rPr>
          <w:rFonts w:ascii="Times New Roman" w:hAnsi="Times New Roman" w:cs="Times New Roman"/>
          <w:szCs w:val="24"/>
        </w:rPr>
      </w:pPr>
      <w:r w:rsidRPr="007A0413">
        <w:rPr>
          <w:rFonts w:ascii="Times New Roman" w:eastAsia="Times New Roman" w:hAnsi="Times New Roman" w:cs="Times New Roman"/>
          <w:szCs w:val="24"/>
        </w:rPr>
        <w:t xml:space="preserve">Art. 12.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Livrabile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raportare</w:t>
      </w:r>
      <w:proofErr w:type="spellEnd"/>
    </w:p>
    <w:p w14:paraId="2474D3EB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Prestatorul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predă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toate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livrabilele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prevăzute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capitolul</w:t>
      </w:r>
      <w:proofErr w:type="spellEnd"/>
      <w:r w:rsidRPr="007A0413">
        <w:rPr>
          <w:rFonts w:cs="Times New Roman"/>
          <w:sz w:val="24"/>
          <w:szCs w:val="24"/>
        </w:rPr>
        <w:t xml:space="preserve"> 9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Anexa</w:t>
      </w:r>
      <w:proofErr w:type="spellEnd"/>
      <w:r w:rsidRPr="007A0413">
        <w:rPr>
          <w:rFonts w:cs="Times New Roman"/>
          <w:sz w:val="24"/>
          <w:szCs w:val="24"/>
        </w:rPr>
        <w:t xml:space="preserve"> nr. 2 din </w:t>
      </w:r>
      <w:proofErr w:type="spellStart"/>
      <w:r w:rsidRPr="007A0413">
        <w:rPr>
          <w:rFonts w:cs="Times New Roman"/>
          <w:sz w:val="24"/>
          <w:szCs w:val="24"/>
        </w:rPr>
        <w:t>Caietul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sarcini</w:t>
      </w:r>
      <w:proofErr w:type="spellEnd"/>
      <w:r w:rsidRPr="007A0413">
        <w:rPr>
          <w:rFonts w:cs="Times New Roman"/>
          <w:sz w:val="24"/>
          <w:szCs w:val="24"/>
        </w:rPr>
        <w:t xml:space="preserve">, la </w:t>
      </w:r>
      <w:proofErr w:type="spellStart"/>
      <w:r w:rsidRPr="007A0413">
        <w:rPr>
          <w:rFonts w:cs="Times New Roman"/>
          <w:sz w:val="24"/>
          <w:szCs w:val="24"/>
        </w:rPr>
        <w:t>termenele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stabilite</w:t>
      </w:r>
      <w:proofErr w:type="spellEnd"/>
      <w:r w:rsidRPr="007A0413">
        <w:rPr>
          <w:rFonts w:cs="Times New Roman"/>
          <w:sz w:val="24"/>
          <w:szCs w:val="24"/>
        </w:rPr>
        <w:t xml:space="preserve">: plan de </w:t>
      </w:r>
      <w:proofErr w:type="spellStart"/>
      <w:r w:rsidRPr="007A0413">
        <w:rPr>
          <w:rFonts w:cs="Times New Roman"/>
          <w:sz w:val="24"/>
          <w:szCs w:val="24"/>
        </w:rPr>
        <w:t>proiect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grafic</w:t>
      </w:r>
      <w:proofErr w:type="spellEnd"/>
      <w:r w:rsidRPr="007A0413">
        <w:rPr>
          <w:rFonts w:cs="Times New Roman"/>
          <w:sz w:val="24"/>
          <w:szCs w:val="24"/>
        </w:rPr>
        <w:t xml:space="preserve">, concept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plan </w:t>
      </w:r>
      <w:proofErr w:type="spellStart"/>
      <w:r w:rsidRPr="007A0413">
        <w:rPr>
          <w:rFonts w:cs="Times New Roman"/>
          <w:sz w:val="24"/>
          <w:szCs w:val="24"/>
        </w:rPr>
        <w:t>amplasament</w:t>
      </w:r>
      <w:proofErr w:type="spellEnd"/>
      <w:r w:rsidRPr="007A0413">
        <w:rPr>
          <w:rFonts w:cs="Times New Roman"/>
          <w:sz w:val="24"/>
          <w:szCs w:val="24"/>
        </w:rPr>
        <w:t>, program artistic/</w:t>
      </w:r>
      <w:proofErr w:type="spellStart"/>
      <w:r w:rsidRPr="007A0413">
        <w:rPr>
          <w:rFonts w:cs="Times New Roman"/>
          <w:sz w:val="24"/>
          <w:szCs w:val="24"/>
        </w:rPr>
        <w:t>operațional</w:t>
      </w:r>
      <w:proofErr w:type="spellEnd"/>
      <w:r w:rsidRPr="007A0413">
        <w:rPr>
          <w:rFonts w:cs="Times New Roman"/>
          <w:sz w:val="24"/>
          <w:szCs w:val="24"/>
        </w:rPr>
        <w:t xml:space="preserve">, plan </w:t>
      </w:r>
      <w:proofErr w:type="spellStart"/>
      <w:r w:rsidRPr="007A0413">
        <w:rPr>
          <w:rFonts w:cs="Times New Roman"/>
          <w:sz w:val="24"/>
          <w:szCs w:val="24"/>
        </w:rPr>
        <w:lastRenderedPageBreak/>
        <w:t>promovare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proiect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tehnic</w:t>
      </w:r>
      <w:proofErr w:type="spellEnd"/>
      <w:r w:rsidRPr="007A0413">
        <w:rPr>
          <w:rFonts w:cs="Times New Roman"/>
          <w:sz w:val="24"/>
          <w:szCs w:val="24"/>
        </w:rPr>
        <w:t xml:space="preserve">, plan </w:t>
      </w:r>
      <w:proofErr w:type="spellStart"/>
      <w:r w:rsidRPr="007A0413">
        <w:rPr>
          <w:rFonts w:cs="Times New Roman"/>
          <w:sz w:val="24"/>
          <w:szCs w:val="24"/>
        </w:rPr>
        <w:t>securitate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intervenție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dosar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avize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conformitate</w:t>
      </w:r>
      <w:proofErr w:type="spellEnd"/>
      <w:r w:rsidRPr="007A0413">
        <w:rPr>
          <w:rFonts w:cs="Times New Roman"/>
          <w:sz w:val="24"/>
          <w:szCs w:val="24"/>
        </w:rPr>
        <w:t xml:space="preserve">, procese-verbale de </w:t>
      </w:r>
      <w:proofErr w:type="spellStart"/>
      <w:r w:rsidRPr="007A0413">
        <w:rPr>
          <w:rFonts w:cs="Times New Roman"/>
          <w:sz w:val="24"/>
          <w:szCs w:val="24"/>
        </w:rPr>
        <w:t>montaj</w:t>
      </w:r>
      <w:proofErr w:type="spellEnd"/>
      <w:r w:rsidRPr="007A0413">
        <w:rPr>
          <w:rFonts w:cs="Times New Roman"/>
          <w:sz w:val="24"/>
          <w:szCs w:val="24"/>
        </w:rPr>
        <w:t xml:space="preserve">/probe, </w:t>
      </w:r>
      <w:proofErr w:type="spellStart"/>
      <w:r w:rsidRPr="007A0413">
        <w:rPr>
          <w:rFonts w:cs="Times New Roman"/>
          <w:sz w:val="24"/>
          <w:szCs w:val="24"/>
        </w:rPr>
        <w:t>rapoarte</w:t>
      </w:r>
      <w:proofErr w:type="spellEnd"/>
      <w:r w:rsidRPr="007A0413">
        <w:rPr>
          <w:rFonts w:cs="Times New Roman"/>
          <w:sz w:val="24"/>
          <w:szCs w:val="24"/>
        </w:rPr>
        <w:t xml:space="preserve"> operative </w:t>
      </w:r>
      <w:proofErr w:type="spellStart"/>
      <w:r w:rsidRPr="007A0413">
        <w:rPr>
          <w:rFonts w:cs="Times New Roman"/>
          <w:sz w:val="24"/>
          <w:szCs w:val="24"/>
        </w:rPr>
        <w:t>zilnice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raport</w:t>
      </w:r>
      <w:proofErr w:type="spellEnd"/>
      <w:r w:rsidRPr="007A0413">
        <w:rPr>
          <w:rFonts w:cs="Times New Roman"/>
          <w:sz w:val="24"/>
          <w:szCs w:val="24"/>
        </w:rPr>
        <w:t xml:space="preserve"> final cu </w:t>
      </w:r>
      <w:proofErr w:type="spellStart"/>
      <w:r w:rsidRPr="007A0413">
        <w:rPr>
          <w:rFonts w:cs="Times New Roman"/>
          <w:sz w:val="24"/>
          <w:szCs w:val="24"/>
        </w:rPr>
        <w:t>arhiva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electronică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30F2930C" w14:textId="77777777" w:rsidR="00E10285" w:rsidRPr="007A0413" w:rsidRDefault="003B7C42">
      <w:pPr>
        <w:pStyle w:val="Titlu2"/>
        <w:rPr>
          <w:rFonts w:ascii="Times New Roman" w:hAnsi="Times New Roman" w:cs="Times New Roman"/>
          <w:szCs w:val="24"/>
        </w:rPr>
      </w:pPr>
      <w:r w:rsidRPr="007A0413">
        <w:rPr>
          <w:rFonts w:ascii="Times New Roman" w:eastAsia="Times New Roman" w:hAnsi="Times New Roman" w:cs="Times New Roman"/>
          <w:szCs w:val="24"/>
        </w:rPr>
        <w:t xml:space="preserve">Art. 13.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Recepția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controlul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calității</w:t>
      </w:r>
      <w:proofErr w:type="spellEnd"/>
    </w:p>
    <w:p w14:paraId="6500016F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Recepția</w:t>
      </w:r>
      <w:proofErr w:type="spellEnd"/>
      <w:r w:rsidRPr="007A0413">
        <w:rPr>
          <w:rFonts w:cs="Times New Roman"/>
          <w:sz w:val="24"/>
          <w:szCs w:val="24"/>
        </w:rPr>
        <w:t xml:space="preserve"> se </w:t>
      </w:r>
      <w:proofErr w:type="spellStart"/>
      <w:r w:rsidRPr="007A0413">
        <w:rPr>
          <w:rFonts w:cs="Times New Roman"/>
          <w:sz w:val="24"/>
          <w:szCs w:val="24"/>
        </w:rPr>
        <w:t>realizează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patru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etape</w:t>
      </w:r>
      <w:proofErr w:type="spellEnd"/>
      <w:r w:rsidRPr="007A0413">
        <w:rPr>
          <w:rFonts w:cs="Times New Roman"/>
          <w:sz w:val="24"/>
          <w:szCs w:val="24"/>
        </w:rPr>
        <w:t xml:space="preserve">: </w:t>
      </w:r>
      <w:proofErr w:type="spellStart"/>
      <w:r w:rsidRPr="007A0413">
        <w:rPr>
          <w:rFonts w:cs="Times New Roman"/>
          <w:sz w:val="24"/>
          <w:szCs w:val="24"/>
        </w:rPr>
        <w:t>documentară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preliminară</w:t>
      </w:r>
      <w:proofErr w:type="spellEnd"/>
      <w:r w:rsidRPr="007A0413">
        <w:rPr>
          <w:rFonts w:cs="Times New Roman"/>
          <w:sz w:val="24"/>
          <w:szCs w:val="24"/>
        </w:rPr>
        <w:t xml:space="preserve">; </w:t>
      </w:r>
      <w:proofErr w:type="spellStart"/>
      <w:r w:rsidRPr="007A0413">
        <w:rPr>
          <w:rFonts w:cs="Times New Roman"/>
          <w:sz w:val="24"/>
          <w:szCs w:val="24"/>
        </w:rPr>
        <w:t>recepția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montajului</w:t>
      </w:r>
      <w:proofErr w:type="spellEnd"/>
      <w:r w:rsidRPr="007A0413">
        <w:rPr>
          <w:rFonts w:cs="Times New Roman"/>
          <w:sz w:val="24"/>
          <w:szCs w:val="24"/>
        </w:rPr>
        <w:t xml:space="preserve">; </w:t>
      </w:r>
      <w:proofErr w:type="spellStart"/>
      <w:r w:rsidRPr="007A0413">
        <w:rPr>
          <w:rFonts w:cs="Times New Roman"/>
          <w:sz w:val="24"/>
          <w:szCs w:val="24"/>
        </w:rPr>
        <w:t>verificarea</w:t>
      </w:r>
      <w:proofErr w:type="spellEnd"/>
      <w:r w:rsidRPr="007A0413">
        <w:rPr>
          <w:rFonts w:cs="Times New Roman"/>
          <w:sz w:val="24"/>
          <w:szCs w:val="24"/>
        </w:rPr>
        <w:t xml:space="preserve"> pe </w:t>
      </w:r>
      <w:proofErr w:type="spellStart"/>
      <w:r w:rsidRPr="007A0413">
        <w:rPr>
          <w:rFonts w:cs="Times New Roman"/>
          <w:sz w:val="24"/>
          <w:szCs w:val="24"/>
        </w:rPr>
        <w:t>durata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evenimentului</w:t>
      </w:r>
      <w:proofErr w:type="spellEnd"/>
      <w:r w:rsidRPr="007A0413">
        <w:rPr>
          <w:rFonts w:cs="Times New Roman"/>
          <w:sz w:val="24"/>
          <w:szCs w:val="24"/>
        </w:rPr>
        <w:t xml:space="preserve">; </w:t>
      </w:r>
      <w:proofErr w:type="spellStart"/>
      <w:r w:rsidRPr="007A0413">
        <w:rPr>
          <w:rFonts w:cs="Times New Roman"/>
          <w:sz w:val="24"/>
          <w:szCs w:val="24"/>
        </w:rPr>
        <w:t>recepția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finală</w:t>
      </w:r>
      <w:proofErr w:type="spellEnd"/>
      <w:r w:rsidRPr="007A0413">
        <w:rPr>
          <w:rFonts w:cs="Times New Roman"/>
          <w:sz w:val="24"/>
          <w:szCs w:val="24"/>
        </w:rPr>
        <w:t xml:space="preserve">. </w:t>
      </w:r>
      <w:proofErr w:type="spellStart"/>
      <w:r w:rsidRPr="007A0413">
        <w:rPr>
          <w:rFonts w:cs="Times New Roman"/>
          <w:sz w:val="24"/>
          <w:szCs w:val="24"/>
        </w:rPr>
        <w:t>Serviciile</w:t>
      </w:r>
      <w:proofErr w:type="spellEnd"/>
      <w:r w:rsidRPr="007A0413">
        <w:rPr>
          <w:rFonts w:cs="Times New Roman"/>
          <w:sz w:val="24"/>
          <w:szCs w:val="24"/>
        </w:rPr>
        <w:t xml:space="preserve"> sunt </w:t>
      </w:r>
      <w:proofErr w:type="spellStart"/>
      <w:r w:rsidRPr="007A0413">
        <w:rPr>
          <w:rFonts w:cs="Times New Roman"/>
          <w:sz w:val="24"/>
          <w:szCs w:val="24"/>
        </w:rPr>
        <w:t>acceptate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numai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dacă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îndeplinesc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criteriile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minime</w:t>
      </w:r>
      <w:proofErr w:type="spellEnd"/>
      <w:r w:rsidRPr="007A0413">
        <w:rPr>
          <w:rFonts w:cs="Times New Roman"/>
          <w:sz w:val="24"/>
          <w:szCs w:val="24"/>
        </w:rPr>
        <w:t xml:space="preserve"> din </w:t>
      </w:r>
      <w:proofErr w:type="spellStart"/>
      <w:r w:rsidRPr="007A0413">
        <w:rPr>
          <w:rFonts w:cs="Times New Roman"/>
          <w:sz w:val="24"/>
          <w:szCs w:val="24"/>
        </w:rPr>
        <w:t>Caietul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sarcini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dacă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livrabilele</w:t>
      </w:r>
      <w:proofErr w:type="spellEnd"/>
      <w:r w:rsidRPr="007A0413">
        <w:rPr>
          <w:rFonts w:cs="Times New Roman"/>
          <w:sz w:val="24"/>
          <w:szCs w:val="24"/>
        </w:rPr>
        <w:t xml:space="preserve"> sunt complete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conforme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4C43E381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Neconformitățile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critice</w:t>
      </w:r>
      <w:proofErr w:type="spellEnd"/>
      <w:r w:rsidRPr="007A0413">
        <w:rPr>
          <w:rFonts w:cs="Times New Roman"/>
          <w:sz w:val="24"/>
          <w:szCs w:val="24"/>
        </w:rPr>
        <w:t xml:space="preserve"> care </w:t>
      </w:r>
      <w:proofErr w:type="spellStart"/>
      <w:r w:rsidRPr="007A0413">
        <w:rPr>
          <w:rFonts w:cs="Times New Roman"/>
          <w:sz w:val="24"/>
          <w:szCs w:val="24"/>
        </w:rPr>
        <w:t>afectează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siguranța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legalitatea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alimentarea</w:t>
      </w:r>
      <w:proofErr w:type="spellEnd"/>
      <w:r w:rsidRPr="007A0413">
        <w:rPr>
          <w:rFonts w:cs="Times New Roman"/>
          <w:sz w:val="24"/>
          <w:szCs w:val="24"/>
        </w:rPr>
        <w:t xml:space="preserve"> cu </w:t>
      </w:r>
      <w:proofErr w:type="spellStart"/>
      <w:r w:rsidRPr="007A0413">
        <w:rPr>
          <w:rFonts w:cs="Times New Roman"/>
          <w:sz w:val="24"/>
          <w:szCs w:val="24"/>
        </w:rPr>
        <w:t>energie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funcționarea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scenei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serviciile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medicale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veterinare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ori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bunăstarea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animalelor</w:t>
      </w:r>
      <w:proofErr w:type="spellEnd"/>
      <w:r w:rsidRPr="007A0413">
        <w:rPr>
          <w:rFonts w:cs="Times New Roman"/>
          <w:sz w:val="24"/>
          <w:szCs w:val="24"/>
        </w:rPr>
        <w:t xml:space="preserve"> se </w:t>
      </w:r>
      <w:proofErr w:type="spellStart"/>
      <w:r w:rsidRPr="007A0413">
        <w:rPr>
          <w:rFonts w:cs="Times New Roman"/>
          <w:sz w:val="24"/>
          <w:szCs w:val="24"/>
        </w:rPr>
        <w:t>remediază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imediat</w:t>
      </w:r>
      <w:proofErr w:type="spellEnd"/>
      <w:r w:rsidRPr="007A0413">
        <w:rPr>
          <w:rFonts w:cs="Times New Roman"/>
          <w:sz w:val="24"/>
          <w:szCs w:val="24"/>
        </w:rPr>
        <w:t xml:space="preserve">. </w:t>
      </w:r>
      <w:proofErr w:type="spellStart"/>
      <w:r w:rsidRPr="007A0413">
        <w:rPr>
          <w:rFonts w:cs="Times New Roman"/>
          <w:sz w:val="24"/>
          <w:szCs w:val="24"/>
        </w:rPr>
        <w:t>Celelalte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neconformități</w:t>
      </w:r>
      <w:proofErr w:type="spellEnd"/>
      <w:r w:rsidRPr="007A0413">
        <w:rPr>
          <w:rFonts w:cs="Times New Roman"/>
          <w:sz w:val="24"/>
          <w:szCs w:val="24"/>
        </w:rPr>
        <w:t xml:space="preserve"> se </w:t>
      </w:r>
      <w:proofErr w:type="spellStart"/>
      <w:r w:rsidRPr="007A0413">
        <w:rPr>
          <w:rFonts w:cs="Times New Roman"/>
          <w:sz w:val="24"/>
          <w:szCs w:val="24"/>
        </w:rPr>
        <w:t>remediază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termenul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stabilit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scris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reprezentantul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Achizitorului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funcție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natură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impact.</w:t>
      </w:r>
    </w:p>
    <w:p w14:paraId="637BA015" w14:textId="77777777" w:rsidR="00E10285" w:rsidRPr="007A0413" w:rsidRDefault="003B7C42">
      <w:pPr>
        <w:pStyle w:val="Titlu2"/>
        <w:rPr>
          <w:rFonts w:ascii="Times New Roman" w:hAnsi="Times New Roman" w:cs="Times New Roman"/>
          <w:szCs w:val="24"/>
        </w:rPr>
      </w:pPr>
      <w:r w:rsidRPr="007A0413">
        <w:rPr>
          <w:rFonts w:ascii="Times New Roman" w:eastAsia="Times New Roman" w:hAnsi="Times New Roman" w:cs="Times New Roman"/>
          <w:szCs w:val="24"/>
        </w:rPr>
        <w:t xml:space="preserve">Art. 14.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Facturare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plată</w:t>
      </w:r>
      <w:proofErr w:type="spellEnd"/>
    </w:p>
    <w:p w14:paraId="18B925C4" w14:textId="77777777" w:rsidR="00306829" w:rsidRPr="007A0413" w:rsidRDefault="00306829" w:rsidP="00306829">
      <w:pPr>
        <w:pStyle w:val="pdq2pgselectionanchorcontainer"/>
        <w:spacing w:before="0" w:beforeAutospacing="0" w:after="0" w:afterAutospacing="0"/>
        <w:ind w:firstLine="720"/>
      </w:pPr>
      <w:proofErr w:type="spellStart"/>
      <w:r w:rsidRPr="007A0413">
        <w:t>Prestatorul</w:t>
      </w:r>
      <w:proofErr w:type="spellEnd"/>
      <w:r w:rsidRPr="007A0413">
        <w:t xml:space="preserve"> </w:t>
      </w:r>
      <w:proofErr w:type="spellStart"/>
      <w:r w:rsidRPr="007A0413">
        <w:t>va</w:t>
      </w:r>
      <w:proofErr w:type="spellEnd"/>
      <w:r w:rsidRPr="007A0413">
        <w:t xml:space="preserve"> </w:t>
      </w:r>
      <w:proofErr w:type="spellStart"/>
      <w:r w:rsidRPr="007A0413">
        <w:t>emite</w:t>
      </w:r>
      <w:proofErr w:type="spellEnd"/>
      <w:r w:rsidRPr="007A0413">
        <w:t xml:space="preserve"> factura </w:t>
      </w:r>
      <w:proofErr w:type="spellStart"/>
      <w:r w:rsidRPr="007A0413">
        <w:t>după</w:t>
      </w:r>
      <w:proofErr w:type="spellEnd"/>
      <w:r w:rsidRPr="007A0413">
        <w:t xml:space="preserve"> </w:t>
      </w:r>
      <w:proofErr w:type="spellStart"/>
      <w:r w:rsidRPr="007A0413">
        <w:t>finalizarea</w:t>
      </w:r>
      <w:proofErr w:type="spellEnd"/>
      <w:r w:rsidRPr="007A0413">
        <w:t xml:space="preserve"> </w:t>
      </w:r>
      <w:proofErr w:type="spellStart"/>
      <w:r w:rsidRPr="007A0413">
        <w:t>și</w:t>
      </w:r>
      <w:proofErr w:type="spellEnd"/>
      <w:r w:rsidRPr="007A0413">
        <w:t xml:space="preserve"> </w:t>
      </w:r>
      <w:proofErr w:type="spellStart"/>
      <w:r w:rsidRPr="007A0413">
        <w:t>recepția</w:t>
      </w:r>
      <w:proofErr w:type="spellEnd"/>
      <w:r w:rsidRPr="007A0413">
        <w:t xml:space="preserve"> </w:t>
      </w:r>
      <w:proofErr w:type="spellStart"/>
      <w:r w:rsidRPr="007A0413">
        <w:t>serviciilor</w:t>
      </w:r>
      <w:proofErr w:type="spellEnd"/>
      <w:r w:rsidRPr="007A0413">
        <w:t xml:space="preserve"> care fac </w:t>
      </w:r>
      <w:proofErr w:type="spellStart"/>
      <w:r w:rsidRPr="007A0413">
        <w:t>obiectul</w:t>
      </w:r>
      <w:proofErr w:type="spellEnd"/>
      <w:r w:rsidRPr="007A0413">
        <w:t xml:space="preserve"> </w:t>
      </w:r>
      <w:proofErr w:type="spellStart"/>
      <w:r w:rsidRPr="007A0413">
        <w:t>contractului</w:t>
      </w:r>
      <w:proofErr w:type="spellEnd"/>
      <w:r w:rsidRPr="007A0413">
        <w:t xml:space="preserve">, </w:t>
      </w:r>
      <w:proofErr w:type="spellStart"/>
      <w:r w:rsidRPr="007A0413">
        <w:t>în</w:t>
      </w:r>
      <w:proofErr w:type="spellEnd"/>
      <w:r w:rsidRPr="007A0413">
        <w:t xml:space="preserve"> </w:t>
      </w:r>
      <w:proofErr w:type="spellStart"/>
      <w:r w:rsidRPr="007A0413">
        <w:t>baza</w:t>
      </w:r>
      <w:proofErr w:type="spellEnd"/>
      <w:r w:rsidRPr="007A0413">
        <w:t xml:space="preserve"> </w:t>
      </w:r>
      <w:proofErr w:type="spellStart"/>
      <w:r w:rsidRPr="007A0413">
        <w:t>procesului</w:t>
      </w:r>
      <w:proofErr w:type="spellEnd"/>
      <w:r w:rsidRPr="007A0413">
        <w:t xml:space="preserve">-verbal de </w:t>
      </w:r>
      <w:proofErr w:type="spellStart"/>
      <w:r w:rsidRPr="007A0413">
        <w:t>recepție</w:t>
      </w:r>
      <w:proofErr w:type="spellEnd"/>
      <w:r w:rsidRPr="007A0413">
        <w:t xml:space="preserve"> </w:t>
      </w:r>
      <w:proofErr w:type="spellStart"/>
      <w:r w:rsidRPr="007A0413">
        <w:t>semnat</w:t>
      </w:r>
      <w:proofErr w:type="spellEnd"/>
      <w:r w:rsidRPr="007A0413">
        <w:t xml:space="preserve"> de </w:t>
      </w:r>
      <w:proofErr w:type="spellStart"/>
      <w:r w:rsidRPr="007A0413">
        <w:t>către</w:t>
      </w:r>
      <w:proofErr w:type="spellEnd"/>
      <w:r w:rsidRPr="007A0413">
        <w:t xml:space="preserve"> </w:t>
      </w:r>
      <w:proofErr w:type="spellStart"/>
      <w:r w:rsidRPr="007A0413">
        <w:t>părți</w:t>
      </w:r>
      <w:proofErr w:type="spellEnd"/>
      <w:r w:rsidRPr="007A0413">
        <w:t xml:space="preserve"> </w:t>
      </w:r>
      <w:proofErr w:type="spellStart"/>
      <w:r w:rsidRPr="007A0413">
        <w:t>și</w:t>
      </w:r>
      <w:proofErr w:type="spellEnd"/>
      <w:r w:rsidRPr="007A0413">
        <w:t xml:space="preserve"> </w:t>
      </w:r>
      <w:proofErr w:type="spellStart"/>
      <w:r w:rsidRPr="007A0413">
        <w:t>după</w:t>
      </w:r>
      <w:proofErr w:type="spellEnd"/>
      <w:r w:rsidRPr="007A0413">
        <w:t xml:space="preserve"> </w:t>
      </w:r>
      <w:proofErr w:type="spellStart"/>
      <w:r w:rsidRPr="007A0413">
        <w:t>predarea</w:t>
      </w:r>
      <w:proofErr w:type="spellEnd"/>
      <w:r w:rsidRPr="007A0413">
        <w:t xml:space="preserve"> </w:t>
      </w:r>
      <w:proofErr w:type="spellStart"/>
      <w:r w:rsidRPr="007A0413">
        <w:t>și</w:t>
      </w:r>
      <w:proofErr w:type="spellEnd"/>
      <w:r w:rsidRPr="007A0413">
        <w:t xml:space="preserve"> </w:t>
      </w:r>
      <w:proofErr w:type="spellStart"/>
      <w:r w:rsidRPr="007A0413">
        <w:t>acceptarea</w:t>
      </w:r>
      <w:proofErr w:type="spellEnd"/>
      <w:r w:rsidRPr="007A0413">
        <w:t xml:space="preserve"> </w:t>
      </w:r>
      <w:proofErr w:type="spellStart"/>
      <w:r w:rsidRPr="007A0413">
        <w:t>raportului</w:t>
      </w:r>
      <w:proofErr w:type="spellEnd"/>
      <w:r w:rsidRPr="007A0413">
        <w:t xml:space="preserve"> final </w:t>
      </w:r>
      <w:proofErr w:type="spellStart"/>
      <w:r w:rsidRPr="007A0413">
        <w:t>și</w:t>
      </w:r>
      <w:proofErr w:type="spellEnd"/>
      <w:r w:rsidRPr="007A0413">
        <w:t xml:space="preserve"> </w:t>
      </w:r>
      <w:proofErr w:type="gramStart"/>
      <w:r w:rsidRPr="007A0413">
        <w:t>a</w:t>
      </w:r>
      <w:proofErr w:type="gramEnd"/>
      <w:r w:rsidRPr="007A0413">
        <w:t xml:space="preserve"> </w:t>
      </w:r>
      <w:proofErr w:type="spellStart"/>
      <w:r w:rsidRPr="007A0413">
        <w:t>arhivei</w:t>
      </w:r>
      <w:proofErr w:type="spellEnd"/>
      <w:r w:rsidRPr="007A0413">
        <w:t xml:space="preserve"> </w:t>
      </w:r>
      <w:proofErr w:type="spellStart"/>
      <w:r w:rsidRPr="007A0413">
        <w:t>electronice</w:t>
      </w:r>
      <w:proofErr w:type="spellEnd"/>
      <w:r w:rsidRPr="007A0413">
        <w:t xml:space="preserve"> </w:t>
      </w:r>
      <w:proofErr w:type="spellStart"/>
      <w:r w:rsidRPr="007A0413">
        <w:t>prevăzute</w:t>
      </w:r>
      <w:proofErr w:type="spellEnd"/>
      <w:r w:rsidRPr="007A0413">
        <w:t xml:space="preserve"> </w:t>
      </w:r>
      <w:proofErr w:type="spellStart"/>
      <w:r w:rsidRPr="007A0413">
        <w:t>în</w:t>
      </w:r>
      <w:proofErr w:type="spellEnd"/>
      <w:r w:rsidRPr="007A0413">
        <w:t xml:space="preserve"> </w:t>
      </w:r>
      <w:proofErr w:type="spellStart"/>
      <w:r w:rsidRPr="007A0413">
        <w:t>Caietul</w:t>
      </w:r>
      <w:proofErr w:type="spellEnd"/>
      <w:r w:rsidRPr="007A0413">
        <w:t xml:space="preserve"> de </w:t>
      </w:r>
      <w:proofErr w:type="spellStart"/>
      <w:r w:rsidRPr="007A0413">
        <w:t>sarcini</w:t>
      </w:r>
      <w:proofErr w:type="spellEnd"/>
      <w:r w:rsidRPr="007A0413">
        <w:t>.</w:t>
      </w:r>
    </w:p>
    <w:p w14:paraId="11EA8568" w14:textId="77777777" w:rsidR="00306829" w:rsidRPr="007A0413" w:rsidRDefault="00306829" w:rsidP="00306829">
      <w:pPr>
        <w:pStyle w:val="pdq2pgselectionanchorcontainer"/>
        <w:spacing w:before="0" w:beforeAutospacing="0" w:after="0" w:afterAutospacing="0"/>
        <w:ind w:firstLine="720"/>
      </w:pPr>
      <w:r w:rsidRPr="007A0413">
        <w:t xml:space="preserve"> Plata se </w:t>
      </w:r>
      <w:proofErr w:type="spellStart"/>
      <w:r w:rsidRPr="007A0413">
        <w:t>va</w:t>
      </w:r>
      <w:proofErr w:type="spellEnd"/>
      <w:r w:rsidRPr="007A0413">
        <w:t xml:space="preserve"> </w:t>
      </w:r>
      <w:proofErr w:type="spellStart"/>
      <w:r w:rsidRPr="007A0413">
        <w:t>efectua</w:t>
      </w:r>
      <w:proofErr w:type="spellEnd"/>
      <w:r w:rsidRPr="007A0413">
        <w:t xml:space="preserve"> </w:t>
      </w:r>
      <w:proofErr w:type="spellStart"/>
      <w:r w:rsidRPr="007A0413">
        <w:t>în</w:t>
      </w:r>
      <w:proofErr w:type="spellEnd"/>
      <w:r w:rsidRPr="007A0413">
        <w:t xml:space="preserve"> termen de maximum 30 de </w:t>
      </w:r>
      <w:proofErr w:type="spellStart"/>
      <w:r w:rsidRPr="007A0413">
        <w:t>zile</w:t>
      </w:r>
      <w:proofErr w:type="spellEnd"/>
      <w:r w:rsidRPr="007A0413">
        <w:t xml:space="preserve"> de la data </w:t>
      </w:r>
      <w:proofErr w:type="spellStart"/>
      <w:r w:rsidRPr="007A0413">
        <w:t>primirii</w:t>
      </w:r>
      <w:proofErr w:type="spellEnd"/>
      <w:r w:rsidRPr="007A0413">
        <w:t xml:space="preserve"> </w:t>
      </w:r>
      <w:proofErr w:type="spellStart"/>
      <w:r w:rsidRPr="007A0413">
        <w:t>facturii</w:t>
      </w:r>
      <w:proofErr w:type="spellEnd"/>
      <w:r w:rsidRPr="007A0413">
        <w:t xml:space="preserve"> </w:t>
      </w:r>
      <w:proofErr w:type="spellStart"/>
      <w:r w:rsidRPr="007A0413">
        <w:t>corect</w:t>
      </w:r>
      <w:proofErr w:type="spellEnd"/>
      <w:r w:rsidRPr="007A0413">
        <w:t xml:space="preserve"> </w:t>
      </w:r>
      <w:proofErr w:type="spellStart"/>
      <w:r w:rsidRPr="007A0413">
        <w:t>întocmite</w:t>
      </w:r>
      <w:proofErr w:type="spellEnd"/>
      <w:r w:rsidRPr="007A0413">
        <w:t xml:space="preserve"> </w:t>
      </w:r>
      <w:proofErr w:type="spellStart"/>
      <w:r w:rsidRPr="007A0413">
        <w:t>și</w:t>
      </w:r>
      <w:proofErr w:type="spellEnd"/>
      <w:r w:rsidRPr="007A0413">
        <w:t xml:space="preserve"> a </w:t>
      </w:r>
      <w:proofErr w:type="spellStart"/>
      <w:r w:rsidRPr="007A0413">
        <w:t>documentelor</w:t>
      </w:r>
      <w:proofErr w:type="spellEnd"/>
      <w:r w:rsidRPr="007A0413">
        <w:t xml:space="preserve"> justificative </w:t>
      </w:r>
      <w:proofErr w:type="spellStart"/>
      <w:r w:rsidRPr="007A0413">
        <w:t>aferente</w:t>
      </w:r>
      <w:proofErr w:type="spellEnd"/>
      <w:r w:rsidRPr="007A0413">
        <w:t xml:space="preserve">, </w:t>
      </w:r>
      <w:proofErr w:type="spellStart"/>
      <w:r w:rsidRPr="007A0413">
        <w:t>în</w:t>
      </w:r>
      <w:proofErr w:type="spellEnd"/>
      <w:r w:rsidRPr="007A0413">
        <w:t xml:space="preserve"> </w:t>
      </w:r>
      <w:proofErr w:type="spellStart"/>
      <w:r w:rsidRPr="007A0413">
        <w:t>contul</w:t>
      </w:r>
      <w:proofErr w:type="spellEnd"/>
      <w:r w:rsidRPr="007A0413">
        <w:t xml:space="preserve"> </w:t>
      </w:r>
      <w:proofErr w:type="spellStart"/>
      <w:r w:rsidRPr="007A0413">
        <w:t>indicat</w:t>
      </w:r>
      <w:proofErr w:type="spellEnd"/>
      <w:r w:rsidRPr="007A0413">
        <w:t xml:space="preserve"> de </w:t>
      </w:r>
      <w:proofErr w:type="spellStart"/>
      <w:r w:rsidRPr="007A0413">
        <w:t>Prestator</w:t>
      </w:r>
      <w:proofErr w:type="spellEnd"/>
      <w:r w:rsidRPr="007A0413">
        <w:t xml:space="preserve">, cu </w:t>
      </w:r>
      <w:proofErr w:type="spellStart"/>
      <w:r w:rsidRPr="007A0413">
        <w:t>respectarea</w:t>
      </w:r>
      <w:proofErr w:type="spellEnd"/>
      <w:r w:rsidRPr="007A0413">
        <w:t xml:space="preserve"> </w:t>
      </w:r>
      <w:proofErr w:type="spellStart"/>
      <w:r w:rsidRPr="007A0413">
        <w:t>prevederilor</w:t>
      </w:r>
      <w:proofErr w:type="spellEnd"/>
      <w:r w:rsidRPr="007A0413">
        <w:t xml:space="preserve"> </w:t>
      </w:r>
      <w:proofErr w:type="spellStart"/>
      <w:r w:rsidRPr="007A0413">
        <w:t>legale</w:t>
      </w:r>
      <w:proofErr w:type="spellEnd"/>
      <w:r w:rsidRPr="007A0413">
        <w:t xml:space="preserve"> </w:t>
      </w:r>
      <w:proofErr w:type="spellStart"/>
      <w:r w:rsidRPr="007A0413">
        <w:t>aplicabile</w:t>
      </w:r>
      <w:proofErr w:type="spellEnd"/>
      <w:r w:rsidRPr="007A0413">
        <w:t>.</w:t>
      </w:r>
    </w:p>
    <w:p w14:paraId="6D0C98E8" w14:textId="77777777" w:rsidR="00E10285" w:rsidRPr="007A0413" w:rsidRDefault="003B7C42" w:rsidP="00306829">
      <w:pPr>
        <w:pStyle w:val="pdq2pgselectionanchorcontainer"/>
        <w:spacing w:before="0" w:beforeAutospacing="0" w:after="0" w:afterAutospacing="0"/>
      </w:pPr>
      <w:r w:rsidRPr="007A0413">
        <w:t xml:space="preserve">Nu se </w:t>
      </w:r>
      <w:proofErr w:type="spellStart"/>
      <w:r w:rsidRPr="007A0413">
        <w:t>acordă</w:t>
      </w:r>
      <w:proofErr w:type="spellEnd"/>
      <w:r w:rsidRPr="007A0413">
        <w:t xml:space="preserve"> </w:t>
      </w:r>
      <w:proofErr w:type="spellStart"/>
      <w:r w:rsidRPr="007A0413">
        <w:t>avans</w:t>
      </w:r>
      <w:proofErr w:type="spellEnd"/>
      <w:r w:rsidRPr="007A0413">
        <w:t xml:space="preserve">. </w:t>
      </w:r>
      <w:proofErr w:type="spellStart"/>
      <w:r w:rsidRPr="007A0413">
        <w:t>Achizitorul</w:t>
      </w:r>
      <w:proofErr w:type="spellEnd"/>
      <w:r w:rsidRPr="007A0413">
        <w:t xml:space="preserve"> </w:t>
      </w:r>
      <w:proofErr w:type="spellStart"/>
      <w:r w:rsidRPr="007A0413">
        <w:t>poate</w:t>
      </w:r>
      <w:proofErr w:type="spellEnd"/>
      <w:r w:rsidRPr="007A0413">
        <w:t xml:space="preserve"> </w:t>
      </w:r>
      <w:proofErr w:type="spellStart"/>
      <w:r w:rsidRPr="007A0413">
        <w:t>suspenda</w:t>
      </w:r>
      <w:proofErr w:type="spellEnd"/>
      <w:r w:rsidRPr="007A0413">
        <w:t xml:space="preserve"> </w:t>
      </w:r>
      <w:proofErr w:type="spellStart"/>
      <w:r w:rsidRPr="007A0413">
        <w:t>plata</w:t>
      </w:r>
      <w:proofErr w:type="spellEnd"/>
      <w:r w:rsidRPr="007A0413">
        <w:t xml:space="preserve"> </w:t>
      </w:r>
      <w:proofErr w:type="spellStart"/>
      <w:r w:rsidRPr="007A0413">
        <w:t>sumelor</w:t>
      </w:r>
      <w:proofErr w:type="spellEnd"/>
      <w:r w:rsidRPr="007A0413">
        <w:t xml:space="preserve"> </w:t>
      </w:r>
      <w:proofErr w:type="spellStart"/>
      <w:r w:rsidRPr="007A0413">
        <w:t>aferente</w:t>
      </w:r>
      <w:proofErr w:type="spellEnd"/>
      <w:r w:rsidRPr="007A0413">
        <w:t xml:space="preserve"> </w:t>
      </w:r>
      <w:proofErr w:type="spellStart"/>
      <w:r w:rsidRPr="007A0413">
        <w:t>prestațiilor</w:t>
      </w:r>
      <w:proofErr w:type="spellEnd"/>
      <w:r w:rsidRPr="007A0413">
        <w:t xml:space="preserve"> </w:t>
      </w:r>
      <w:proofErr w:type="spellStart"/>
      <w:r w:rsidRPr="007A0413">
        <w:t>neacceptate</w:t>
      </w:r>
      <w:proofErr w:type="spellEnd"/>
      <w:r w:rsidRPr="007A0413">
        <w:t xml:space="preserve"> </w:t>
      </w:r>
      <w:proofErr w:type="spellStart"/>
      <w:r w:rsidRPr="007A0413">
        <w:t>până</w:t>
      </w:r>
      <w:proofErr w:type="spellEnd"/>
      <w:r w:rsidRPr="007A0413">
        <w:t xml:space="preserve"> la </w:t>
      </w:r>
      <w:proofErr w:type="spellStart"/>
      <w:r w:rsidRPr="007A0413">
        <w:t>remedierea</w:t>
      </w:r>
      <w:proofErr w:type="spellEnd"/>
      <w:r w:rsidRPr="007A0413">
        <w:t xml:space="preserve"> </w:t>
      </w:r>
      <w:proofErr w:type="spellStart"/>
      <w:r w:rsidRPr="007A0413">
        <w:t>neconformităților</w:t>
      </w:r>
      <w:proofErr w:type="spellEnd"/>
      <w:r w:rsidRPr="007A0413">
        <w:t xml:space="preserve"> </w:t>
      </w:r>
      <w:proofErr w:type="spellStart"/>
      <w:r w:rsidRPr="007A0413">
        <w:t>și</w:t>
      </w:r>
      <w:proofErr w:type="spellEnd"/>
      <w:r w:rsidRPr="007A0413">
        <w:t xml:space="preserve"> </w:t>
      </w:r>
      <w:proofErr w:type="spellStart"/>
      <w:r w:rsidRPr="007A0413">
        <w:t>predarea</w:t>
      </w:r>
      <w:proofErr w:type="spellEnd"/>
      <w:r w:rsidRPr="007A0413">
        <w:t xml:space="preserve"> </w:t>
      </w:r>
      <w:proofErr w:type="spellStart"/>
      <w:r w:rsidRPr="007A0413">
        <w:t>completă</w:t>
      </w:r>
      <w:proofErr w:type="spellEnd"/>
      <w:r w:rsidRPr="007A0413">
        <w:t xml:space="preserve"> a </w:t>
      </w:r>
      <w:proofErr w:type="spellStart"/>
      <w:r w:rsidRPr="007A0413">
        <w:t>documentelor</w:t>
      </w:r>
      <w:proofErr w:type="spellEnd"/>
      <w:r w:rsidRPr="007A0413">
        <w:t>.</w:t>
      </w:r>
    </w:p>
    <w:p w14:paraId="1752E9FB" w14:textId="77777777" w:rsidR="00E10285" w:rsidRPr="007A0413" w:rsidRDefault="003B7C42">
      <w:pPr>
        <w:pStyle w:val="Titlu2"/>
        <w:rPr>
          <w:rFonts w:ascii="Times New Roman" w:hAnsi="Times New Roman" w:cs="Times New Roman"/>
          <w:szCs w:val="24"/>
        </w:rPr>
      </w:pPr>
      <w:r w:rsidRPr="007A0413">
        <w:rPr>
          <w:rFonts w:ascii="Times New Roman" w:eastAsia="Times New Roman" w:hAnsi="Times New Roman" w:cs="Times New Roman"/>
          <w:szCs w:val="24"/>
        </w:rPr>
        <w:t xml:space="preserve">Art. 15.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Penalități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răspundere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contractuală</w:t>
      </w:r>
      <w:proofErr w:type="spellEnd"/>
    </w:p>
    <w:p w14:paraId="62E6F2A9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Pentru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neîndeplinirea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culpabilă</w:t>
      </w:r>
      <w:proofErr w:type="spellEnd"/>
      <w:r w:rsidRPr="007A0413">
        <w:rPr>
          <w:rFonts w:cs="Times New Roman"/>
          <w:sz w:val="24"/>
          <w:szCs w:val="24"/>
        </w:rPr>
        <w:t xml:space="preserve"> la termen </w:t>
      </w:r>
      <w:proofErr w:type="gramStart"/>
      <w:r w:rsidRPr="007A0413">
        <w:rPr>
          <w:rFonts w:cs="Times New Roman"/>
          <w:sz w:val="24"/>
          <w:szCs w:val="24"/>
        </w:rPr>
        <w:t>a</w:t>
      </w:r>
      <w:proofErr w:type="gram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obligațiilor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Prestatorul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datorează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penalități</w:t>
      </w:r>
      <w:proofErr w:type="spellEnd"/>
      <w:r w:rsidRPr="007A0413">
        <w:rPr>
          <w:rFonts w:cs="Times New Roman"/>
          <w:sz w:val="24"/>
          <w:szCs w:val="24"/>
        </w:rPr>
        <w:t xml:space="preserve"> de 0,04% pe zi de </w:t>
      </w:r>
      <w:proofErr w:type="spellStart"/>
      <w:r w:rsidRPr="007A0413">
        <w:rPr>
          <w:rFonts w:cs="Times New Roman"/>
          <w:sz w:val="24"/>
          <w:szCs w:val="24"/>
        </w:rPr>
        <w:t>întârziere</w:t>
      </w:r>
      <w:proofErr w:type="spellEnd"/>
      <w:r w:rsidRPr="007A0413">
        <w:rPr>
          <w:rFonts w:cs="Times New Roman"/>
          <w:sz w:val="24"/>
          <w:szCs w:val="24"/>
        </w:rPr>
        <w:t xml:space="preserve">, calculate </w:t>
      </w:r>
      <w:proofErr w:type="spellStart"/>
      <w:r w:rsidRPr="007A0413">
        <w:rPr>
          <w:rFonts w:cs="Times New Roman"/>
          <w:sz w:val="24"/>
          <w:szCs w:val="24"/>
        </w:rPr>
        <w:t>asupra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valorii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obligației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neexecutate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sau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executate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necorespunzător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fără</w:t>
      </w:r>
      <w:proofErr w:type="spellEnd"/>
      <w:r w:rsidRPr="007A0413">
        <w:rPr>
          <w:rFonts w:cs="Times New Roman"/>
          <w:sz w:val="24"/>
          <w:szCs w:val="24"/>
        </w:rPr>
        <w:t xml:space="preserve"> a </w:t>
      </w:r>
      <w:proofErr w:type="spellStart"/>
      <w:r w:rsidRPr="007A0413">
        <w:rPr>
          <w:rFonts w:cs="Times New Roman"/>
          <w:sz w:val="24"/>
          <w:szCs w:val="24"/>
        </w:rPr>
        <w:t>depăși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valoarea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acesteia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50F82B3D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cazul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care </w:t>
      </w:r>
      <w:proofErr w:type="spellStart"/>
      <w:r w:rsidRPr="007A0413">
        <w:rPr>
          <w:rFonts w:cs="Times New Roman"/>
          <w:sz w:val="24"/>
          <w:szCs w:val="24"/>
        </w:rPr>
        <w:t>Achizitorul</w:t>
      </w:r>
      <w:proofErr w:type="spellEnd"/>
      <w:r w:rsidRPr="007A0413">
        <w:rPr>
          <w:rFonts w:cs="Times New Roman"/>
          <w:sz w:val="24"/>
          <w:szCs w:val="24"/>
        </w:rPr>
        <w:t xml:space="preserve"> nu </w:t>
      </w:r>
      <w:proofErr w:type="spellStart"/>
      <w:r w:rsidRPr="007A0413">
        <w:rPr>
          <w:rFonts w:cs="Times New Roman"/>
          <w:sz w:val="24"/>
          <w:szCs w:val="24"/>
        </w:rPr>
        <w:t>achită</w:t>
      </w:r>
      <w:proofErr w:type="spellEnd"/>
      <w:r w:rsidRPr="007A0413">
        <w:rPr>
          <w:rFonts w:cs="Times New Roman"/>
          <w:sz w:val="24"/>
          <w:szCs w:val="24"/>
        </w:rPr>
        <w:t xml:space="preserve"> la termen </w:t>
      </w:r>
      <w:proofErr w:type="spellStart"/>
      <w:r w:rsidRPr="007A0413">
        <w:rPr>
          <w:rFonts w:cs="Times New Roman"/>
          <w:sz w:val="24"/>
          <w:szCs w:val="24"/>
        </w:rPr>
        <w:t>facturile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acceptate</w:t>
      </w:r>
      <w:proofErr w:type="spellEnd"/>
      <w:r w:rsidRPr="007A0413">
        <w:rPr>
          <w:rFonts w:cs="Times New Roman"/>
          <w:sz w:val="24"/>
          <w:szCs w:val="24"/>
        </w:rPr>
        <w:t xml:space="preserve"> din culpa </w:t>
      </w:r>
      <w:proofErr w:type="spellStart"/>
      <w:r w:rsidRPr="007A0413">
        <w:rPr>
          <w:rFonts w:cs="Times New Roman"/>
          <w:sz w:val="24"/>
          <w:szCs w:val="24"/>
        </w:rPr>
        <w:t>sa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Prestatorul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poate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solicita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penalități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condițiile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legii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ale </w:t>
      </w:r>
      <w:proofErr w:type="spellStart"/>
      <w:r w:rsidRPr="007A0413">
        <w:rPr>
          <w:rFonts w:cs="Times New Roman"/>
          <w:sz w:val="24"/>
          <w:szCs w:val="24"/>
        </w:rPr>
        <w:t>contractului</w:t>
      </w:r>
      <w:proofErr w:type="spellEnd"/>
      <w:r w:rsidRPr="007A0413">
        <w:rPr>
          <w:rFonts w:cs="Times New Roman"/>
          <w:sz w:val="24"/>
          <w:szCs w:val="24"/>
        </w:rPr>
        <w:t xml:space="preserve">. </w:t>
      </w:r>
      <w:proofErr w:type="spellStart"/>
      <w:r w:rsidRPr="007A0413">
        <w:rPr>
          <w:rFonts w:cs="Times New Roman"/>
          <w:sz w:val="24"/>
          <w:szCs w:val="24"/>
        </w:rPr>
        <w:t>Aplicarea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penalităților</w:t>
      </w:r>
      <w:proofErr w:type="spellEnd"/>
      <w:r w:rsidRPr="007A0413">
        <w:rPr>
          <w:rFonts w:cs="Times New Roman"/>
          <w:sz w:val="24"/>
          <w:szCs w:val="24"/>
        </w:rPr>
        <w:t xml:space="preserve"> nu </w:t>
      </w:r>
      <w:proofErr w:type="spellStart"/>
      <w:r w:rsidRPr="007A0413">
        <w:rPr>
          <w:rFonts w:cs="Times New Roman"/>
          <w:sz w:val="24"/>
          <w:szCs w:val="24"/>
        </w:rPr>
        <w:t>înlătură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dreptul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părții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prejudiciate</w:t>
      </w:r>
      <w:proofErr w:type="spellEnd"/>
      <w:r w:rsidRPr="007A0413">
        <w:rPr>
          <w:rFonts w:cs="Times New Roman"/>
          <w:sz w:val="24"/>
          <w:szCs w:val="24"/>
        </w:rPr>
        <w:t xml:space="preserve"> de a </w:t>
      </w:r>
      <w:proofErr w:type="spellStart"/>
      <w:r w:rsidRPr="007A0413">
        <w:rPr>
          <w:rFonts w:cs="Times New Roman"/>
          <w:sz w:val="24"/>
          <w:szCs w:val="24"/>
        </w:rPr>
        <w:t>solicita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repararea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prejudiciului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limitele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legii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5B9FA7F0" w14:textId="77777777" w:rsidR="00E10285" w:rsidRPr="007A0413" w:rsidRDefault="003B7C42">
      <w:pPr>
        <w:pStyle w:val="Titlu2"/>
        <w:rPr>
          <w:rFonts w:ascii="Times New Roman" w:hAnsi="Times New Roman" w:cs="Times New Roman"/>
          <w:szCs w:val="24"/>
        </w:rPr>
      </w:pPr>
      <w:r w:rsidRPr="007A0413">
        <w:rPr>
          <w:rFonts w:ascii="Times New Roman" w:eastAsia="Times New Roman" w:hAnsi="Times New Roman" w:cs="Times New Roman"/>
          <w:szCs w:val="24"/>
        </w:rPr>
        <w:t xml:space="preserve">Art. 16.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Drepturi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de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proprietate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intelectuală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imagine</w:t>
      </w:r>
    </w:p>
    <w:p w14:paraId="16FA87CB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Prestatorul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garantează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deține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obține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drepturile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licențele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consimțămintele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acordurile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necesare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pentru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muzică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interpretări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fotografii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filmări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creații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grafice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alte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materiale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utilizate</w:t>
      </w:r>
      <w:proofErr w:type="spellEnd"/>
      <w:r w:rsidRPr="007A0413">
        <w:rPr>
          <w:rFonts w:cs="Times New Roman"/>
          <w:sz w:val="24"/>
          <w:szCs w:val="24"/>
        </w:rPr>
        <w:t xml:space="preserve">. </w:t>
      </w:r>
      <w:proofErr w:type="spellStart"/>
      <w:r w:rsidRPr="007A0413">
        <w:rPr>
          <w:rFonts w:cs="Times New Roman"/>
          <w:sz w:val="24"/>
          <w:szCs w:val="24"/>
        </w:rPr>
        <w:t>Pentru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materialele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realizate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executarea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contractului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Prestatorul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acordă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Achizitorului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drepturile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utilizare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necesare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scopurilor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instituționale</w:t>
      </w:r>
      <w:proofErr w:type="spellEnd"/>
      <w:r w:rsidRPr="007A0413">
        <w:rPr>
          <w:rFonts w:cs="Times New Roman"/>
          <w:sz w:val="24"/>
          <w:szCs w:val="24"/>
        </w:rPr>
        <w:t xml:space="preserve">, pe </w:t>
      </w:r>
      <w:proofErr w:type="spellStart"/>
      <w:r w:rsidRPr="007A0413">
        <w:rPr>
          <w:rFonts w:cs="Times New Roman"/>
          <w:sz w:val="24"/>
          <w:szCs w:val="24"/>
        </w:rPr>
        <w:t>durata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teritoriul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permise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drepturile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dobândite</w:t>
      </w:r>
      <w:proofErr w:type="spellEnd"/>
      <w:r w:rsidRPr="007A0413">
        <w:rPr>
          <w:rFonts w:cs="Times New Roman"/>
          <w:sz w:val="24"/>
          <w:szCs w:val="24"/>
        </w:rPr>
        <w:t xml:space="preserve">, conform </w:t>
      </w:r>
      <w:proofErr w:type="spellStart"/>
      <w:r w:rsidRPr="007A0413">
        <w:rPr>
          <w:rFonts w:cs="Times New Roman"/>
          <w:sz w:val="24"/>
          <w:szCs w:val="24"/>
        </w:rPr>
        <w:t>propunerii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tehnice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legislației</w:t>
      </w:r>
      <w:proofErr w:type="spellEnd"/>
      <w:r w:rsidRPr="007A0413">
        <w:rPr>
          <w:rFonts w:cs="Times New Roman"/>
          <w:sz w:val="24"/>
          <w:szCs w:val="24"/>
        </w:rPr>
        <w:t xml:space="preserve">. </w:t>
      </w:r>
      <w:proofErr w:type="spellStart"/>
      <w:r w:rsidRPr="007A0413">
        <w:rPr>
          <w:rFonts w:cs="Times New Roman"/>
          <w:sz w:val="24"/>
          <w:szCs w:val="24"/>
        </w:rPr>
        <w:t>Fișierele</w:t>
      </w:r>
      <w:proofErr w:type="spellEnd"/>
      <w:r w:rsidRPr="007A0413">
        <w:rPr>
          <w:rFonts w:cs="Times New Roman"/>
          <w:sz w:val="24"/>
          <w:szCs w:val="24"/>
        </w:rPr>
        <w:t xml:space="preserve"> finale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editabile</w:t>
      </w:r>
      <w:proofErr w:type="spellEnd"/>
      <w:r w:rsidRPr="007A0413">
        <w:rPr>
          <w:rFonts w:cs="Times New Roman"/>
          <w:sz w:val="24"/>
          <w:szCs w:val="24"/>
        </w:rPr>
        <w:t xml:space="preserve"> se </w:t>
      </w:r>
      <w:proofErr w:type="spellStart"/>
      <w:r w:rsidRPr="007A0413">
        <w:rPr>
          <w:rFonts w:cs="Times New Roman"/>
          <w:sz w:val="24"/>
          <w:szCs w:val="24"/>
        </w:rPr>
        <w:t>predau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Achizitorului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243835EA" w14:textId="77777777" w:rsidR="00E10285" w:rsidRPr="007A0413" w:rsidRDefault="003B7C42">
      <w:pPr>
        <w:pStyle w:val="Titlu2"/>
        <w:rPr>
          <w:rFonts w:ascii="Times New Roman" w:hAnsi="Times New Roman" w:cs="Times New Roman"/>
          <w:szCs w:val="24"/>
        </w:rPr>
      </w:pPr>
      <w:r w:rsidRPr="007A0413">
        <w:rPr>
          <w:rFonts w:ascii="Times New Roman" w:eastAsia="Times New Roman" w:hAnsi="Times New Roman" w:cs="Times New Roman"/>
          <w:szCs w:val="24"/>
        </w:rPr>
        <w:t xml:space="preserve">Art. 17.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Protecția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datelor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confidențialitate</w:t>
      </w:r>
      <w:proofErr w:type="spellEnd"/>
    </w:p>
    <w:p w14:paraId="1B790A35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Părțile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vor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respecta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legislația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privind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protecția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datelor</w:t>
      </w:r>
      <w:proofErr w:type="spellEnd"/>
      <w:r w:rsidRPr="007A0413">
        <w:rPr>
          <w:rFonts w:cs="Times New Roman"/>
          <w:sz w:val="24"/>
          <w:szCs w:val="24"/>
        </w:rPr>
        <w:t xml:space="preserve"> cu </w:t>
      </w:r>
      <w:proofErr w:type="spellStart"/>
      <w:r w:rsidRPr="007A0413">
        <w:rPr>
          <w:rFonts w:cs="Times New Roman"/>
          <w:sz w:val="24"/>
          <w:szCs w:val="24"/>
        </w:rPr>
        <w:t>caracter</w:t>
      </w:r>
      <w:proofErr w:type="spellEnd"/>
      <w:r w:rsidRPr="007A0413">
        <w:rPr>
          <w:rFonts w:cs="Times New Roman"/>
          <w:sz w:val="24"/>
          <w:szCs w:val="24"/>
        </w:rPr>
        <w:t xml:space="preserve"> personal. </w:t>
      </w:r>
      <w:proofErr w:type="spellStart"/>
      <w:r w:rsidRPr="007A0413">
        <w:rPr>
          <w:rFonts w:cs="Times New Roman"/>
          <w:sz w:val="24"/>
          <w:szCs w:val="24"/>
        </w:rPr>
        <w:t>Fotografierea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filmarea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minorilor</w:t>
      </w:r>
      <w:proofErr w:type="spellEnd"/>
      <w:r w:rsidRPr="007A0413">
        <w:rPr>
          <w:rFonts w:cs="Times New Roman"/>
          <w:sz w:val="24"/>
          <w:szCs w:val="24"/>
        </w:rPr>
        <w:t xml:space="preserve"> se </w:t>
      </w:r>
      <w:proofErr w:type="spellStart"/>
      <w:r w:rsidRPr="007A0413">
        <w:rPr>
          <w:rFonts w:cs="Times New Roman"/>
          <w:sz w:val="24"/>
          <w:szCs w:val="24"/>
        </w:rPr>
        <w:t>realizează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numai</w:t>
      </w:r>
      <w:proofErr w:type="spellEnd"/>
      <w:r w:rsidRPr="007A0413">
        <w:rPr>
          <w:rFonts w:cs="Times New Roman"/>
          <w:sz w:val="24"/>
          <w:szCs w:val="24"/>
        </w:rPr>
        <w:t xml:space="preserve"> cu </w:t>
      </w:r>
      <w:proofErr w:type="spellStart"/>
      <w:r w:rsidRPr="007A0413">
        <w:rPr>
          <w:rFonts w:cs="Times New Roman"/>
          <w:sz w:val="24"/>
          <w:szCs w:val="24"/>
        </w:rPr>
        <w:t>respectarea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regulilor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consimțământ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aplicabile</w:t>
      </w:r>
      <w:proofErr w:type="spellEnd"/>
      <w:r w:rsidRPr="007A0413">
        <w:rPr>
          <w:rFonts w:cs="Times New Roman"/>
          <w:sz w:val="24"/>
          <w:szCs w:val="24"/>
        </w:rPr>
        <w:t xml:space="preserve">. </w:t>
      </w:r>
      <w:proofErr w:type="spellStart"/>
      <w:r w:rsidRPr="007A0413">
        <w:rPr>
          <w:rFonts w:cs="Times New Roman"/>
          <w:sz w:val="24"/>
          <w:szCs w:val="24"/>
        </w:rPr>
        <w:t>Prestatorul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păstrează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confidențialitatea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informațiilor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nepublice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primite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nu </w:t>
      </w:r>
      <w:proofErr w:type="spellStart"/>
      <w:r w:rsidRPr="007A0413">
        <w:rPr>
          <w:rFonts w:cs="Times New Roman"/>
          <w:sz w:val="24"/>
          <w:szCs w:val="24"/>
        </w:rPr>
        <w:t>utilizează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însemnele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datele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sau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materialele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Achizitorului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alte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scopuri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fără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acord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0D894F93" w14:textId="77777777" w:rsidR="00E10285" w:rsidRPr="007A0413" w:rsidRDefault="003B7C42">
      <w:pPr>
        <w:pStyle w:val="Titlu2"/>
        <w:rPr>
          <w:rFonts w:ascii="Times New Roman" w:hAnsi="Times New Roman" w:cs="Times New Roman"/>
          <w:szCs w:val="24"/>
        </w:rPr>
      </w:pPr>
      <w:r w:rsidRPr="007A0413">
        <w:rPr>
          <w:rFonts w:ascii="Times New Roman" w:eastAsia="Times New Roman" w:hAnsi="Times New Roman" w:cs="Times New Roman"/>
          <w:szCs w:val="24"/>
        </w:rPr>
        <w:t xml:space="preserve">Art. 18.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Asigurări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răspundere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față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de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terți</w:t>
      </w:r>
      <w:proofErr w:type="spellEnd"/>
    </w:p>
    <w:p w14:paraId="67BE7658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Prestatorul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va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menține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valabilă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polița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răspundere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civilă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prevăzută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Caietul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sarcini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va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încheia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orice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alte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asigurări</w:t>
      </w:r>
      <w:proofErr w:type="spellEnd"/>
      <w:r w:rsidRPr="007A0413">
        <w:rPr>
          <w:rFonts w:cs="Times New Roman"/>
          <w:sz w:val="24"/>
          <w:szCs w:val="24"/>
        </w:rPr>
        <w:t xml:space="preserve"> care </w:t>
      </w:r>
      <w:proofErr w:type="spellStart"/>
      <w:r w:rsidRPr="007A0413">
        <w:rPr>
          <w:rFonts w:cs="Times New Roman"/>
          <w:sz w:val="24"/>
          <w:szCs w:val="24"/>
        </w:rPr>
        <w:t>devin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obligatorii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potrivit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legislației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aplicabile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activităților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efectiv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prestate</w:t>
      </w:r>
      <w:proofErr w:type="spellEnd"/>
      <w:r w:rsidRPr="007A0413">
        <w:rPr>
          <w:rFonts w:cs="Times New Roman"/>
          <w:sz w:val="24"/>
          <w:szCs w:val="24"/>
        </w:rPr>
        <w:t xml:space="preserve">. </w:t>
      </w:r>
      <w:proofErr w:type="spellStart"/>
      <w:r w:rsidRPr="007A0413">
        <w:rPr>
          <w:rFonts w:cs="Times New Roman"/>
          <w:sz w:val="24"/>
          <w:szCs w:val="24"/>
        </w:rPr>
        <w:lastRenderedPageBreak/>
        <w:t>Prestatorul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răspunde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pentru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prejudiciile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cauzate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Achizitorului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ori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terților</w:t>
      </w:r>
      <w:proofErr w:type="spellEnd"/>
      <w:r w:rsidRPr="007A0413">
        <w:rPr>
          <w:rFonts w:cs="Times New Roman"/>
          <w:sz w:val="24"/>
          <w:szCs w:val="24"/>
        </w:rPr>
        <w:t xml:space="preserve"> din culpa </w:t>
      </w:r>
      <w:proofErr w:type="spellStart"/>
      <w:r w:rsidRPr="007A0413">
        <w:rPr>
          <w:rFonts w:cs="Times New Roman"/>
          <w:sz w:val="24"/>
          <w:szCs w:val="24"/>
        </w:rPr>
        <w:t>sa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sau</w:t>
      </w:r>
      <w:proofErr w:type="spellEnd"/>
      <w:r w:rsidRPr="007A0413">
        <w:rPr>
          <w:rFonts w:cs="Times New Roman"/>
          <w:sz w:val="24"/>
          <w:szCs w:val="24"/>
        </w:rPr>
        <w:t xml:space="preserve"> a </w:t>
      </w:r>
      <w:proofErr w:type="spellStart"/>
      <w:r w:rsidRPr="007A0413">
        <w:rPr>
          <w:rFonts w:cs="Times New Roman"/>
          <w:sz w:val="24"/>
          <w:szCs w:val="24"/>
        </w:rPr>
        <w:t>subcontractanților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furnizorilor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personalului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său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10CEF3CD" w14:textId="77777777" w:rsidR="00E10285" w:rsidRPr="007A0413" w:rsidRDefault="003B7C42">
      <w:pPr>
        <w:pStyle w:val="Titlu2"/>
        <w:rPr>
          <w:rFonts w:ascii="Times New Roman" w:hAnsi="Times New Roman" w:cs="Times New Roman"/>
          <w:szCs w:val="24"/>
        </w:rPr>
      </w:pPr>
      <w:r w:rsidRPr="007A0413">
        <w:rPr>
          <w:rFonts w:ascii="Times New Roman" w:eastAsia="Times New Roman" w:hAnsi="Times New Roman" w:cs="Times New Roman"/>
          <w:szCs w:val="24"/>
        </w:rPr>
        <w:t xml:space="preserve">Art. 19.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Modificarea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contractului</w:t>
      </w:r>
      <w:proofErr w:type="spellEnd"/>
    </w:p>
    <w:p w14:paraId="6E6BAD2D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Modificarea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contractului</w:t>
      </w:r>
      <w:proofErr w:type="spellEnd"/>
      <w:r w:rsidRPr="007A0413">
        <w:rPr>
          <w:rFonts w:cs="Times New Roman"/>
          <w:sz w:val="24"/>
          <w:szCs w:val="24"/>
        </w:rPr>
        <w:t xml:space="preserve"> se </w:t>
      </w:r>
      <w:proofErr w:type="spellStart"/>
      <w:r w:rsidRPr="007A0413">
        <w:rPr>
          <w:rFonts w:cs="Times New Roman"/>
          <w:sz w:val="24"/>
          <w:szCs w:val="24"/>
        </w:rPr>
        <w:t>poate</w:t>
      </w:r>
      <w:proofErr w:type="spellEnd"/>
      <w:r w:rsidRPr="007A0413">
        <w:rPr>
          <w:rFonts w:cs="Times New Roman"/>
          <w:sz w:val="24"/>
          <w:szCs w:val="24"/>
        </w:rPr>
        <w:t xml:space="preserve"> face </w:t>
      </w:r>
      <w:proofErr w:type="spellStart"/>
      <w:r w:rsidRPr="007A0413">
        <w:rPr>
          <w:rFonts w:cs="Times New Roman"/>
          <w:sz w:val="24"/>
          <w:szCs w:val="24"/>
        </w:rPr>
        <w:t>numai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prin</w:t>
      </w:r>
      <w:proofErr w:type="spellEnd"/>
      <w:r w:rsidRPr="007A0413">
        <w:rPr>
          <w:rFonts w:cs="Times New Roman"/>
          <w:sz w:val="24"/>
          <w:szCs w:val="24"/>
        </w:rPr>
        <w:t xml:space="preserve"> act </w:t>
      </w:r>
      <w:proofErr w:type="spellStart"/>
      <w:r w:rsidRPr="007A0413">
        <w:rPr>
          <w:rFonts w:cs="Times New Roman"/>
          <w:sz w:val="24"/>
          <w:szCs w:val="24"/>
        </w:rPr>
        <w:t>adițional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sau</w:t>
      </w:r>
      <w:proofErr w:type="spellEnd"/>
      <w:r w:rsidRPr="007A0413">
        <w:rPr>
          <w:rFonts w:cs="Times New Roman"/>
          <w:sz w:val="24"/>
          <w:szCs w:val="24"/>
        </w:rPr>
        <w:t xml:space="preserve"> alt instrument </w:t>
      </w:r>
      <w:proofErr w:type="spellStart"/>
      <w:r w:rsidRPr="007A0413">
        <w:rPr>
          <w:rFonts w:cs="Times New Roman"/>
          <w:sz w:val="24"/>
          <w:szCs w:val="24"/>
        </w:rPr>
        <w:t>permis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lege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cazurile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limitele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prevăzute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legislația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achizițiilor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publice</w:t>
      </w:r>
      <w:proofErr w:type="spellEnd"/>
      <w:r w:rsidRPr="007A0413">
        <w:rPr>
          <w:rFonts w:cs="Times New Roman"/>
          <w:sz w:val="24"/>
          <w:szCs w:val="24"/>
        </w:rPr>
        <w:t xml:space="preserve">. </w:t>
      </w:r>
      <w:proofErr w:type="spellStart"/>
      <w:r w:rsidRPr="007A0413">
        <w:rPr>
          <w:rFonts w:cs="Times New Roman"/>
          <w:sz w:val="24"/>
          <w:szCs w:val="24"/>
        </w:rPr>
        <w:t>Instrucțiunile</w:t>
      </w:r>
      <w:proofErr w:type="spellEnd"/>
      <w:r w:rsidRPr="007A0413">
        <w:rPr>
          <w:rFonts w:cs="Times New Roman"/>
          <w:sz w:val="24"/>
          <w:szCs w:val="24"/>
        </w:rPr>
        <w:t xml:space="preserve"> operative care nu </w:t>
      </w:r>
      <w:proofErr w:type="spellStart"/>
      <w:r w:rsidRPr="007A0413">
        <w:rPr>
          <w:rFonts w:cs="Times New Roman"/>
          <w:sz w:val="24"/>
          <w:szCs w:val="24"/>
        </w:rPr>
        <w:t>modifică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obiectul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prețul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sunt </w:t>
      </w:r>
      <w:proofErr w:type="spellStart"/>
      <w:r w:rsidRPr="007A0413">
        <w:rPr>
          <w:rFonts w:cs="Times New Roman"/>
          <w:sz w:val="24"/>
          <w:szCs w:val="24"/>
        </w:rPr>
        <w:t>prevăzute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Caiet</w:t>
      </w:r>
      <w:proofErr w:type="spellEnd"/>
      <w:r w:rsidRPr="007A0413">
        <w:rPr>
          <w:rFonts w:cs="Times New Roman"/>
          <w:sz w:val="24"/>
          <w:szCs w:val="24"/>
        </w:rPr>
        <w:t xml:space="preserve"> pot fi </w:t>
      </w:r>
      <w:proofErr w:type="spellStart"/>
      <w:r w:rsidRPr="007A0413">
        <w:rPr>
          <w:rFonts w:cs="Times New Roman"/>
          <w:sz w:val="24"/>
          <w:szCs w:val="24"/>
        </w:rPr>
        <w:t>comunicate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scris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Achizitor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33DF8FE9" w14:textId="77777777" w:rsidR="00E10285" w:rsidRPr="007A0413" w:rsidRDefault="003B7C42">
      <w:pPr>
        <w:pStyle w:val="Titlu2"/>
        <w:rPr>
          <w:rFonts w:ascii="Times New Roman" w:hAnsi="Times New Roman" w:cs="Times New Roman"/>
          <w:szCs w:val="24"/>
        </w:rPr>
      </w:pPr>
      <w:r w:rsidRPr="007A0413">
        <w:rPr>
          <w:rFonts w:ascii="Times New Roman" w:eastAsia="Times New Roman" w:hAnsi="Times New Roman" w:cs="Times New Roman"/>
          <w:szCs w:val="24"/>
        </w:rPr>
        <w:t xml:space="preserve">Art. 20.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Încetarea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contractului</w:t>
      </w:r>
      <w:proofErr w:type="spellEnd"/>
    </w:p>
    <w:p w14:paraId="22A09B2A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Contractul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încetează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prin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executarea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integrală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acordul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Părților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reziliere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pentru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neexecutare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culpabilă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imposibilitate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definitivă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executare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forță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majoră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denunțare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încetare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cazurile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prevăzute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lege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sau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alte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situații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expres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reglementate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066D529C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Achizitorul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poate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rezilia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contractul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după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notificare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dacă</w:t>
      </w:r>
      <w:proofErr w:type="spellEnd"/>
      <w:r w:rsidRPr="007A0413">
        <w:rPr>
          <w:rFonts w:cs="Times New Roman"/>
          <w:sz w:val="24"/>
          <w:szCs w:val="24"/>
        </w:rPr>
        <w:t xml:space="preserve"> natura </w:t>
      </w:r>
      <w:proofErr w:type="spellStart"/>
      <w:r w:rsidRPr="007A0413">
        <w:rPr>
          <w:rFonts w:cs="Times New Roman"/>
          <w:sz w:val="24"/>
          <w:szCs w:val="24"/>
        </w:rPr>
        <w:t>obligației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permite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acordarea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unui</w:t>
      </w:r>
      <w:proofErr w:type="spellEnd"/>
      <w:r w:rsidRPr="007A0413">
        <w:rPr>
          <w:rFonts w:cs="Times New Roman"/>
          <w:sz w:val="24"/>
          <w:szCs w:val="24"/>
        </w:rPr>
        <w:t xml:space="preserve"> termen de </w:t>
      </w:r>
      <w:proofErr w:type="spellStart"/>
      <w:r w:rsidRPr="007A0413">
        <w:rPr>
          <w:rFonts w:cs="Times New Roman"/>
          <w:sz w:val="24"/>
          <w:szCs w:val="24"/>
        </w:rPr>
        <w:t>remediere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pentru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încălcări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esențiale</w:t>
      </w:r>
      <w:proofErr w:type="spellEnd"/>
      <w:r w:rsidRPr="007A0413">
        <w:rPr>
          <w:rFonts w:cs="Times New Roman"/>
          <w:sz w:val="24"/>
          <w:szCs w:val="24"/>
        </w:rPr>
        <w:t xml:space="preserve"> precum: </w:t>
      </w:r>
      <w:proofErr w:type="spellStart"/>
      <w:r w:rsidRPr="007A0413">
        <w:rPr>
          <w:rFonts w:cs="Times New Roman"/>
          <w:sz w:val="24"/>
          <w:szCs w:val="24"/>
        </w:rPr>
        <w:t>neconstituirea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garanției</w:t>
      </w:r>
      <w:proofErr w:type="spellEnd"/>
      <w:r w:rsidRPr="007A0413">
        <w:rPr>
          <w:rFonts w:cs="Times New Roman"/>
          <w:sz w:val="24"/>
          <w:szCs w:val="24"/>
        </w:rPr>
        <w:t xml:space="preserve">; </w:t>
      </w:r>
      <w:proofErr w:type="spellStart"/>
      <w:r w:rsidRPr="007A0413">
        <w:rPr>
          <w:rFonts w:cs="Times New Roman"/>
          <w:sz w:val="24"/>
          <w:szCs w:val="24"/>
        </w:rPr>
        <w:t>neasigurarea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legalității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siguranței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evenimentului</w:t>
      </w:r>
      <w:proofErr w:type="spellEnd"/>
      <w:r w:rsidRPr="007A0413">
        <w:rPr>
          <w:rFonts w:cs="Times New Roman"/>
          <w:sz w:val="24"/>
          <w:szCs w:val="24"/>
        </w:rPr>
        <w:t xml:space="preserve">; </w:t>
      </w:r>
      <w:proofErr w:type="spellStart"/>
      <w:r w:rsidRPr="007A0413">
        <w:rPr>
          <w:rFonts w:cs="Times New Roman"/>
          <w:sz w:val="24"/>
          <w:szCs w:val="24"/>
        </w:rPr>
        <w:t>absența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serviciilor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medicale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veterinare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obligatorii</w:t>
      </w:r>
      <w:proofErr w:type="spellEnd"/>
      <w:r w:rsidRPr="007A0413">
        <w:rPr>
          <w:rFonts w:cs="Times New Roman"/>
          <w:sz w:val="24"/>
          <w:szCs w:val="24"/>
        </w:rPr>
        <w:t xml:space="preserve">; </w:t>
      </w:r>
      <w:proofErr w:type="spellStart"/>
      <w:r w:rsidRPr="007A0413">
        <w:rPr>
          <w:rFonts w:cs="Times New Roman"/>
          <w:sz w:val="24"/>
          <w:szCs w:val="24"/>
        </w:rPr>
        <w:t>încălcări</w:t>
      </w:r>
      <w:proofErr w:type="spellEnd"/>
      <w:r w:rsidRPr="007A0413">
        <w:rPr>
          <w:rFonts w:cs="Times New Roman"/>
          <w:sz w:val="24"/>
          <w:szCs w:val="24"/>
        </w:rPr>
        <w:t xml:space="preserve"> grave de </w:t>
      </w:r>
      <w:proofErr w:type="spellStart"/>
      <w:r w:rsidRPr="007A0413">
        <w:rPr>
          <w:rFonts w:cs="Times New Roman"/>
          <w:sz w:val="24"/>
          <w:szCs w:val="24"/>
        </w:rPr>
        <w:t>bunăstare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animală</w:t>
      </w:r>
      <w:proofErr w:type="spellEnd"/>
      <w:r w:rsidRPr="007A0413">
        <w:rPr>
          <w:rFonts w:cs="Times New Roman"/>
          <w:sz w:val="24"/>
          <w:szCs w:val="24"/>
        </w:rPr>
        <w:t xml:space="preserve">; </w:t>
      </w:r>
      <w:proofErr w:type="spellStart"/>
      <w:r w:rsidRPr="007A0413">
        <w:rPr>
          <w:rFonts w:cs="Times New Roman"/>
          <w:sz w:val="24"/>
          <w:szCs w:val="24"/>
        </w:rPr>
        <w:t>neobținerea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documentelor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obligatorii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imputabilă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Prestatorului</w:t>
      </w:r>
      <w:proofErr w:type="spellEnd"/>
      <w:r w:rsidRPr="007A0413">
        <w:rPr>
          <w:rFonts w:cs="Times New Roman"/>
          <w:sz w:val="24"/>
          <w:szCs w:val="24"/>
        </w:rPr>
        <w:t xml:space="preserve">; </w:t>
      </w:r>
      <w:proofErr w:type="spellStart"/>
      <w:r w:rsidRPr="007A0413">
        <w:rPr>
          <w:rFonts w:cs="Times New Roman"/>
          <w:sz w:val="24"/>
          <w:szCs w:val="24"/>
        </w:rPr>
        <w:t>neexecutarea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repetată</w:t>
      </w:r>
      <w:proofErr w:type="spellEnd"/>
      <w:r w:rsidRPr="007A0413">
        <w:rPr>
          <w:rFonts w:cs="Times New Roman"/>
          <w:sz w:val="24"/>
          <w:szCs w:val="24"/>
        </w:rPr>
        <w:t xml:space="preserve"> a </w:t>
      </w:r>
      <w:proofErr w:type="spellStart"/>
      <w:r w:rsidRPr="007A0413">
        <w:rPr>
          <w:rFonts w:cs="Times New Roman"/>
          <w:sz w:val="24"/>
          <w:szCs w:val="24"/>
        </w:rPr>
        <w:t>obligațiilor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ori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imposibilitatea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desfășurării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evenimentului</w:t>
      </w:r>
      <w:proofErr w:type="spellEnd"/>
      <w:r w:rsidRPr="007A0413">
        <w:rPr>
          <w:rFonts w:cs="Times New Roman"/>
          <w:sz w:val="24"/>
          <w:szCs w:val="24"/>
        </w:rPr>
        <w:t xml:space="preserve"> din culpa </w:t>
      </w:r>
      <w:proofErr w:type="spellStart"/>
      <w:r w:rsidRPr="007A0413">
        <w:rPr>
          <w:rFonts w:cs="Times New Roman"/>
          <w:sz w:val="24"/>
          <w:szCs w:val="24"/>
        </w:rPr>
        <w:t>Prestatorului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2B06CE90" w14:textId="77777777" w:rsidR="00E10285" w:rsidRPr="007A0413" w:rsidRDefault="003B7C42">
      <w:pPr>
        <w:pStyle w:val="Titlu2"/>
        <w:rPr>
          <w:rFonts w:ascii="Times New Roman" w:hAnsi="Times New Roman" w:cs="Times New Roman"/>
          <w:szCs w:val="24"/>
        </w:rPr>
      </w:pPr>
      <w:r w:rsidRPr="007A0413">
        <w:rPr>
          <w:rFonts w:ascii="Times New Roman" w:eastAsia="Times New Roman" w:hAnsi="Times New Roman" w:cs="Times New Roman"/>
          <w:szCs w:val="24"/>
        </w:rPr>
        <w:t xml:space="preserve">Art. 21.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Forța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majoră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situații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excepționale</w:t>
      </w:r>
      <w:proofErr w:type="spellEnd"/>
    </w:p>
    <w:p w14:paraId="3F2F4460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Forța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majoră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este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constatată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produce </w:t>
      </w:r>
      <w:proofErr w:type="spellStart"/>
      <w:r w:rsidRPr="007A0413">
        <w:rPr>
          <w:rFonts w:cs="Times New Roman"/>
          <w:sz w:val="24"/>
          <w:szCs w:val="24"/>
        </w:rPr>
        <w:t>efecte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potrivit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legii</w:t>
      </w:r>
      <w:proofErr w:type="spellEnd"/>
      <w:r w:rsidRPr="007A0413">
        <w:rPr>
          <w:rFonts w:cs="Times New Roman"/>
          <w:sz w:val="24"/>
          <w:szCs w:val="24"/>
        </w:rPr>
        <w:t xml:space="preserve">. </w:t>
      </w:r>
      <w:proofErr w:type="spellStart"/>
      <w:r w:rsidRPr="007A0413">
        <w:rPr>
          <w:rFonts w:cs="Times New Roman"/>
          <w:sz w:val="24"/>
          <w:szCs w:val="24"/>
        </w:rPr>
        <w:t>Partea</w:t>
      </w:r>
      <w:proofErr w:type="spellEnd"/>
      <w:r w:rsidRPr="007A0413">
        <w:rPr>
          <w:rFonts w:cs="Times New Roman"/>
          <w:sz w:val="24"/>
          <w:szCs w:val="24"/>
        </w:rPr>
        <w:t xml:space="preserve"> care o </w:t>
      </w:r>
      <w:proofErr w:type="spellStart"/>
      <w:r w:rsidRPr="007A0413">
        <w:rPr>
          <w:rFonts w:cs="Times New Roman"/>
          <w:sz w:val="24"/>
          <w:szCs w:val="24"/>
        </w:rPr>
        <w:t>invocă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notifică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fără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întârziere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cealaltă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Parte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depune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dovezile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necesare</w:t>
      </w:r>
      <w:proofErr w:type="spellEnd"/>
      <w:r w:rsidRPr="007A0413">
        <w:rPr>
          <w:rFonts w:cs="Times New Roman"/>
          <w:sz w:val="24"/>
          <w:szCs w:val="24"/>
        </w:rPr>
        <w:t xml:space="preserve">. </w:t>
      </w:r>
      <w:proofErr w:type="spellStart"/>
      <w:r w:rsidRPr="007A0413">
        <w:rPr>
          <w:rFonts w:cs="Times New Roman"/>
          <w:sz w:val="24"/>
          <w:szCs w:val="24"/>
        </w:rPr>
        <w:t>Pentru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condiții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meteorologice</w:t>
      </w:r>
      <w:proofErr w:type="spellEnd"/>
      <w:r w:rsidRPr="007A0413">
        <w:rPr>
          <w:rFonts w:cs="Times New Roman"/>
          <w:sz w:val="24"/>
          <w:szCs w:val="24"/>
        </w:rPr>
        <w:t xml:space="preserve"> severe </w:t>
      </w:r>
      <w:proofErr w:type="spellStart"/>
      <w:r w:rsidRPr="007A0413">
        <w:rPr>
          <w:rFonts w:cs="Times New Roman"/>
          <w:sz w:val="24"/>
          <w:szCs w:val="24"/>
        </w:rPr>
        <w:t>sau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alte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situații</w:t>
      </w:r>
      <w:proofErr w:type="spellEnd"/>
      <w:r w:rsidRPr="007A0413">
        <w:rPr>
          <w:rFonts w:cs="Times New Roman"/>
          <w:sz w:val="24"/>
          <w:szCs w:val="24"/>
        </w:rPr>
        <w:t xml:space="preserve"> care </w:t>
      </w:r>
      <w:proofErr w:type="spellStart"/>
      <w:r w:rsidRPr="007A0413">
        <w:rPr>
          <w:rFonts w:cs="Times New Roman"/>
          <w:sz w:val="24"/>
          <w:szCs w:val="24"/>
        </w:rPr>
        <w:t>afectează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temporar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programul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Prestatorul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aplică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planul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continuitate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măsurile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siguranță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iar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Achizitorul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poate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dispune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ajustări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operaționale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limitele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obiectului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contractului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135EFD74" w14:textId="77777777" w:rsidR="00E10285" w:rsidRPr="007A0413" w:rsidRDefault="003B7C42">
      <w:pPr>
        <w:pStyle w:val="Titlu2"/>
        <w:rPr>
          <w:rFonts w:ascii="Times New Roman" w:hAnsi="Times New Roman" w:cs="Times New Roman"/>
          <w:szCs w:val="24"/>
        </w:rPr>
      </w:pPr>
      <w:r w:rsidRPr="007A0413">
        <w:rPr>
          <w:rFonts w:ascii="Times New Roman" w:eastAsia="Times New Roman" w:hAnsi="Times New Roman" w:cs="Times New Roman"/>
          <w:szCs w:val="24"/>
        </w:rPr>
        <w:t xml:space="preserve">Art. 22.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Clauza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suspensivă</w:t>
      </w:r>
      <w:proofErr w:type="spellEnd"/>
    </w:p>
    <w:p w14:paraId="3E2E182B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Semnarea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intrarea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vigoare</w:t>
      </w:r>
      <w:proofErr w:type="spellEnd"/>
      <w:r w:rsidRPr="007A0413">
        <w:rPr>
          <w:rFonts w:cs="Times New Roman"/>
          <w:sz w:val="24"/>
          <w:szCs w:val="24"/>
        </w:rPr>
        <w:t xml:space="preserve"> a </w:t>
      </w:r>
      <w:proofErr w:type="spellStart"/>
      <w:r w:rsidRPr="007A0413">
        <w:rPr>
          <w:rFonts w:cs="Times New Roman"/>
          <w:sz w:val="24"/>
          <w:szCs w:val="24"/>
        </w:rPr>
        <w:t>contractului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este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condiționată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existența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aprobarea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creditelor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bugetare</w:t>
      </w:r>
      <w:proofErr w:type="spellEnd"/>
      <w:r w:rsidRPr="007A0413">
        <w:rPr>
          <w:rFonts w:cs="Times New Roman"/>
          <w:sz w:val="24"/>
          <w:szCs w:val="24"/>
        </w:rPr>
        <w:t xml:space="preserve"> cu </w:t>
      </w:r>
      <w:proofErr w:type="spellStart"/>
      <w:r w:rsidRPr="007A0413">
        <w:rPr>
          <w:rFonts w:cs="Times New Roman"/>
          <w:sz w:val="24"/>
          <w:szCs w:val="24"/>
        </w:rPr>
        <w:t>destinația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achiziției</w:t>
      </w:r>
      <w:proofErr w:type="spellEnd"/>
      <w:r w:rsidRPr="007A0413">
        <w:rPr>
          <w:rFonts w:cs="Times New Roman"/>
          <w:sz w:val="24"/>
          <w:szCs w:val="24"/>
        </w:rPr>
        <w:t xml:space="preserve">. </w:t>
      </w:r>
      <w:proofErr w:type="spellStart"/>
      <w:r w:rsidRPr="007A0413">
        <w:rPr>
          <w:rFonts w:cs="Times New Roman"/>
          <w:sz w:val="24"/>
          <w:szCs w:val="24"/>
        </w:rPr>
        <w:t>Procedura</w:t>
      </w:r>
      <w:proofErr w:type="spellEnd"/>
      <w:r w:rsidRPr="007A0413">
        <w:rPr>
          <w:rFonts w:cs="Times New Roman"/>
          <w:sz w:val="24"/>
          <w:szCs w:val="24"/>
        </w:rPr>
        <w:t xml:space="preserve"> nu </w:t>
      </w:r>
      <w:proofErr w:type="spellStart"/>
      <w:r w:rsidRPr="007A0413">
        <w:rPr>
          <w:rFonts w:cs="Times New Roman"/>
          <w:sz w:val="24"/>
          <w:szCs w:val="24"/>
        </w:rPr>
        <w:t>creează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sarcina </w:t>
      </w:r>
      <w:proofErr w:type="spellStart"/>
      <w:r w:rsidRPr="007A0413">
        <w:rPr>
          <w:rFonts w:cs="Times New Roman"/>
          <w:sz w:val="24"/>
          <w:szCs w:val="24"/>
        </w:rPr>
        <w:t>Achizitorului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obligația</w:t>
      </w:r>
      <w:proofErr w:type="spellEnd"/>
      <w:r w:rsidRPr="007A0413">
        <w:rPr>
          <w:rFonts w:cs="Times New Roman"/>
          <w:sz w:val="24"/>
          <w:szCs w:val="24"/>
        </w:rPr>
        <w:t xml:space="preserve"> de a </w:t>
      </w:r>
      <w:proofErr w:type="spellStart"/>
      <w:r w:rsidRPr="007A0413">
        <w:rPr>
          <w:rFonts w:cs="Times New Roman"/>
          <w:sz w:val="24"/>
          <w:szCs w:val="24"/>
        </w:rPr>
        <w:t>contracta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dacă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finanțarea</w:t>
      </w:r>
      <w:proofErr w:type="spellEnd"/>
      <w:r w:rsidRPr="007A0413">
        <w:rPr>
          <w:rFonts w:cs="Times New Roman"/>
          <w:sz w:val="24"/>
          <w:szCs w:val="24"/>
        </w:rPr>
        <w:t xml:space="preserve"> nu </w:t>
      </w:r>
      <w:proofErr w:type="spellStart"/>
      <w:r w:rsidRPr="007A0413">
        <w:rPr>
          <w:rFonts w:cs="Times New Roman"/>
          <w:sz w:val="24"/>
          <w:szCs w:val="24"/>
        </w:rPr>
        <w:t>este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disponibilă</w:t>
      </w:r>
      <w:proofErr w:type="spellEnd"/>
      <w:r w:rsidRPr="007A0413">
        <w:rPr>
          <w:rFonts w:cs="Times New Roman"/>
          <w:sz w:val="24"/>
          <w:szCs w:val="24"/>
        </w:rPr>
        <w:t xml:space="preserve">. </w:t>
      </w:r>
      <w:proofErr w:type="spellStart"/>
      <w:r w:rsidRPr="007A0413">
        <w:rPr>
          <w:rFonts w:cs="Times New Roman"/>
          <w:sz w:val="24"/>
          <w:szCs w:val="24"/>
        </w:rPr>
        <w:t>Condiția</w:t>
      </w:r>
      <w:proofErr w:type="spellEnd"/>
      <w:r w:rsidRPr="007A0413">
        <w:rPr>
          <w:rFonts w:cs="Times New Roman"/>
          <w:sz w:val="24"/>
          <w:szCs w:val="24"/>
        </w:rPr>
        <w:t xml:space="preserve"> se </w:t>
      </w:r>
      <w:proofErr w:type="spellStart"/>
      <w:r w:rsidRPr="007A0413">
        <w:rPr>
          <w:rFonts w:cs="Times New Roman"/>
          <w:sz w:val="24"/>
          <w:szCs w:val="24"/>
        </w:rPr>
        <w:t>interpretează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se </w:t>
      </w:r>
      <w:proofErr w:type="spellStart"/>
      <w:r w:rsidRPr="007A0413">
        <w:rPr>
          <w:rFonts w:cs="Times New Roman"/>
          <w:sz w:val="24"/>
          <w:szCs w:val="24"/>
        </w:rPr>
        <w:t>aplică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conformitate</w:t>
      </w:r>
      <w:proofErr w:type="spellEnd"/>
      <w:r w:rsidRPr="007A0413">
        <w:rPr>
          <w:rFonts w:cs="Times New Roman"/>
          <w:sz w:val="24"/>
          <w:szCs w:val="24"/>
        </w:rPr>
        <w:t xml:space="preserve"> cu </w:t>
      </w:r>
      <w:proofErr w:type="spellStart"/>
      <w:r w:rsidRPr="007A0413">
        <w:rPr>
          <w:rFonts w:cs="Times New Roman"/>
          <w:sz w:val="24"/>
          <w:szCs w:val="24"/>
        </w:rPr>
        <w:t>documentația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atribuire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legislația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finanțelor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publice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achizițiilor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publice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0961F8F9" w14:textId="77777777" w:rsidR="00E10285" w:rsidRPr="007A0413" w:rsidRDefault="003B7C42">
      <w:pPr>
        <w:pStyle w:val="Titlu2"/>
        <w:rPr>
          <w:rFonts w:ascii="Times New Roman" w:hAnsi="Times New Roman" w:cs="Times New Roman"/>
          <w:szCs w:val="24"/>
        </w:rPr>
      </w:pPr>
      <w:r w:rsidRPr="007A0413">
        <w:rPr>
          <w:rFonts w:ascii="Times New Roman" w:eastAsia="Times New Roman" w:hAnsi="Times New Roman" w:cs="Times New Roman"/>
          <w:szCs w:val="24"/>
        </w:rPr>
        <w:t xml:space="preserve">Art. 23.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Soluționarea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litigiilor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și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legea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aplicabilă</w:t>
      </w:r>
      <w:proofErr w:type="spellEnd"/>
    </w:p>
    <w:p w14:paraId="0E9929A6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Contractul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este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guvernat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legea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română</w:t>
      </w:r>
      <w:proofErr w:type="spellEnd"/>
      <w:r w:rsidRPr="007A0413">
        <w:rPr>
          <w:rFonts w:cs="Times New Roman"/>
          <w:sz w:val="24"/>
          <w:szCs w:val="24"/>
        </w:rPr>
        <w:t xml:space="preserve">. </w:t>
      </w:r>
      <w:proofErr w:type="spellStart"/>
      <w:r w:rsidRPr="007A0413">
        <w:rPr>
          <w:rFonts w:cs="Times New Roman"/>
          <w:sz w:val="24"/>
          <w:szCs w:val="24"/>
        </w:rPr>
        <w:t>Părțile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vor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încerca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soluționarea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amiabilă</w:t>
      </w:r>
      <w:proofErr w:type="spellEnd"/>
      <w:r w:rsidRPr="007A0413">
        <w:rPr>
          <w:rFonts w:cs="Times New Roman"/>
          <w:sz w:val="24"/>
          <w:szCs w:val="24"/>
        </w:rPr>
        <w:t xml:space="preserve"> a </w:t>
      </w:r>
      <w:proofErr w:type="spellStart"/>
      <w:r w:rsidRPr="007A0413">
        <w:rPr>
          <w:rFonts w:cs="Times New Roman"/>
          <w:sz w:val="24"/>
          <w:szCs w:val="24"/>
        </w:rPr>
        <w:t>divergențelor</w:t>
      </w:r>
      <w:proofErr w:type="spellEnd"/>
      <w:r w:rsidRPr="007A0413">
        <w:rPr>
          <w:rFonts w:cs="Times New Roman"/>
          <w:sz w:val="24"/>
          <w:szCs w:val="24"/>
        </w:rPr>
        <w:t xml:space="preserve">.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lipsa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unei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soluții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amiabile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litigiile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vor</w:t>
      </w:r>
      <w:proofErr w:type="spellEnd"/>
      <w:r w:rsidRPr="007A0413">
        <w:rPr>
          <w:rFonts w:cs="Times New Roman"/>
          <w:sz w:val="24"/>
          <w:szCs w:val="24"/>
        </w:rPr>
        <w:t xml:space="preserve"> fi </w:t>
      </w:r>
      <w:proofErr w:type="spellStart"/>
      <w:r w:rsidRPr="007A0413">
        <w:rPr>
          <w:rFonts w:cs="Times New Roman"/>
          <w:sz w:val="24"/>
          <w:szCs w:val="24"/>
        </w:rPr>
        <w:t>soluționate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instanțele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competente</w:t>
      </w:r>
      <w:proofErr w:type="spellEnd"/>
      <w:r w:rsidRPr="007A0413">
        <w:rPr>
          <w:rFonts w:cs="Times New Roman"/>
          <w:sz w:val="24"/>
          <w:szCs w:val="24"/>
        </w:rPr>
        <w:t xml:space="preserve"> din </w:t>
      </w:r>
      <w:proofErr w:type="spellStart"/>
      <w:r w:rsidRPr="007A0413">
        <w:rPr>
          <w:rFonts w:cs="Times New Roman"/>
          <w:sz w:val="24"/>
          <w:szCs w:val="24"/>
        </w:rPr>
        <w:t>România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potrivit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legii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24DF79D5" w14:textId="77777777" w:rsidR="00E10285" w:rsidRPr="007A0413" w:rsidRDefault="003B7C42">
      <w:pPr>
        <w:pStyle w:val="Titlu2"/>
        <w:rPr>
          <w:rFonts w:ascii="Times New Roman" w:hAnsi="Times New Roman" w:cs="Times New Roman"/>
          <w:szCs w:val="24"/>
        </w:rPr>
      </w:pPr>
      <w:r w:rsidRPr="007A0413">
        <w:rPr>
          <w:rFonts w:ascii="Times New Roman" w:eastAsia="Times New Roman" w:hAnsi="Times New Roman" w:cs="Times New Roman"/>
          <w:szCs w:val="24"/>
        </w:rPr>
        <w:t xml:space="preserve">Art. 24.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Comunicări</w:t>
      </w:r>
      <w:proofErr w:type="spellEnd"/>
    </w:p>
    <w:p w14:paraId="2C51A085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Comunicările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contractuale</w:t>
      </w:r>
      <w:proofErr w:type="spellEnd"/>
      <w:r w:rsidRPr="007A0413">
        <w:rPr>
          <w:rFonts w:cs="Times New Roman"/>
          <w:sz w:val="24"/>
          <w:szCs w:val="24"/>
        </w:rPr>
        <w:t xml:space="preserve"> se </w:t>
      </w:r>
      <w:proofErr w:type="spellStart"/>
      <w:r w:rsidRPr="007A0413">
        <w:rPr>
          <w:rFonts w:cs="Times New Roman"/>
          <w:sz w:val="24"/>
          <w:szCs w:val="24"/>
        </w:rPr>
        <w:t>realizează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scris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prin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registratură</w:t>
      </w:r>
      <w:proofErr w:type="spellEnd"/>
      <w:r w:rsidRPr="007A0413">
        <w:rPr>
          <w:rFonts w:cs="Times New Roman"/>
          <w:sz w:val="24"/>
          <w:szCs w:val="24"/>
        </w:rPr>
        <w:t xml:space="preserve">, e-mail </w:t>
      </w:r>
      <w:proofErr w:type="spellStart"/>
      <w:r w:rsidRPr="007A0413">
        <w:rPr>
          <w:rFonts w:cs="Times New Roman"/>
          <w:sz w:val="24"/>
          <w:szCs w:val="24"/>
        </w:rPr>
        <w:t>sau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alte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mijloace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convenite</w:t>
      </w:r>
      <w:proofErr w:type="spellEnd"/>
      <w:r w:rsidRPr="007A0413">
        <w:rPr>
          <w:rFonts w:cs="Times New Roman"/>
          <w:sz w:val="24"/>
          <w:szCs w:val="24"/>
        </w:rPr>
        <w:t xml:space="preserve"> care permit </w:t>
      </w:r>
      <w:proofErr w:type="spellStart"/>
      <w:r w:rsidRPr="007A0413">
        <w:rPr>
          <w:rFonts w:cs="Times New Roman"/>
          <w:sz w:val="24"/>
          <w:szCs w:val="24"/>
        </w:rPr>
        <w:t>dovedirea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transmiterii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primirii</w:t>
      </w:r>
      <w:proofErr w:type="spellEnd"/>
      <w:r w:rsidRPr="007A0413">
        <w:rPr>
          <w:rFonts w:cs="Times New Roman"/>
          <w:sz w:val="24"/>
          <w:szCs w:val="24"/>
        </w:rPr>
        <w:t xml:space="preserve">. </w:t>
      </w:r>
      <w:proofErr w:type="spellStart"/>
      <w:r w:rsidRPr="007A0413">
        <w:rPr>
          <w:rFonts w:cs="Times New Roman"/>
          <w:sz w:val="24"/>
          <w:szCs w:val="24"/>
        </w:rPr>
        <w:t>Datele</w:t>
      </w:r>
      <w:proofErr w:type="spellEnd"/>
      <w:r w:rsidRPr="007A0413">
        <w:rPr>
          <w:rFonts w:cs="Times New Roman"/>
          <w:sz w:val="24"/>
          <w:szCs w:val="24"/>
        </w:rPr>
        <w:t xml:space="preserve"> de contact operative se </w:t>
      </w:r>
      <w:proofErr w:type="spellStart"/>
      <w:r w:rsidRPr="007A0413">
        <w:rPr>
          <w:rFonts w:cs="Times New Roman"/>
          <w:sz w:val="24"/>
          <w:szCs w:val="24"/>
        </w:rPr>
        <w:t>comunică</w:t>
      </w:r>
      <w:proofErr w:type="spellEnd"/>
      <w:r w:rsidRPr="007A0413">
        <w:rPr>
          <w:rFonts w:cs="Times New Roman"/>
          <w:sz w:val="24"/>
          <w:szCs w:val="24"/>
        </w:rPr>
        <w:t xml:space="preserve"> la </w:t>
      </w:r>
      <w:proofErr w:type="spellStart"/>
      <w:r w:rsidRPr="007A0413">
        <w:rPr>
          <w:rFonts w:cs="Times New Roman"/>
          <w:sz w:val="24"/>
          <w:szCs w:val="24"/>
        </w:rPr>
        <w:t>semnarea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contractului</w:t>
      </w:r>
      <w:proofErr w:type="spellEnd"/>
      <w:r w:rsidRPr="007A0413">
        <w:rPr>
          <w:rFonts w:cs="Times New Roman"/>
          <w:sz w:val="24"/>
          <w:szCs w:val="24"/>
        </w:rPr>
        <w:t>.</w:t>
      </w:r>
    </w:p>
    <w:p w14:paraId="5287D460" w14:textId="77777777" w:rsidR="00E10285" w:rsidRPr="007A0413" w:rsidRDefault="003B7C42">
      <w:pPr>
        <w:pStyle w:val="Titlu2"/>
        <w:rPr>
          <w:rFonts w:ascii="Times New Roman" w:hAnsi="Times New Roman" w:cs="Times New Roman"/>
          <w:szCs w:val="24"/>
        </w:rPr>
      </w:pPr>
      <w:r w:rsidRPr="007A0413">
        <w:rPr>
          <w:rFonts w:ascii="Times New Roman" w:eastAsia="Times New Roman" w:hAnsi="Times New Roman" w:cs="Times New Roman"/>
          <w:szCs w:val="24"/>
        </w:rPr>
        <w:t xml:space="preserve">Art. 25. </w:t>
      </w:r>
      <w:proofErr w:type="spellStart"/>
      <w:r w:rsidRPr="007A0413">
        <w:rPr>
          <w:rFonts w:ascii="Times New Roman" w:eastAsia="Times New Roman" w:hAnsi="Times New Roman" w:cs="Times New Roman"/>
          <w:szCs w:val="24"/>
        </w:rPr>
        <w:t>Dispoziții</w:t>
      </w:r>
      <w:proofErr w:type="spellEnd"/>
      <w:r w:rsidRPr="007A0413">
        <w:rPr>
          <w:rFonts w:ascii="Times New Roman" w:eastAsia="Times New Roman" w:hAnsi="Times New Roman" w:cs="Times New Roman"/>
          <w:szCs w:val="24"/>
        </w:rPr>
        <w:t xml:space="preserve"> finale</w:t>
      </w:r>
    </w:p>
    <w:p w14:paraId="3FEB3A58" w14:textId="77777777" w:rsidR="00E10285" w:rsidRPr="007A0413" w:rsidRDefault="003B7C42">
      <w:pPr>
        <w:jc w:val="both"/>
        <w:rPr>
          <w:rFonts w:cs="Times New Roman"/>
          <w:sz w:val="24"/>
          <w:szCs w:val="24"/>
        </w:rPr>
      </w:pPr>
      <w:proofErr w:type="spellStart"/>
      <w:r w:rsidRPr="007A0413">
        <w:rPr>
          <w:rFonts w:cs="Times New Roman"/>
          <w:sz w:val="24"/>
          <w:szCs w:val="24"/>
        </w:rPr>
        <w:t>Aprobarea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ori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verificarea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către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Achizitor</w:t>
      </w:r>
      <w:proofErr w:type="spellEnd"/>
      <w:r w:rsidRPr="007A0413">
        <w:rPr>
          <w:rFonts w:cs="Times New Roman"/>
          <w:sz w:val="24"/>
          <w:szCs w:val="24"/>
        </w:rPr>
        <w:t xml:space="preserve"> a </w:t>
      </w:r>
      <w:proofErr w:type="spellStart"/>
      <w:r w:rsidRPr="007A0413">
        <w:rPr>
          <w:rFonts w:cs="Times New Roman"/>
          <w:sz w:val="24"/>
          <w:szCs w:val="24"/>
        </w:rPr>
        <w:t>documentelor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Prestatorului</w:t>
      </w:r>
      <w:proofErr w:type="spellEnd"/>
      <w:r w:rsidRPr="007A0413">
        <w:rPr>
          <w:rFonts w:cs="Times New Roman"/>
          <w:sz w:val="24"/>
          <w:szCs w:val="24"/>
        </w:rPr>
        <w:t xml:space="preserve"> nu </w:t>
      </w:r>
      <w:proofErr w:type="spellStart"/>
      <w:r w:rsidRPr="007A0413">
        <w:rPr>
          <w:rFonts w:cs="Times New Roman"/>
          <w:sz w:val="24"/>
          <w:szCs w:val="24"/>
        </w:rPr>
        <w:t>îl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exonerează</w:t>
      </w:r>
      <w:proofErr w:type="spellEnd"/>
      <w:r w:rsidRPr="007A0413">
        <w:rPr>
          <w:rFonts w:cs="Times New Roman"/>
          <w:sz w:val="24"/>
          <w:szCs w:val="24"/>
        </w:rPr>
        <w:t xml:space="preserve"> pe </w:t>
      </w:r>
      <w:proofErr w:type="spellStart"/>
      <w:r w:rsidRPr="007A0413">
        <w:rPr>
          <w:rFonts w:cs="Times New Roman"/>
          <w:sz w:val="24"/>
          <w:szCs w:val="24"/>
        </w:rPr>
        <w:t>acesta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răspunderea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pentru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legalitate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siguranță</w:t>
      </w:r>
      <w:proofErr w:type="spellEnd"/>
      <w:r w:rsidRPr="007A0413">
        <w:rPr>
          <w:rFonts w:cs="Times New Roman"/>
          <w:sz w:val="24"/>
          <w:szCs w:val="24"/>
        </w:rPr>
        <w:t xml:space="preserve">, </w:t>
      </w:r>
      <w:proofErr w:type="spellStart"/>
      <w:r w:rsidRPr="007A0413">
        <w:rPr>
          <w:rFonts w:cs="Times New Roman"/>
          <w:sz w:val="24"/>
          <w:szCs w:val="24"/>
        </w:rPr>
        <w:t>calitate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funcționare</w:t>
      </w:r>
      <w:proofErr w:type="spellEnd"/>
      <w:r w:rsidRPr="007A0413">
        <w:rPr>
          <w:rFonts w:cs="Times New Roman"/>
          <w:sz w:val="24"/>
          <w:szCs w:val="24"/>
        </w:rPr>
        <w:t xml:space="preserve">. </w:t>
      </w:r>
      <w:proofErr w:type="spellStart"/>
      <w:r w:rsidRPr="007A0413">
        <w:rPr>
          <w:rFonts w:cs="Times New Roman"/>
          <w:sz w:val="24"/>
          <w:szCs w:val="24"/>
        </w:rPr>
        <w:t>Niciun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acord</w:t>
      </w:r>
      <w:proofErr w:type="spellEnd"/>
      <w:r w:rsidRPr="007A0413">
        <w:rPr>
          <w:rFonts w:cs="Times New Roman"/>
          <w:sz w:val="24"/>
          <w:szCs w:val="24"/>
        </w:rPr>
        <w:t xml:space="preserve"> verbal nu </w:t>
      </w:r>
      <w:proofErr w:type="spellStart"/>
      <w:r w:rsidRPr="007A0413">
        <w:rPr>
          <w:rFonts w:cs="Times New Roman"/>
          <w:sz w:val="24"/>
          <w:szCs w:val="24"/>
        </w:rPr>
        <w:t>modifică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obligațiile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contractuale</w:t>
      </w:r>
      <w:proofErr w:type="spellEnd"/>
      <w:r w:rsidRPr="007A0413">
        <w:rPr>
          <w:rFonts w:cs="Times New Roman"/>
          <w:sz w:val="24"/>
          <w:szCs w:val="24"/>
        </w:rPr>
        <w:t xml:space="preserve">. </w:t>
      </w:r>
      <w:proofErr w:type="spellStart"/>
      <w:r w:rsidRPr="007A0413">
        <w:rPr>
          <w:rFonts w:cs="Times New Roman"/>
          <w:sz w:val="24"/>
          <w:szCs w:val="24"/>
        </w:rPr>
        <w:t>Contractul</w:t>
      </w:r>
      <w:proofErr w:type="spellEnd"/>
      <w:r w:rsidRPr="007A0413">
        <w:rPr>
          <w:rFonts w:cs="Times New Roman"/>
          <w:sz w:val="24"/>
          <w:szCs w:val="24"/>
        </w:rPr>
        <w:t xml:space="preserve"> se </w:t>
      </w:r>
      <w:proofErr w:type="spellStart"/>
      <w:r w:rsidRPr="007A0413">
        <w:rPr>
          <w:rFonts w:cs="Times New Roman"/>
          <w:sz w:val="24"/>
          <w:szCs w:val="24"/>
        </w:rPr>
        <w:t>semnează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exemplarele</w:t>
      </w:r>
      <w:proofErr w:type="spellEnd"/>
      <w:r w:rsidRPr="007A0413">
        <w:rPr>
          <w:rFonts w:cs="Times New Roman"/>
          <w:sz w:val="24"/>
          <w:szCs w:val="24"/>
        </w:rPr>
        <w:t>/</w:t>
      </w:r>
      <w:proofErr w:type="spellStart"/>
      <w:r w:rsidRPr="007A0413">
        <w:rPr>
          <w:rFonts w:cs="Times New Roman"/>
          <w:sz w:val="24"/>
          <w:szCs w:val="24"/>
        </w:rPr>
        <w:t>formatul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stabilit</w:t>
      </w:r>
      <w:proofErr w:type="spellEnd"/>
      <w:r w:rsidRPr="007A0413">
        <w:rPr>
          <w:rFonts w:cs="Times New Roman"/>
          <w:sz w:val="24"/>
          <w:szCs w:val="24"/>
        </w:rPr>
        <w:t xml:space="preserve"> de </w:t>
      </w:r>
      <w:proofErr w:type="spellStart"/>
      <w:r w:rsidRPr="007A0413">
        <w:rPr>
          <w:rFonts w:cs="Times New Roman"/>
          <w:sz w:val="24"/>
          <w:szCs w:val="24"/>
        </w:rPr>
        <w:t>Părți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și</w:t>
      </w:r>
      <w:proofErr w:type="spellEnd"/>
      <w:r w:rsidRPr="007A0413">
        <w:rPr>
          <w:rFonts w:cs="Times New Roman"/>
          <w:sz w:val="24"/>
          <w:szCs w:val="24"/>
        </w:rPr>
        <w:t xml:space="preserve"> produce </w:t>
      </w:r>
      <w:proofErr w:type="spellStart"/>
      <w:r w:rsidRPr="007A0413">
        <w:rPr>
          <w:rFonts w:cs="Times New Roman"/>
          <w:sz w:val="24"/>
          <w:szCs w:val="24"/>
        </w:rPr>
        <w:t>efecte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în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condițiile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menționate</w:t>
      </w:r>
      <w:proofErr w:type="spellEnd"/>
      <w:r w:rsidRPr="007A0413">
        <w:rPr>
          <w:rFonts w:cs="Times New Roman"/>
          <w:sz w:val="24"/>
          <w:szCs w:val="24"/>
        </w:rPr>
        <w:t xml:space="preserve"> </w:t>
      </w:r>
      <w:proofErr w:type="spellStart"/>
      <w:r w:rsidRPr="007A0413">
        <w:rPr>
          <w:rFonts w:cs="Times New Roman"/>
          <w:sz w:val="24"/>
          <w:szCs w:val="24"/>
        </w:rPr>
        <w:t>mai</w:t>
      </w:r>
      <w:proofErr w:type="spellEnd"/>
      <w:r w:rsidRPr="007A0413">
        <w:rPr>
          <w:rFonts w:cs="Times New Roman"/>
          <w:sz w:val="24"/>
          <w:szCs w:val="24"/>
        </w:rPr>
        <w:t xml:space="preserve"> sus.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3"/>
        <w:gridCol w:w="5043"/>
      </w:tblGrid>
      <w:tr w:rsidR="00E10285" w:rsidRPr="007A0413" w14:paraId="32D2D5F1" w14:textId="77777777">
        <w:trPr>
          <w:cantSplit/>
          <w:jc w:val="center"/>
        </w:trPr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90" w:type="dxa"/>
              <w:bottom w:w="250" w:type="dxa"/>
              <w:right w:w="90" w:type="dxa"/>
            </w:tcMar>
          </w:tcPr>
          <w:p w14:paraId="3E2A2925" w14:textId="77777777" w:rsidR="00E10285" w:rsidRPr="007A0413" w:rsidRDefault="003B7C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A0413">
              <w:rPr>
                <w:rFonts w:cs="Times New Roman"/>
                <w:b/>
                <w:sz w:val="24"/>
                <w:szCs w:val="24"/>
              </w:rPr>
              <w:lastRenderedPageBreak/>
              <w:t>ACHIZITOR</w:t>
            </w:r>
            <w:r w:rsidRPr="007A0413">
              <w:rPr>
                <w:rFonts w:cs="Times New Roman"/>
                <w:b/>
                <w:sz w:val="24"/>
                <w:szCs w:val="24"/>
              </w:rPr>
              <w:br/>
              <w:t>SECTORUL 2 AL MUNICIPIULUI BUCUREȘTI</w:t>
            </w:r>
            <w:r w:rsidRPr="007A0413">
              <w:rPr>
                <w:rFonts w:cs="Times New Roman"/>
                <w:b/>
                <w:sz w:val="24"/>
                <w:szCs w:val="24"/>
              </w:rPr>
              <w:br/>
              <w:t>Primar,</w:t>
            </w:r>
            <w:r w:rsidRPr="007A0413">
              <w:rPr>
                <w:rFonts w:cs="Times New Roman"/>
                <w:b/>
                <w:sz w:val="24"/>
                <w:szCs w:val="24"/>
              </w:rPr>
              <w:br/>
              <w:t>RAREȘ HOPINCĂ</w:t>
            </w:r>
            <w:r w:rsidRPr="007A0413">
              <w:rPr>
                <w:rFonts w:cs="Times New Roman"/>
                <w:b/>
                <w:sz w:val="24"/>
                <w:szCs w:val="24"/>
              </w:rPr>
              <w:br/>
            </w:r>
            <w:r w:rsidRPr="007A0413">
              <w:rPr>
                <w:rFonts w:cs="Times New Roman"/>
                <w:b/>
                <w:sz w:val="24"/>
                <w:szCs w:val="24"/>
              </w:rPr>
              <w:br/>
            </w:r>
            <w:proofErr w:type="spellStart"/>
            <w:r w:rsidRPr="007A0413">
              <w:rPr>
                <w:rFonts w:cs="Times New Roman"/>
                <w:b/>
                <w:sz w:val="24"/>
                <w:szCs w:val="24"/>
              </w:rPr>
              <w:t>Direcția</w:t>
            </w:r>
            <w:proofErr w:type="spellEnd"/>
            <w:r w:rsidRPr="007A0413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b/>
                <w:sz w:val="24"/>
                <w:szCs w:val="24"/>
              </w:rPr>
              <w:t>Economică</w:t>
            </w:r>
            <w:proofErr w:type="spellEnd"/>
            <w:r w:rsidRPr="007A0413">
              <w:rPr>
                <w:rFonts w:cs="Times New Roman"/>
                <w:b/>
                <w:sz w:val="24"/>
                <w:szCs w:val="24"/>
              </w:rPr>
              <w:br/>
            </w:r>
            <w:proofErr w:type="spellStart"/>
            <w:r w:rsidRPr="007A0413">
              <w:rPr>
                <w:rFonts w:cs="Times New Roman"/>
                <w:b/>
                <w:sz w:val="24"/>
                <w:szCs w:val="24"/>
              </w:rPr>
              <w:t>Direcția</w:t>
            </w:r>
            <w:proofErr w:type="spellEnd"/>
            <w:r w:rsidRPr="007A0413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b/>
                <w:sz w:val="24"/>
                <w:szCs w:val="24"/>
              </w:rPr>
              <w:t>Achiziții</w:t>
            </w:r>
            <w:proofErr w:type="spellEnd"/>
            <w:r w:rsidRPr="007A0413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b/>
                <w:sz w:val="24"/>
                <w:szCs w:val="24"/>
              </w:rPr>
              <w:t>Publice</w:t>
            </w:r>
            <w:proofErr w:type="spellEnd"/>
            <w:r w:rsidRPr="007A0413">
              <w:rPr>
                <w:rFonts w:cs="Times New Roman"/>
                <w:b/>
                <w:sz w:val="24"/>
                <w:szCs w:val="24"/>
              </w:rPr>
              <w:br/>
            </w:r>
            <w:proofErr w:type="spellStart"/>
            <w:r w:rsidRPr="007A0413">
              <w:rPr>
                <w:rFonts w:cs="Times New Roman"/>
                <w:b/>
                <w:sz w:val="24"/>
                <w:szCs w:val="24"/>
              </w:rPr>
              <w:t>Direcția</w:t>
            </w:r>
            <w:proofErr w:type="spellEnd"/>
            <w:r w:rsidRPr="007A0413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b/>
                <w:sz w:val="24"/>
                <w:szCs w:val="24"/>
              </w:rPr>
              <w:t>Juridică</w:t>
            </w:r>
            <w:proofErr w:type="spellEnd"/>
            <w:r w:rsidRPr="007A0413">
              <w:rPr>
                <w:rFonts w:cs="Times New Roman"/>
                <w:b/>
                <w:sz w:val="24"/>
                <w:szCs w:val="24"/>
              </w:rPr>
              <w:br/>
            </w:r>
            <w:proofErr w:type="spellStart"/>
            <w:r w:rsidRPr="007A0413">
              <w:rPr>
                <w:rFonts w:cs="Times New Roman"/>
                <w:b/>
                <w:sz w:val="24"/>
                <w:szCs w:val="24"/>
              </w:rPr>
              <w:t>Structura</w:t>
            </w:r>
            <w:proofErr w:type="spellEnd"/>
            <w:r w:rsidRPr="007A0413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A0413">
              <w:rPr>
                <w:rFonts w:cs="Times New Roman"/>
                <w:b/>
                <w:sz w:val="24"/>
                <w:szCs w:val="24"/>
              </w:rPr>
              <w:t>beneficiară</w:t>
            </w:r>
            <w:proofErr w:type="spellEnd"/>
          </w:p>
        </w:tc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90" w:type="dxa"/>
              <w:bottom w:w="250" w:type="dxa"/>
              <w:right w:w="90" w:type="dxa"/>
            </w:tcMar>
          </w:tcPr>
          <w:p w14:paraId="72794ED9" w14:textId="77777777" w:rsidR="00E10285" w:rsidRPr="007A0413" w:rsidRDefault="003B7C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A0413">
              <w:rPr>
                <w:rFonts w:cs="Times New Roman"/>
                <w:b/>
                <w:sz w:val="24"/>
                <w:szCs w:val="24"/>
              </w:rPr>
              <w:t>PRESTATOR</w:t>
            </w:r>
            <w:r w:rsidRPr="007A0413">
              <w:rPr>
                <w:rFonts w:cs="Times New Roman"/>
                <w:b/>
                <w:sz w:val="24"/>
                <w:szCs w:val="24"/>
              </w:rPr>
              <w:br/>
              <w:t>[DENUMIRE]</w:t>
            </w:r>
            <w:r w:rsidRPr="007A0413">
              <w:rPr>
                <w:rFonts w:cs="Times New Roman"/>
                <w:b/>
                <w:sz w:val="24"/>
                <w:szCs w:val="24"/>
              </w:rPr>
              <w:br/>
            </w:r>
            <w:proofErr w:type="spellStart"/>
            <w:r w:rsidRPr="007A0413">
              <w:rPr>
                <w:rFonts w:cs="Times New Roman"/>
                <w:b/>
                <w:sz w:val="24"/>
                <w:szCs w:val="24"/>
              </w:rPr>
              <w:t>Reprezentant</w:t>
            </w:r>
            <w:proofErr w:type="spellEnd"/>
            <w:r w:rsidRPr="007A0413">
              <w:rPr>
                <w:rFonts w:cs="Times New Roman"/>
                <w:b/>
                <w:sz w:val="24"/>
                <w:szCs w:val="24"/>
              </w:rPr>
              <w:t xml:space="preserve"> legal,</w:t>
            </w:r>
            <w:r w:rsidRPr="007A0413">
              <w:rPr>
                <w:rFonts w:cs="Times New Roman"/>
                <w:b/>
                <w:sz w:val="24"/>
                <w:szCs w:val="24"/>
              </w:rPr>
              <w:br/>
              <w:t>[NUME / FUNCȚIE]</w:t>
            </w:r>
            <w:r w:rsidRPr="007A0413">
              <w:rPr>
                <w:rFonts w:cs="Times New Roman"/>
                <w:b/>
                <w:sz w:val="24"/>
                <w:szCs w:val="24"/>
              </w:rPr>
              <w:br/>
            </w:r>
            <w:r w:rsidRPr="007A0413">
              <w:rPr>
                <w:rFonts w:cs="Times New Roman"/>
                <w:b/>
                <w:sz w:val="24"/>
                <w:szCs w:val="24"/>
              </w:rPr>
              <w:br/>
            </w:r>
            <w:proofErr w:type="spellStart"/>
            <w:r w:rsidRPr="007A0413">
              <w:rPr>
                <w:rFonts w:cs="Times New Roman"/>
                <w:b/>
                <w:sz w:val="24"/>
                <w:szCs w:val="24"/>
              </w:rPr>
              <w:t>Semnătură</w:t>
            </w:r>
            <w:proofErr w:type="spellEnd"/>
          </w:p>
        </w:tc>
      </w:tr>
    </w:tbl>
    <w:p w14:paraId="5D6642CF" w14:textId="77777777" w:rsidR="00E10285" w:rsidRPr="007A0413" w:rsidRDefault="003B7C42">
      <w:pPr>
        <w:rPr>
          <w:rFonts w:cs="Times New Roman"/>
          <w:sz w:val="24"/>
          <w:szCs w:val="24"/>
        </w:rPr>
      </w:pPr>
      <w:r w:rsidRPr="007A0413">
        <w:rPr>
          <w:rFonts w:cs="Times New Roman"/>
          <w:sz w:val="24"/>
          <w:szCs w:val="24"/>
        </w:rPr>
        <w:br w:type="page"/>
      </w:r>
    </w:p>
    <w:p w14:paraId="371DEB3F" w14:textId="77777777" w:rsidR="005528C2" w:rsidRPr="007A0413" w:rsidRDefault="00A1736F">
      <w:pPr>
        <w:pageBreakBefore/>
        <w:spacing w:after="40"/>
        <w:jc w:val="center"/>
      </w:pPr>
      <w:r w:rsidRPr="007A0413">
        <w:rPr>
          <w:b/>
          <w:sz w:val="26"/>
        </w:rPr>
        <w:lastRenderedPageBreak/>
        <w:t>SECȚIUNEA IV</w:t>
      </w:r>
    </w:p>
    <w:p w14:paraId="11D6A6E2" w14:textId="1A7E7A30" w:rsidR="005528C2" w:rsidRPr="007A0413" w:rsidRDefault="00A1736F">
      <w:pPr>
        <w:spacing w:after="200"/>
        <w:jc w:val="center"/>
        <w:rPr>
          <w:b/>
          <w:sz w:val="26"/>
        </w:rPr>
      </w:pPr>
      <w:r w:rsidRPr="007A0413">
        <w:rPr>
          <w:b/>
          <w:sz w:val="26"/>
        </w:rPr>
        <w:t>FORMULARE</w:t>
      </w:r>
    </w:p>
    <w:p w14:paraId="01223FD5" w14:textId="19F7914B" w:rsidR="00B06084" w:rsidRPr="007A0413" w:rsidRDefault="00B06084">
      <w:pPr>
        <w:spacing w:after="200"/>
        <w:jc w:val="center"/>
        <w:rPr>
          <w:b/>
          <w:sz w:val="26"/>
        </w:rPr>
      </w:pPr>
    </w:p>
    <w:p w14:paraId="498DA597" w14:textId="77777777" w:rsidR="00B06084" w:rsidRPr="007A0413" w:rsidRDefault="00B06084">
      <w:pPr>
        <w:spacing w:after="200"/>
        <w:jc w:val="center"/>
      </w:pPr>
    </w:p>
    <w:p w14:paraId="72CCDB27" w14:textId="77777777" w:rsidR="005528C2" w:rsidRPr="007A0413" w:rsidRDefault="00A1736F">
      <w:pPr>
        <w:spacing w:after="80" w:line="240" w:lineRule="auto"/>
        <w:jc w:val="both"/>
      </w:pPr>
      <w:proofErr w:type="spellStart"/>
      <w:r w:rsidRPr="007A0413">
        <w:rPr>
          <w:sz w:val="21"/>
        </w:rPr>
        <w:t>Această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secțiune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conține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formularele</w:t>
      </w:r>
      <w:proofErr w:type="spellEnd"/>
      <w:r w:rsidRPr="007A0413">
        <w:rPr>
          <w:sz w:val="21"/>
        </w:rPr>
        <w:t xml:space="preserve"> destinate, pe de o </w:t>
      </w:r>
      <w:proofErr w:type="spellStart"/>
      <w:r w:rsidRPr="007A0413">
        <w:rPr>
          <w:sz w:val="21"/>
        </w:rPr>
        <w:t>parte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să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faciliteze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elaborarea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prezentarea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ofertei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a </w:t>
      </w:r>
      <w:proofErr w:type="spellStart"/>
      <w:r w:rsidRPr="007A0413">
        <w:rPr>
          <w:sz w:val="21"/>
        </w:rPr>
        <w:t>documentelor</w:t>
      </w:r>
      <w:proofErr w:type="spellEnd"/>
      <w:r w:rsidRPr="007A0413">
        <w:rPr>
          <w:sz w:val="21"/>
        </w:rPr>
        <w:t xml:space="preserve"> care o </w:t>
      </w:r>
      <w:proofErr w:type="spellStart"/>
      <w:r w:rsidRPr="007A0413">
        <w:rPr>
          <w:sz w:val="21"/>
        </w:rPr>
        <w:t>însoțesc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, pe de </w:t>
      </w:r>
      <w:proofErr w:type="spellStart"/>
      <w:r w:rsidRPr="007A0413">
        <w:rPr>
          <w:sz w:val="21"/>
        </w:rPr>
        <w:t>altă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parte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să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permită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comisiei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evaluare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examinarea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evaluarea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rapidă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corectă</w:t>
      </w:r>
      <w:proofErr w:type="spellEnd"/>
      <w:r w:rsidRPr="007A0413">
        <w:rPr>
          <w:sz w:val="21"/>
        </w:rPr>
        <w:t xml:space="preserve"> </w:t>
      </w:r>
      <w:proofErr w:type="gramStart"/>
      <w:r w:rsidRPr="007A0413">
        <w:rPr>
          <w:sz w:val="21"/>
        </w:rPr>
        <w:t>a</w:t>
      </w:r>
      <w:proofErr w:type="gram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ofertelor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depuse</w:t>
      </w:r>
      <w:proofErr w:type="spellEnd"/>
      <w:r w:rsidRPr="007A0413">
        <w:rPr>
          <w:sz w:val="21"/>
        </w:rPr>
        <w:t>.</w:t>
      </w:r>
    </w:p>
    <w:p w14:paraId="38006A12" w14:textId="77777777" w:rsidR="005528C2" w:rsidRPr="007A0413" w:rsidRDefault="00A1736F">
      <w:pPr>
        <w:spacing w:after="80" w:line="240" w:lineRule="auto"/>
        <w:jc w:val="both"/>
      </w:pPr>
      <w:proofErr w:type="spellStart"/>
      <w:r w:rsidRPr="007A0413">
        <w:rPr>
          <w:sz w:val="21"/>
        </w:rPr>
        <w:t>Fiecare</w:t>
      </w:r>
      <w:proofErr w:type="spellEnd"/>
      <w:r w:rsidRPr="007A0413">
        <w:rPr>
          <w:sz w:val="21"/>
        </w:rPr>
        <w:t xml:space="preserve"> operator economic care </w:t>
      </w:r>
      <w:proofErr w:type="spellStart"/>
      <w:r w:rsidRPr="007A0413">
        <w:rPr>
          <w:sz w:val="21"/>
        </w:rPr>
        <w:t>participă</w:t>
      </w:r>
      <w:proofErr w:type="spellEnd"/>
      <w:r w:rsidRPr="007A0413">
        <w:rPr>
          <w:sz w:val="21"/>
        </w:rPr>
        <w:t xml:space="preserve"> individual,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asociere</w:t>
      </w:r>
      <w:proofErr w:type="spellEnd"/>
      <w:r w:rsidRPr="007A0413">
        <w:rPr>
          <w:sz w:val="21"/>
        </w:rPr>
        <w:t xml:space="preserve">, ca </w:t>
      </w:r>
      <w:proofErr w:type="spellStart"/>
      <w:r w:rsidRPr="007A0413">
        <w:rPr>
          <w:sz w:val="21"/>
        </w:rPr>
        <w:t>subcontractant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ori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terț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susținător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după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caz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va</w:t>
      </w:r>
      <w:proofErr w:type="spellEnd"/>
      <w:r w:rsidRPr="007A0413">
        <w:rPr>
          <w:sz w:val="21"/>
        </w:rPr>
        <w:t xml:space="preserve"> completa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semna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formularele</w:t>
      </w:r>
      <w:proofErr w:type="spellEnd"/>
      <w:r w:rsidRPr="007A0413">
        <w:rPr>
          <w:sz w:val="21"/>
        </w:rPr>
        <w:t xml:space="preserve"> care </w:t>
      </w:r>
      <w:proofErr w:type="spellStart"/>
      <w:r w:rsidRPr="007A0413">
        <w:rPr>
          <w:sz w:val="21"/>
        </w:rPr>
        <w:t>îi</w:t>
      </w:r>
      <w:proofErr w:type="spellEnd"/>
      <w:r w:rsidRPr="007A0413">
        <w:rPr>
          <w:sz w:val="21"/>
        </w:rPr>
        <w:t xml:space="preserve"> sunt </w:t>
      </w:r>
      <w:proofErr w:type="spellStart"/>
      <w:r w:rsidRPr="007A0413">
        <w:rPr>
          <w:sz w:val="21"/>
        </w:rPr>
        <w:t>aplicabile</w:t>
      </w:r>
      <w:proofErr w:type="spellEnd"/>
      <w:r w:rsidRPr="007A0413">
        <w:rPr>
          <w:sz w:val="21"/>
        </w:rPr>
        <w:t xml:space="preserve">. </w:t>
      </w:r>
      <w:proofErr w:type="spellStart"/>
      <w:r w:rsidRPr="007A0413">
        <w:rPr>
          <w:sz w:val="21"/>
        </w:rPr>
        <w:t>Formularele</w:t>
      </w:r>
      <w:proofErr w:type="spellEnd"/>
      <w:r w:rsidRPr="007A0413">
        <w:rPr>
          <w:sz w:val="21"/>
        </w:rPr>
        <w:t xml:space="preserve"> se </w:t>
      </w:r>
      <w:proofErr w:type="spellStart"/>
      <w:r w:rsidRPr="007A0413">
        <w:rPr>
          <w:sz w:val="21"/>
        </w:rPr>
        <w:t>completează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fără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modificarea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sensului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gramStart"/>
      <w:r w:rsidRPr="007A0413">
        <w:rPr>
          <w:sz w:val="21"/>
        </w:rPr>
        <w:t>a</w:t>
      </w:r>
      <w:proofErr w:type="gram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obligațiilor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asumate</w:t>
      </w:r>
      <w:proofErr w:type="spellEnd"/>
      <w:r w:rsidRPr="007A0413">
        <w:rPr>
          <w:sz w:val="21"/>
        </w:rPr>
        <w:t xml:space="preserve">; pot fi </w:t>
      </w:r>
      <w:proofErr w:type="spellStart"/>
      <w:r w:rsidRPr="007A0413">
        <w:rPr>
          <w:sz w:val="21"/>
        </w:rPr>
        <w:t>adaptate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numai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măsura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necesară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pentru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reflectarea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situației</w:t>
      </w:r>
      <w:proofErr w:type="spellEnd"/>
      <w:r w:rsidRPr="007A0413">
        <w:rPr>
          <w:sz w:val="21"/>
        </w:rPr>
        <w:t xml:space="preserve"> concrete </w:t>
      </w:r>
      <w:proofErr w:type="gramStart"/>
      <w:r w:rsidRPr="007A0413">
        <w:rPr>
          <w:sz w:val="21"/>
        </w:rPr>
        <w:t>a</w:t>
      </w:r>
      <w:proofErr w:type="gram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ofertantului</w:t>
      </w:r>
      <w:proofErr w:type="spellEnd"/>
      <w:r w:rsidRPr="007A0413">
        <w:rPr>
          <w:sz w:val="21"/>
        </w:rPr>
        <w:t>.</w:t>
      </w:r>
    </w:p>
    <w:p w14:paraId="02F1F49B" w14:textId="77777777" w:rsidR="005528C2" w:rsidRPr="007A0413" w:rsidRDefault="00A1736F">
      <w:pPr>
        <w:spacing w:after="40"/>
        <w:ind w:left="283" w:hanging="142"/>
      </w:pPr>
      <w:r w:rsidRPr="007A0413">
        <w:rPr>
          <w:sz w:val="20"/>
        </w:rPr>
        <w:t xml:space="preserve">• </w:t>
      </w:r>
      <w:proofErr w:type="spellStart"/>
      <w:r w:rsidRPr="007A0413">
        <w:rPr>
          <w:sz w:val="20"/>
        </w:rPr>
        <w:t>Formularul</w:t>
      </w:r>
      <w:proofErr w:type="spellEnd"/>
      <w:r w:rsidRPr="007A0413">
        <w:rPr>
          <w:sz w:val="20"/>
        </w:rPr>
        <w:t xml:space="preserve"> nr. 1 - </w:t>
      </w:r>
      <w:proofErr w:type="spellStart"/>
      <w:r w:rsidRPr="007A0413">
        <w:rPr>
          <w:sz w:val="20"/>
        </w:rPr>
        <w:t>Declarație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privind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neîncadrarea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în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situațiile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prevăzute</w:t>
      </w:r>
      <w:proofErr w:type="spellEnd"/>
      <w:r w:rsidRPr="007A0413">
        <w:rPr>
          <w:sz w:val="20"/>
        </w:rPr>
        <w:t xml:space="preserve"> la art. 164 din </w:t>
      </w:r>
      <w:proofErr w:type="spellStart"/>
      <w:r w:rsidRPr="007A0413">
        <w:rPr>
          <w:sz w:val="20"/>
        </w:rPr>
        <w:t>Legea</w:t>
      </w:r>
      <w:proofErr w:type="spellEnd"/>
      <w:r w:rsidRPr="007A0413">
        <w:rPr>
          <w:sz w:val="20"/>
        </w:rPr>
        <w:t xml:space="preserve"> nr. 98/2016;</w:t>
      </w:r>
    </w:p>
    <w:p w14:paraId="17419D67" w14:textId="77777777" w:rsidR="005528C2" w:rsidRPr="007A0413" w:rsidRDefault="00A1736F">
      <w:pPr>
        <w:spacing w:after="40"/>
        <w:ind w:left="283" w:hanging="142"/>
      </w:pPr>
      <w:r w:rsidRPr="007A0413">
        <w:rPr>
          <w:sz w:val="20"/>
        </w:rPr>
        <w:t xml:space="preserve">• </w:t>
      </w:r>
      <w:proofErr w:type="spellStart"/>
      <w:r w:rsidRPr="007A0413">
        <w:rPr>
          <w:sz w:val="20"/>
        </w:rPr>
        <w:t>Formularul</w:t>
      </w:r>
      <w:proofErr w:type="spellEnd"/>
      <w:r w:rsidRPr="007A0413">
        <w:rPr>
          <w:sz w:val="20"/>
        </w:rPr>
        <w:t xml:space="preserve"> nr. 2 - </w:t>
      </w:r>
      <w:proofErr w:type="spellStart"/>
      <w:r w:rsidRPr="007A0413">
        <w:rPr>
          <w:sz w:val="20"/>
        </w:rPr>
        <w:t>Declarație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privind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neîncadrarea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în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situațiile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prevăzute</w:t>
      </w:r>
      <w:proofErr w:type="spellEnd"/>
      <w:r w:rsidRPr="007A0413">
        <w:rPr>
          <w:sz w:val="20"/>
        </w:rPr>
        <w:t xml:space="preserve"> la art. 165 din </w:t>
      </w:r>
      <w:proofErr w:type="spellStart"/>
      <w:r w:rsidRPr="007A0413">
        <w:rPr>
          <w:sz w:val="20"/>
        </w:rPr>
        <w:t>Legea</w:t>
      </w:r>
      <w:proofErr w:type="spellEnd"/>
      <w:r w:rsidRPr="007A0413">
        <w:rPr>
          <w:sz w:val="20"/>
        </w:rPr>
        <w:t xml:space="preserve"> nr. 98/2016;</w:t>
      </w:r>
    </w:p>
    <w:p w14:paraId="4B4029A6" w14:textId="77777777" w:rsidR="005528C2" w:rsidRPr="007A0413" w:rsidRDefault="00A1736F">
      <w:pPr>
        <w:spacing w:after="40"/>
        <w:ind w:left="283" w:hanging="142"/>
      </w:pPr>
      <w:r w:rsidRPr="007A0413">
        <w:rPr>
          <w:sz w:val="20"/>
        </w:rPr>
        <w:t xml:space="preserve">• </w:t>
      </w:r>
      <w:proofErr w:type="spellStart"/>
      <w:r w:rsidRPr="007A0413">
        <w:rPr>
          <w:sz w:val="20"/>
        </w:rPr>
        <w:t>Formularul</w:t>
      </w:r>
      <w:proofErr w:type="spellEnd"/>
      <w:r w:rsidRPr="007A0413">
        <w:rPr>
          <w:sz w:val="20"/>
        </w:rPr>
        <w:t xml:space="preserve"> nr. 3 - </w:t>
      </w:r>
      <w:proofErr w:type="spellStart"/>
      <w:r w:rsidRPr="007A0413">
        <w:rPr>
          <w:sz w:val="20"/>
        </w:rPr>
        <w:t>Declarație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privind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neîncadrarea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în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situațiile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prevăzute</w:t>
      </w:r>
      <w:proofErr w:type="spellEnd"/>
      <w:r w:rsidRPr="007A0413">
        <w:rPr>
          <w:sz w:val="20"/>
        </w:rPr>
        <w:t xml:space="preserve"> la art. 167 din </w:t>
      </w:r>
      <w:proofErr w:type="spellStart"/>
      <w:r w:rsidRPr="007A0413">
        <w:rPr>
          <w:sz w:val="20"/>
        </w:rPr>
        <w:t>Legea</w:t>
      </w:r>
      <w:proofErr w:type="spellEnd"/>
      <w:r w:rsidRPr="007A0413">
        <w:rPr>
          <w:sz w:val="20"/>
        </w:rPr>
        <w:t xml:space="preserve"> nr. 98/2016;</w:t>
      </w:r>
    </w:p>
    <w:p w14:paraId="778A9CBE" w14:textId="77777777" w:rsidR="005528C2" w:rsidRPr="007A0413" w:rsidRDefault="00A1736F">
      <w:pPr>
        <w:spacing w:after="40"/>
        <w:ind w:left="283" w:hanging="142"/>
      </w:pPr>
      <w:r w:rsidRPr="007A0413">
        <w:rPr>
          <w:sz w:val="20"/>
        </w:rPr>
        <w:t xml:space="preserve">• </w:t>
      </w:r>
      <w:proofErr w:type="spellStart"/>
      <w:r w:rsidRPr="007A0413">
        <w:rPr>
          <w:sz w:val="20"/>
        </w:rPr>
        <w:t>Formularul</w:t>
      </w:r>
      <w:proofErr w:type="spellEnd"/>
      <w:r w:rsidRPr="007A0413">
        <w:rPr>
          <w:sz w:val="20"/>
        </w:rPr>
        <w:t xml:space="preserve"> nr. 4 - </w:t>
      </w:r>
      <w:proofErr w:type="spellStart"/>
      <w:r w:rsidRPr="007A0413">
        <w:rPr>
          <w:sz w:val="20"/>
        </w:rPr>
        <w:t>Declarație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privind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conflictul</w:t>
      </w:r>
      <w:proofErr w:type="spellEnd"/>
      <w:r w:rsidRPr="007A0413">
        <w:rPr>
          <w:sz w:val="20"/>
        </w:rPr>
        <w:t xml:space="preserve"> de </w:t>
      </w:r>
      <w:proofErr w:type="spellStart"/>
      <w:r w:rsidRPr="007A0413">
        <w:rPr>
          <w:sz w:val="20"/>
        </w:rPr>
        <w:t>interese</w:t>
      </w:r>
      <w:proofErr w:type="spellEnd"/>
      <w:r w:rsidRPr="007A0413">
        <w:rPr>
          <w:sz w:val="20"/>
        </w:rPr>
        <w:t xml:space="preserve"> - art. 59-60 din </w:t>
      </w:r>
      <w:proofErr w:type="spellStart"/>
      <w:r w:rsidRPr="007A0413">
        <w:rPr>
          <w:sz w:val="20"/>
        </w:rPr>
        <w:t>Legea</w:t>
      </w:r>
      <w:proofErr w:type="spellEnd"/>
      <w:r w:rsidRPr="007A0413">
        <w:rPr>
          <w:sz w:val="20"/>
        </w:rPr>
        <w:t xml:space="preserve"> nr. 98/2016 </w:t>
      </w:r>
      <w:proofErr w:type="spellStart"/>
      <w:r w:rsidRPr="007A0413">
        <w:rPr>
          <w:sz w:val="20"/>
        </w:rPr>
        <w:t>și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tabelul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persoanelor</w:t>
      </w:r>
      <w:proofErr w:type="spellEnd"/>
      <w:r w:rsidRPr="007A0413">
        <w:rPr>
          <w:sz w:val="20"/>
        </w:rPr>
        <w:t xml:space="preserve"> cu </w:t>
      </w:r>
      <w:proofErr w:type="spellStart"/>
      <w:r w:rsidRPr="007A0413">
        <w:rPr>
          <w:sz w:val="20"/>
        </w:rPr>
        <w:t>funcții</w:t>
      </w:r>
      <w:proofErr w:type="spellEnd"/>
      <w:r w:rsidRPr="007A0413">
        <w:rPr>
          <w:sz w:val="20"/>
        </w:rPr>
        <w:t xml:space="preserve"> de </w:t>
      </w:r>
      <w:proofErr w:type="spellStart"/>
      <w:r w:rsidRPr="007A0413">
        <w:rPr>
          <w:sz w:val="20"/>
        </w:rPr>
        <w:t>decizie</w:t>
      </w:r>
      <w:proofErr w:type="spellEnd"/>
      <w:r w:rsidRPr="007A0413">
        <w:rPr>
          <w:sz w:val="20"/>
        </w:rPr>
        <w:t>;</w:t>
      </w:r>
    </w:p>
    <w:p w14:paraId="1BAC2441" w14:textId="77777777" w:rsidR="00306829" w:rsidRPr="007A0413" w:rsidRDefault="00A1736F">
      <w:pPr>
        <w:spacing w:after="40"/>
        <w:ind w:left="283" w:hanging="142"/>
        <w:rPr>
          <w:sz w:val="20"/>
        </w:rPr>
      </w:pPr>
      <w:r w:rsidRPr="007A0413">
        <w:t xml:space="preserve">• </w:t>
      </w:r>
      <w:proofErr w:type="spellStart"/>
      <w:r w:rsidRPr="007A0413">
        <w:t>Formularul</w:t>
      </w:r>
      <w:proofErr w:type="spellEnd"/>
      <w:r w:rsidRPr="007A0413">
        <w:t xml:space="preserve"> nr. 5 – Formular de </w:t>
      </w:r>
      <w:proofErr w:type="spellStart"/>
      <w:r w:rsidRPr="007A0413">
        <w:t>ofertă</w:t>
      </w:r>
      <w:proofErr w:type="spellEnd"/>
      <w:r w:rsidRPr="007A0413">
        <w:t xml:space="preserve">, </w:t>
      </w:r>
      <w:proofErr w:type="spellStart"/>
      <w:r w:rsidRPr="007A0413">
        <w:t>împreună</w:t>
      </w:r>
      <w:proofErr w:type="spellEnd"/>
      <w:r w:rsidRPr="007A0413">
        <w:t xml:space="preserve"> cu </w:t>
      </w:r>
      <w:proofErr w:type="spellStart"/>
      <w:r w:rsidRPr="007A0413">
        <w:t>Anexa</w:t>
      </w:r>
      <w:proofErr w:type="spellEnd"/>
      <w:r w:rsidRPr="007A0413">
        <w:t xml:space="preserve"> nr. 4 la </w:t>
      </w:r>
      <w:proofErr w:type="spellStart"/>
      <w:r w:rsidRPr="007A0413">
        <w:t>Caietul</w:t>
      </w:r>
      <w:proofErr w:type="spellEnd"/>
      <w:r w:rsidRPr="007A0413">
        <w:t xml:space="preserve"> de </w:t>
      </w:r>
      <w:proofErr w:type="spellStart"/>
      <w:r w:rsidRPr="007A0413">
        <w:t>sarcini</w:t>
      </w:r>
      <w:proofErr w:type="spellEnd"/>
      <w:r w:rsidRPr="007A0413">
        <w:t xml:space="preserve"> – </w:t>
      </w:r>
      <w:proofErr w:type="spellStart"/>
      <w:r w:rsidRPr="007A0413">
        <w:t>Centralizatorul</w:t>
      </w:r>
      <w:proofErr w:type="spellEnd"/>
      <w:r w:rsidRPr="007A0413">
        <w:t xml:space="preserve"> </w:t>
      </w:r>
      <w:proofErr w:type="spellStart"/>
      <w:r w:rsidRPr="007A0413">
        <w:t>propunerii</w:t>
      </w:r>
      <w:proofErr w:type="spellEnd"/>
      <w:r w:rsidRPr="007A0413">
        <w:t xml:space="preserve"> </w:t>
      </w:r>
      <w:proofErr w:type="spellStart"/>
      <w:r w:rsidRPr="007A0413">
        <w:t>financiare</w:t>
      </w:r>
      <w:proofErr w:type="spellEnd"/>
      <w:r w:rsidRPr="007A0413">
        <w:t xml:space="preserve">, care se </w:t>
      </w:r>
      <w:proofErr w:type="spellStart"/>
      <w:r w:rsidRPr="007A0413">
        <w:t>completează</w:t>
      </w:r>
      <w:proofErr w:type="spellEnd"/>
      <w:r w:rsidRPr="007A0413">
        <w:t xml:space="preserve"> de </w:t>
      </w:r>
      <w:proofErr w:type="spellStart"/>
      <w:r w:rsidRPr="007A0413">
        <w:t>către</w:t>
      </w:r>
      <w:proofErr w:type="spellEnd"/>
      <w:r w:rsidRPr="007A0413">
        <w:t xml:space="preserve"> </w:t>
      </w:r>
      <w:proofErr w:type="spellStart"/>
      <w:r w:rsidRPr="007A0413">
        <w:t>ofertant</w:t>
      </w:r>
      <w:proofErr w:type="spellEnd"/>
      <w:r w:rsidRPr="007A0413">
        <w:t>;</w:t>
      </w:r>
    </w:p>
    <w:p w14:paraId="35F79593" w14:textId="77777777" w:rsidR="005528C2" w:rsidRPr="007A0413" w:rsidRDefault="00A1736F">
      <w:pPr>
        <w:spacing w:after="40"/>
        <w:ind w:left="283" w:hanging="142"/>
      </w:pPr>
      <w:r w:rsidRPr="007A0413">
        <w:rPr>
          <w:sz w:val="20"/>
        </w:rPr>
        <w:t xml:space="preserve">• </w:t>
      </w:r>
      <w:proofErr w:type="spellStart"/>
      <w:r w:rsidRPr="007A0413">
        <w:rPr>
          <w:sz w:val="20"/>
        </w:rPr>
        <w:t>Formularul</w:t>
      </w:r>
      <w:proofErr w:type="spellEnd"/>
      <w:r w:rsidRPr="007A0413">
        <w:rPr>
          <w:sz w:val="20"/>
        </w:rPr>
        <w:t xml:space="preserve"> nr. 6 - </w:t>
      </w:r>
      <w:proofErr w:type="spellStart"/>
      <w:r w:rsidRPr="007A0413">
        <w:rPr>
          <w:sz w:val="20"/>
        </w:rPr>
        <w:t>Declarație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privind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însușirea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documentației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și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conformitatea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propunerii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tehnice</w:t>
      </w:r>
      <w:proofErr w:type="spellEnd"/>
      <w:r w:rsidRPr="007A0413">
        <w:rPr>
          <w:sz w:val="20"/>
        </w:rPr>
        <w:t>;</w:t>
      </w:r>
    </w:p>
    <w:p w14:paraId="7631F893" w14:textId="77777777" w:rsidR="005528C2" w:rsidRPr="007A0413" w:rsidRDefault="00A1736F">
      <w:pPr>
        <w:spacing w:after="40"/>
        <w:ind w:left="283" w:hanging="142"/>
      </w:pPr>
      <w:r w:rsidRPr="007A0413">
        <w:rPr>
          <w:sz w:val="20"/>
        </w:rPr>
        <w:t xml:space="preserve">• </w:t>
      </w:r>
      <w:proofErr w:type="spellStart"/>
      <w:r w:rsidRPr="007A0413">
        <w:rPr>
          <w:sz w:val="20"/>
        </w:rPr>
        <w:t>Formularul</w:t>
      </w:r>
      <w:proofErr w:type="spellEnd"/>
      <w:r w:rsidRPr="007A0413">
        <w:rPr>
          <w:sz w:val="20"/>
        </w:rPr>
        <w:t xml:space="preserve"> nr. 7 - </w:t>
      </w:r>
      <w:proofErr w:type="spellStart"/>
      <w:r w:rsidRPr="007A0413">
        <w:rPr>
          <w:sz w:val="20"/>
        </w:rPr>
        <w:t>Declarație</w:t>
      </w:r>
      <w:proofErr w:type="spellEnd"/>
      <w:r w:rsidRPr="007A0413">
        <w:rPr>
          <w:sz w:val="20"/>
        </w:rPr>
        <w:t>/</w:t>
      </w:r>
      <w:proofErr w:type="spellStart"/>
      <w:r w:rsidRPr="007A0413">
        <w:rPr>
          <w:sz w:val="20"/>
        </w:rPr>
        <w:t>listă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privind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principalele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servicii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similare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prestate</w:t>
      </w:r>
      <w:proofErr w:type="spellEnd"/>
      <w:r w:rsidRPr="007A0413">
        <w:rPr>
          <w:sz w:val="20"/>
        </w:rPr>
        <w:t>;</w:t>
      </w:r>
    </w:p>
    <w:p w14:paraId="761A06E0" w14:textId="77777777" w:rsidR="005528C2" w:rsidRPr="007A0413" w:rsidRDefault="00A1736F">
      <w:pPr>
        <w:spacing w:after="40"/>
        <w:ind w:left="283" w:hanging="142"/>
      </w:pPr>
      <w:r w:rsidRPr="007A0413">
        <w:rPr>
          <w:sz w:val="20"/>
        </w:rPr>
        <w:t xml:space="preserve">• </w:t>
      </w:r>
      <w:proofErr w:type="spellStart"/>
      <w:r w:rsidRPr="007A0413">
        <w:rPr>
          <w:sz w:val="20"/>
        </w:rPr>
        <w:t>Formularul</w:t>
      </w:r>
      <w:proofErr w:type="spellEnd"/>
      <w:r w:rsidRPr="007A0413">
        <w:rPr>
          <w:sz w:val="20"/>
        </w:rPr>
        <w:t xml:space="preserve"> nr. 8 - </w:t>
      </w:r>
      <w:proofErr w:type="spellStart"/>
      <w:r w:rsidRPr="007A0413">
        <w:rPr>
          <w:sz w:val="20"/>
        </w:rPr>
        <w:t>Declarație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privind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personalul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tehnic</w:t>
      </w:r>
      <w:proofErr w:type="spellEnd"/>
      <w:r w:rsidRPr="007A0413">
        <w:rPr>
          <w:sz w:val="20"/>
        </w:rPr>
        <w:t xml:space="preserve"> de </w:t>
      </w:r>
      <w:proofErr w:type="spellStart"/>
      <w:r w:rsidRPr="007A0413">
        <w:rPr>
          <w:sz w:val="20"/>
        </w:rPr>
        <w:t>specialitate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implicat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în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derularea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contractului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și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lista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personalului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propus</w:t>
      </w:r>
      <w:proofErr w:type="spellEnd"/>
      <w:r w:rsidRPr="007A0413">
        <w:rPr>
          <w:sz w:val="20"/>
        </w:rPr>
        <w:t>;</w:t>
      </w:r>
    </w:p>
    <w:p w14:paraId="5F86B9BB" w14:textId="77777777" w:rsidR="005528C2" w:rsidRPr="007A0413" w:rsidRDefault="00A1736F">
      <w:pPr>
        <w:spacing w:after="40"/>
        <w:ind w:left="283" w:hanging="142"/>
      </w:pPr>
      <w:r w:rsidRPr="007A0413">
        <w:rPr>
          <w:sz w:val="20"/>
        </w:rPr>
        <w:t xml:space="preserve">• </w:t>
      </w:r>
      <w:proofErr w:type="spellStart"/>
      <w:r w:rsidRPr="007A0413">
        <w:rPr>
          <w:sz w:val="20"/>
        </w:rPr>
        <w:t>Formularul</w:t>
      </w:r>
      <w:proofErr w:type="spellEnd"/>
      <w:r w:rsidRPr="007A0413">
        <w:rPr>
          <w:sz w:val="20"/>
        </w:rPr>
        <w:t xml:space="preserve"> nr. 9 - </w:t>
      </w:r>
      <w:proofErr w:type="spellStart"/>
      <w:r w:rsidRPr="007A0413">
        <w:rPr>
          <w:sz w:val="20"/>
        </w:rPr>
        <w:t>Declarație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privind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utilajele</w:t>
      </w:r>
      <w:proofErr w:type="spellEnd"/>
      <w:r w:rsidRPr="007A0413">
        <w:rPr>
          <w:sz w:val="20"/>
        </w:rPr>
        <w:t xml:space="preserve">, </w:t>
      </w:r>
      <w:proofErr w:type="spellStart"/>
      <w:r w:rsidRPr="007A0413">
        <w:rPr>
          <w:sz w:val="20"/>
        </w:rPr>
        <w:t>instalațiile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și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echipamentele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tehnice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și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lista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resurselor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propuse</w:t>
      </w:r>
      <w:proofErr w:type="spellEnd"/>
      <w:r w:rsidRPr="007A0413">
        <w:rPr>
          <w:sz w:val="20"/>
        </w:rPr>
        <w:t>;</w:t>
      </w:r>
    </w:p>
    <w:p w14:paraId="4E902C99" w14:textId="77777777" w:rsidR="005528C2" w:rsidRPr="007A0413" w:rsidRDefault="00A1736F">
      <w:pPr>
        <w:spacing w:after="40"/>
        <w:ind w:left="283" w:hanging="142"/>
      </w:pPr>
      <w:r w:rsidRPr="007A0413">
        <w:rPr>
          <w:sz w:val="20"/>
        </w:rPr>
        <w:t xml:space="preserve">• </w:t>
      </w:r>
      <w:proofErr w:type="spellStart"/>
      <w:r w:rsidRPr="007A0413">
        <w:rPr>
          <w:sz w:val="20"/>
        </w:rPr>
        <w:t>Formularul</w:t>
      </w:r>
      <w:proofErr w:type="spellEnd"/>
      <w:r w:rsidRPr="007A0413">
        <w:rPr>
          <w:sz w:val="20"/>
        </w:rPr>
        <w:t xml:space="preserve"> nr. 10 - </w:t>
      </w:r>
      <w:proofErr w:type="spellStart"/>
      <w:r w:rsidRPr="007A0413">
        <w:rPr>
          <w:sz w:val="20"/>
        </w:rPr>
        <w:t>Declarație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privind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subcontractanții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și</w:t>
      </w:r>
      <w:proofErr w:type="spellEnd"/>
      <w:r w:rsidRPr="007A0413">
        <w:rPr>
          <w:sz w:val="20"/>
        </w:rPr>
        <w:t xml:space="preserve"> model de </w:t>
      </w:r>
      <w:proofErr w:type="spellStart"/>
      <w:r w:rsidRPr="007A0413">
        <w:rPr>
          <w:sz w:val="20"/>
        </w:rPr>
        <w:t>acord</w:t>
      </w:r>
      <w:proofErr w:type="spellEnd"/>
      <w:r w:rsidRPr="007A0413">
        <w:rPr>
          <w:sz w:val="20"/>
        </w:rPr>
        <w:t xml:space="preserve"> de </w:t>
      </w:r>
      <w:proofErr w:type="spellStart"/>
      <w:r w:rsidRPr="007A0413">
        <w:rPr>
          <w:sz w:val="20"/>
        </w:rPr>
        <w:t>subcontractare</w:t>
      </w:r>
      <w:proofErr w:type="spellEnd"/>
      <w:r w:rsidRPr="007A0413">
        <w:rPr>
          <w:sz w:val="20"/>
        </w:rPr>
        <w:t>;</w:t>
      </w:r>
    </w:p>
    <w:p w14:paraId="0C0BD87B" w14:textId="77777777" w:rsidR="005528C2" w:rsidRPr="007A0413" w:rsidRDefault="00A1736F">
      <w:pPr>
        <w:spacing w:after="40"/>
        <w:ind w:left="283" w:hanging="142"/>
      </w:pPr>
      <w:r w:rsidRPr="007A0413">
        <w:rPr>
          <w:sz w:val="20"/>
        </w:rPr>
        <w:t xml:space="preserve">• </w:t>
      </w:r>
      <w:proofErr w:type="spellStart"/>
      <w:r w:rsidRPr="007A0413">
        <w:rPr>
          <w:sz w:val="20"/>
        </w:rPr>
        <w:t>Formularul</w:t>
      </w:r>
      <w:proofErr w:type="spellEnd"/>
      <w:r w:rsidRPr="007A0413">
        <w:rPr>
          <w:sz w:val="20"/>
        </w:rPr>
        <w:t xml:space="preserve"> nr. 11 - Acord de </w:t>
      </w:r>
      <w:proofErr w:type="spellStart"/>
      <w:r w:rsidRPr="007A0413">
        <w:rPr>
          <w:sz w:val="20"/>
        </w:rPr>
        <w:t>asociere</w:t>
      </w:r>
      <w:proofErr w:type="spellEnd"/>
      <w:r w:rsidRPr="007A0413">
        <w:rPr>
          <w:sz w:val="20"/>
        </w:rPr>
        <w:t xml:space="preserve"> - model;</w:t>
      </w:r>
    </w:p>
    <w:p w14:paraId="3D7C9391" w14:textId="77777777" w:rsidR="005528C2" w:rsidRPr="007A0413" w:rsidRDefault="00A1736F">
      <w:pPr>
        <w:spacing w:after="40"/>
        <w:ind w:left="283" w:hanging="142"/>
      </w:pPr>
      <w:r w:rsidRPr="007A0413">
        <w:rPr>
          <w:sz w:val="20"/>
        </w:rPr>
        <w:t xml:space="preserve">• </w:t>
      </w:r>
      <w:proofErr w:type="spellStart"/>
      <w:r w:rsidRPr="007A0413">
        <w:rPr>
          <w:sz w:val="20"/>
        </w:rPr>
        <w:t>Formularul</w:t>
      </w:r>
      <w:proofErr w:type="spellEnd"/>
      <w:r w:rsidRPr="007A0413">
        <w:rPr>
          <w:sz w:val="20"/>
        </w:rPr>
        <w:t xml:space="preserve"> nr. 12 - </w:t>
      </w:r>
      <w:proofErr w:type="spellStart"/>
      <w:r w:rsidRPr="007A0413">
        <w:rPr>
          <w:sz w:val="20"/>
        </w:rPr>
        <w:t>Angajament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ferm</w:t>
      </w:r>
      <w:proofErr w:type="spellEnd"/>
      <w:r w:rsidRPr="007A0413">
        <w:rPr>
          <w:sz w:val="20"/>
        </w:rPr>
        <w:t xml:space="preserve"> al </w:t>
      </w:r>
      <w:proofErr w:type="spellStart"/>
      <w:r w:rsidRPr="007A0413">
        <w:rPr>
          <w:sz w:val="20"/>
        </w:rPr>
        <w:t>terțului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susținător</w:t>
      </w:r>
      <w:proofErr w:type="spellEnd"/>
      <w:r w:rsidRPr="007A0413">
        <w:rPr>
          <w:sz w:val="20"/>
        </w:rPr>
        <w:t xml:space="preserve"> - model </w:t>
      </w:r>
      <w:proofErr w:type="spellStart"/>
      <w:r w:rsidRPr="007A0413">
        <w:rPr>
          <w:sz w:val="20"/>
        </w:rPr>
        <w:t>și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anexa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resurselor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puse</w:t>
      </w:r>
      <w:proofErr w:type="spellEnd"/>
      <w:r w:rsidRPr="007A0413">
        <w:rPr>
          <w:sz w:val="20"/>
        </w:rPr>
        <w:t xml:space="preserve"> la </w:t>
      </w:r>
      <w:proofErr w:type="spellStart"/>
      <w:r w:rsidRPr="007A0413">
        <w:rPr>
          <w:sz w:val="20"/>
        </w:rPr>
        <w:t>dispoziție</w:t>
      </w:r>
      <w:proofErr w:type="spellEnd"/>
      <w:r w:rsidRPr="007A0413">
        <w:rPr>
          <w:sz w:val="20"/>
        </w:rPr>
        <w:t>;</w:t>
      </w:r>
    </w:p>
    <w:p w14:paraId="6F35F3F2" w14:textId="77777777" w:rsidR="005528C2" w:rsidRPr="007A0413" w:rsidRDefault="00A1736F">
      <w:pPr>
        <w:spacing w:after="40"/>
        <w:ind w:left="283" w:hanging="142"/>
      </w:pPr>
      <w:r w:rsidRPr="007A0413">
        <w:rPr>
          <w:sz w:val="20"/>
        </w:rPr>
        <w:t xml:space="preserve">• </w:t>
      </w:r>
      <w:proofErr w:type="spellStart"/>
      <w:r w:rsidRPr="007A0413">
        <w:rPr>
          <w:sz w:val="20"/>
        </w:rPr>
        <w:t>Formularul</w:t>
      </w:r>
      <w:proofErr w:type="spellEnd"/>
      <w:r w:rsidRPr="007A0413">
        <w:rPr>
          <w:sz w:val="20"/>
        </w:rPr>
        <w:t xml:space="preserve"> nr. 13 - </w:t>
      </w:r>
      <w:proofErr w:type="spellStart"/>
      <w:r w:rsidRPr="007A0413">
        <w:rPr>
          <w:sz w:val="20"/>
        </w:rPr>
        <w:t>Declarație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privind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respectarea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obligațiilor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în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domeniul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mediului</w:t>
      </w:r>
      <w:proofErr w:type="spellEnd"/>
      <w:r w:rsidRPr="007A0413">
        <w:rPr>
          <w:sz w:val="20"/>
        </w:rPr>
        <w:t xml:space="preserve">, social </w:t>
      </w:r>
      <w:proofErr w:type="spellStart"/>
      <w:r w:rsidRPr="007A0413">
        <w:rPr>
          <w:sz w:val="20"/>
        </w:rPr>
        <w:t>și</w:t>
      </w:r>
      <w:proofErr w:type="spellEnd"/>
      <w:r w:rsidRPr="007A0413">
        <w:rPr>
          <w:sz w:val="20"/>
        </w:rPr>
        <w:t xml:space="preserve"> al </w:t>
      </w:r>
      <w:proofErr w:type="spellStart"/>
      <w:r w:rsidRPr="007A0413">
        <w:rPr>
          <w:sz w:val="20"/>
        </w:rPr>
        <w:t>relațiilor</w:t>
      </w:r>
      <w:proofErr w:type="spellEnd"/>
      <w:r w:rsidRPr="007A0413">
        <w:rPr>
          <w:sz w:val="20"/>
        </w:rPr>
        <w:t xml:space="preserve"> de </w:t>
      </w:r>
      <w:proofErr w:type="spellStart"/>
      <w:r w:rsidRPr="007A0413">
        <w:rPr>
          <w:sz w:val="20"/>
        </w:rPr>
        <w:t>muncă</w:t>
      </w:r>
      <w:proofErr w:type="spellEnd"/>
      <w:r w:rsidRPr="007A0413">
        <w:rPr>
          <w:sz w:val="20"/>
        </w:rPr>
        <w:t>;</w:t>
      </w:r>
    </w:p>
    <w:p w14:paraId="03DC75B1" w14:textId="77777777" w:rsidR="005528C2" w:rsidRPr="007A0413" w:rsidRDefault="00A1736F">
      <w:pPr>
        <w:spacing w:after="40"/>
        <w:ind w:left="283" w:hanging="142"/>
      </w:pPr>
      <w:r w:rsidRPr="007A0413">
        <w:rPr>
          <w:sz w:val="20"/>
        </w:rPr>
        <w:t xml:space="preserve">• </w:t>
      </w:r>
      <w:proofErr w:type="spellStart"/>
      <w:r w:rsidRPr="007A0413">
        <w:rPr>
          <w:sz w:val="20"/>
        </w:rPr>
        <w:t>Formularul</w:t>
      </w:r>
      <w:proofErr w:type="spellEnd"/>
      <w:r w:rsidRPr="007A0413">
        <w:rPr>
          <w:sz w:val="20"/>
        </w:rPr>
        <w:t xml:space="preserve"> nr. 14 - </w:t>
      </w:r>
      <w:proofErr w:type="spellStart"/>
      <w:r w:rsidRPr="007A0413">
        <w:rPr>
          <w:sz w:val="20"/>
        </w:rPr>
        <w:t>Declarație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privind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confidențialitatea</w:t>
      </w:r>
      <w:proofErr w:type="spellEnd"/>
      <w:r w:rsidRPr="007A0413">
        <w:rPr>
          <w:sz w:val="20"/>
        </w:rPr>
        <w:t xml:space="preserve"> </w:t>
      </w:r>
      <w:proofErr w:type="spellStart"/>
      <w:r w:rsidRPr="007A0413">
        <w:rPr>
          <w:sz w:val="20"/>
        </w:rPr>
        <w:t>informațiilor</w:t>
      </w:r>
      <w:proofErr w:type="spellEnd"/>
      <w:r w:rsidRPr="007A0413">
        <w:rPr>
          <w:sz w:val="20"/>
        </w:rPr>
        <w:t xml:space="preserve"> din </w:t>
      </w:r>
      <w:proofErr w:type="spellStart"/>
      <w:r w:rsidRPr="007A0413">
        <w:rPr>
          <w:sz w:val="20"/>
        </w:rPr>
        <w:t>ofertă</w:t>
      </w:r>
      <w:proofErr w:type="spellEnd"/>
      <w:r w:rsidRPr="007A0413">
        <w:rPr>
          <w:sz w:val="20"/>
        </w:rPr>
        <w:t>;</w:t>
      </w:r>
    </w:p>
    <w:p w14:paraId="3B9BB4A2" w14:textId="77777777" w:rsidR="005528C2" w:rsidRPr="007A0413" w:rsidRDefault="00A1736F">
      <w:pPr>
        <w:spacing w:after="40"/>
        <w:ind w:left="283" w:hanging="142"/>
      </w:pPr>
      <w:r w:rsidRPr="007A0413">
        <w:rPr>
          <w:sz w:val="20"/>
        </w:rPr>
        <w:t xml:space="preserve">• </w:t>
      </w:r>
      <w:proofErr w:type="spellStart"/>
      <w:r w:rsidRPr="007A0413">
        <w:rPr>
          <w:sz w:val="20"/>
        </w:rPr>
        <w:t>Formularul</w:t>
      </w:r>
      <w:proofErr w:type="spellEnd"/>
      <w:r w:rsidRPr="007A0413">
        <w:rPr>
          <w:sz w:val="20"/>
        </w:rPr>
        <w:t xml:space="preserve"> nr. 15 - </w:t>
      </w:r>
      <w:proofErr w:type="spellStart"/>
      <w:r w:rsidRPr="007A0413">
        <w:rPr>
          <w:sz w:val="20"/>
        </w:rPr>
        <w:t>Împuternicire</w:t>
      </w:r>
      <w:proofErr w:type="spellEnd"/>
      <w:r w:rsidRPr="007A0413">
        <w:rPr>
          <w:sz w:val="20"/>
        </w:rPr>
        <w:t xml:space="preserve"> - model.</w:t>
      </w:r>
    </w:p>
    <w:p w14:paraId="5F6D8091" w14:textId="77777777" w:rsidR="005528C2" w:rsidRPr="007A0413" w:rsidRDefault="00A1736F">
      <w:pPr>
        <w:pageBreakBefore/>
      </w:pPr>
      <w:proofErr w:type="spellStart"/>
      <w:r w:rsidRPr="007A0413">
        <w:rPr>
          <w:b/>
          <w:sz w:val="21"/>
        </w:rPr>
        <w:lastRenderedPageBreak/>
        <w:t>Denumire</w:t>
      </w:r>
      <w:proofErr w:type="spellEnd"/>
      <w:r w:rsidRPr="007A0413">
        <w:rPr>
          <w:b/>
          <w:sz w:val="21"/>
        </w:rPr>
        <w:t xml:space="preserve"> operator economic: </w:t>
      </w:r>
      <w:r w:rsidRPr="007A0413">
        <w:rPr>
          <w:sz w:val="21"/>
        </w:rPr>
        <w:t>____________________________________________</w:t>
      </w:r>
    </w:p>
    <w:p w14:paraId="2C9885E6" w14:textId="77777777" w:rsidR="00B06084" w:rsidRPr="007A0413" w:rsidRDefault="00B06084">
      <w:pPr>
        <w:keepNext/>
        <w:spacing w:after="80"/>
        <w:jc w:val="center"/>
        <w:rPr>
          <w:b/>
          <w:sz w:val="24"/>
        </w:rPr>
      </w:pPr>
    </w:p>
    <w:p w14:paraId="55DD010F" w14:textId="77777777" w:rsidR="00B06084" w:rsidRPr="007A0413" w:rsidRDefault="00B06084">
      <w:pPr>
        <w:keepNext/>
        <w:spacing w:after="80"/>
        <w:jc w:val="center"/>
        <w:rPr>
          <w:b/>
          <w:sz w:val="24"/>
        </w:rPr>
      </w:pPr>
    </w:p>
    <w:p w14:paraId="06EA3317" w14:textId="72558505" w:rsidR="005528C2" w:rsidRPr="007A0413" w:rsidRDefault="00A1736F">
      <w:pPr>
        <w:keepNext/>
        <w:spacing w:after="80"/>
        <w:jc w:val="center"/>
      </w:pPr>
      <w:r w:rsidRPr="007A0413">
        <w:rPr>
          <w:b/>
          <w:sz w:val="24"/>
        </w:rPr>
        <w:t>FORMULARUL NR. 1</w:t>
      </w:r>
    </w:p>
    <w:p w14:paraId="61B6A8DC" w14:textId="77777777" w:rsidR="005528C2" w:rsidRPr="007A0413" w:rsidRDefault="00A1736F">
      <w:pPr>
        <w:keepNext/>
        <w:spacing w:after="180"/>
        <w:jc w:val="center"/>
      </w:pPr>
      <w:r w:rsidRPr="007A0413">
        <w:rPr>
          <w:b/>
          <w:sz w:val="24"/>
        </w:rPr>
        <w:t>DECLARAȚIE PRIVIND NEÎNCADRAREA ÎN PREVEDERILE ART. 164 DIN LEGEA NR. 98/2016</w:t>
      </w:r>
    </w:p>
    <w:p w14:paraId="3778DFE8" w14:textId="77777777" w:rsidR="005528C2" w:rsidRPr="007A0413" w:rsidRDefault="00A1736F">
      <w:pPr>
        <w:spacing w:after="80" w:line="240" w:lineRule="auto"/>
      </w:pPr>
      <w:proofErr w:type="spellStart"/>
      <w:r w:rsidRPr="007A0413">
        <w:rPr>
          <w:b/>
          <w:sz w:val="21"/>
        </w:rPr>
        <w:t>Către</w:t>
      </w:r>
      <w:proofErr w:type="spellEnd"/>
      <w:r w:rsidRPr="007A0413">
        <w:rPr>
          <w:b/>
          <w:sz w:val="21"/>
        </w:rPr>
        <w:t xml:space="preserve">: SECTORUL 2 AL MUNICIPIULUI BUCUREȘTI, Str. </w:t>
      </w:r>
      <w:proofErr w:type="spellStart"/>
      <w:r w:rsidRPr="007A0413">
        <w:rPr>
          <w:b/>
          <w:sz w:val="21"/>
        </w:rPr>
        <w:t>Chiristigiilor</w:t>
      </w:r>
      <w:proofErr w:type="spellEnd"/>
      <w:r w:rsidRPr="007A0413">
        <w:rPr>
          <w:b/>
          <w:sz w:val="21"/>
        </w:rPr>
        <w:t xml:space="preserve"> nr. 11-13, Sector 2, </w:t>
      </w:r>
      <w:proofErr w:type="spellStart"/>
      <w:r w:rsidRPr="007A0413">
        <w:rPr>
          <w:b/>
          <w:sz w:val="21"/>
        </w:rPr>
        <w:t>București</w:t>
      </w:r>
      <w:proofErr w:type="spellEnd"/>
    </w:p>
    <w:p w14:paraId="333294E8" w14:textId="77777777" w:rsidR="005528C2" w:rsidRPr="007A0413" w:rsidRDefault="00A1736F">
      <w:pPr>
        <w:spacing w:after="80" w:line="240" w:lineRule="auto"/>
        <w:jc w:val="both"/>
      </w:pPr>
      <w:proofErr w:type="spellStart"/>
      <w:r w:rsidRPr="007A0413">
        <w:rPr>
          <w:sz w:val="21"/>
        </w:rPr>
        <w:t>Subsemnatul</w:t>
      </w:r>
      <w:proofErr w:type="spellEnd"/>
      <w:r w:rsidRPr="007A0413">
        <w:rPr>
          <w:sz w:val="21"/>
        </w:rPr>
        <w:t xml:space="preserve">(a) ____________________________________, date de </w:t>
      </w:r>
      <w:proofErr w:type="spellStart"/>
      <w:r w:rsidRPr="007A0413">
        <w:rPr>
          <w:sz w:val="21"/>
        </w:rPr>
        <w:t>identificare</w:t>
      </w:r>
      <w:proofErr w:type="spellEnd"/>
      <w:r w:rsidRPr="007A0413">
        <w:rPr>
          <w:sz w:val="21"/>
        </w:rPr>
        <w:t xml:space="preserve"> ____________________________, </w:t>
      </w:r>
      <w:proofErr w:type="spellStart"/>
      <w:r w:rsidRPr="007A0413">
        <w:rPr>
          <w:sz w:val="21"/>
        </w:rPr>
        <w:t>reprezentant</w:t>
      </w:r>
      <w:proofErr w:type="spellEnd"/>
      <w:r w:rsidRPr="007A0413">
        <w:rPr>
          <w:sz w:val="21"/>
        </w:rPr>
        <w:t xml:space="preserve"> legal/</w:t>
      </w:r>
      <w:proofErr w:type="spellStart"/>
      <w:r w:rsidRPr="007A0413">
        <w:rPr>
          <w:sz w:val="21"/>
        </w:rPr>
        <w:t>împuternicit</w:t>
      </w:r>
      <w:proofErr w:type="spellEnd"/>
      <w:r w:rsidRPr="007A0413">
        <w:rPr>
          <w:sz w:val="21"/>
        </w:rPr>
        <w:t xml:space="preserve"> al ____________________________________ (</w:t>
      </w:r>
      <w:proofErr w:type="spellStart"/>
      <w:r w:rsidRPr="007A0413">
        <w:rPr>
          <w:sz w:val="21"/>
        </w:rPr>
        <w:t>denumirea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sediul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datele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identificare</w:t>
      </w:r>
      <w:proofErr w:type="spellEnd"/>
      <w:r w:rsidRPr="007A0413">
        <w:rPr>
          <w:sz w:val="21"/>
        </w:rPr>
        <w:t xml:space="preserve"> ale </w:t>
      </w:r>
      <w:proofErr w:type="spellStart"/>
      <w:r w:rsidRPr="007A0413">
        <w:rPr>
          <w:sz w:val="21"/>
        </w:rPr>
        <w:t>operatorului</w:t>
      </w:r>
      <w:proofErr w:type="spellEnd"/>
      <w:r w:rsidRPr="007A0413">
        <w:rPr>
          <w:sz w:val="21"/>
        </w:rPr>
        <w:t xml:space="preserve"> economic),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calitate</w:t>
      </w:r>
      <w:proofErr w:type="spellEnd"/>
      <w:r w:rsidRPr="007A0413">
        <w:rPr>
          <w:sz w:val="21"/>
        </w:rPr>
        <w:t xml:space="preserve"> de ____________________ (</w:t>
      </w:r>
      <w:proofErr w:type="spellStart"/>
      <w:r w:rsidRPr="007A0413">
        <w:rPr>
          <w:sz w:val="21"/>
        </w:rPr>
        <w:t>ofertant</w:t>
      </w:r>
      <w:proofErr w:type="spellEnd"/>
      <w:r w:rsidRPr="007A0413">
        <w:rPr>
          <w:sz w:val="21"/>
        </w:rPr>
        <w:t xml:space="preserve"> individual/</w:t>
      </w:r>
      <w:proofErr w:type="spellStart"/>
      <w:r w:rsidRPr="007A0413">
        <w:rPr>
          <w:sz w:val="21"/>
        </w:rPr>
        <w:t>lider</w:t>
      </w:r>
      <w:proofErr w:type="spellEnd"/>
      <w:r w:rsidRPr="007A0413">
        <w:rPr>
          <w:sz w:val="21"/>
        </w:rPr>
        <w:t>/</w:t>
      </w:r>
      <w:proofErr w:type="spellStart"/>
      <w:r w:rsidRPr="007A0413">
        <w:rPr>
          <w:sz w:val="21"/>
        </w:rPr>
        <w:t>asociat</w:t>
      </w:r>
      <w:proofErr w:type="spellEnd"/>
      <w:r w:rsidRPr="007A0413">
        <w:rPr>
          <w:sz w:val="21"/>
        </w:rPr>
        <w:t>/</w:t>
      </w:r>
      <w:proofErr w:type="spellStart"/>
      <w:r w:rsidRPr="007A0413">
        <w:rPr>
          <w:sz w:val="21"/>
        </w:rPr>
        <w:t>subcontractant</w:t>
      </w:r>
      <w:proofErr w:type="spellEnd"/>
      <w:r w:rsidRPr="007A0413">
        <w:rPr>
          <w:sz w:val="21"/>
        </w:rPr>
        <w:t>/</w:t>
      </w:r>
      <w:proofErr w:type="spellStart"/>
      <w:r w:rsidRPr="007A0413">
        <w:rPr>
          <w:sz w:val="21"/>
        </w:rPr>
        <w:t>terț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susținător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după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caz</w:t>
      </w:r>
      <w:proofErr w:type="spellEnd"/>
      <w:r w:rsidRPr="007A0413">
        <w:rPr>
          <w:sz w:val="21"/>
        </w:rPr>
        <w:t xml:space="preserve">), participant la </w:t>
      </w:r>
      <w:proofErr w:type="spellStart"/>
      <w:r w:rsidRPr="007A0413">
        <w:rPr>
          <w:sz w:val="21"/>
        </w:rPr>
        <w:t>procedura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având</w:t>
      </w:r>
      <w:proofErr w:type="spellEnd"/>
      <w:r w:rsidRPr="007A0413">
        <w:rPr>
          <w:sz w:val="21"/>
        </w:rPr>
        <w:t xml:space="preserve"> ca </w:t>
      </w:r>
      <w:proofErr w:type="spellStart"/>
      <w:r w:rsidRPr="007A0413">
        <w:rPr>
          <w:sz w:val="21"/>
        </w:rPr>
        <w:t>obiect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b/>
          <w:sz w:val="21"/>
        </w:rPr>
        <w:t>servicii</w:t>
      </w:r>
      <w:proofErr w:type="spellEnd"/>
      <w:r w:rsidRPr="007A0413">
        <w:rPr>
          <w:b/>
          <w:sz w:val="21"/>
        </w:rPr>
        <w:t xml:space="preserve"> integrate </w:t>
      </w:r>
      <w:proofErr w:type="spellStart"/>
      <w:r w:rsidRPr="007A0413">
        <w:rPr>
          <w:b/>
          <w:sz w:val="21"/>
        </w:rPr>
        <w:t>pentru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organizarea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și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desfășurarea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evenimentului</w:t>
      </w:r>
      <w:proofErr w:type="spellEnd"/>
      <w:r w:rsidRPr="007A0413">
        <w:rPr>
          <w:b/>
          <w:sz w:val="21"/>
        </w:rPr>
        <w:t xml:space="preserve"> „</w:t>
      </w:r>
      <w:proofErr w:type="spellStart"/>
      <w:r w:rsidRPr="007A0413">
        <w:rPr>
          <w:b/>
          <w:sz w:val="21"/>
        </w:rPr>
        <w:t>Prietenii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Pufoși</w:t>
      </w:r>
      <w:proofErr w:type="spellEnd"/>
      <w:r w:rsidRPr="007A0413">
        <w:rPr>
          <w:b/>
          <w:sz w:val="21"/>
        </w:rPr>
        <w:t xml:space="preserve"> – </w:t>
      </w:r>
      <w:proofErr w:type="spellStart"/>
      <w:r w:rsidRPr="007A0413">
        <w:rPr>
          <w:b/>
          <w:sz w:val="21"/>
        </w:rPr>
        <w:t>Ediția</w:t>
      </w:r>
      <w:proofErr w:type="spellEnd"/>
      <w:r w:rsidRPr="007A0413">
        <w:rPr>
          <w:b/>
          <w:sz w:val="21"/>
        </w:rPr>
        <w:t xml:space="preserve"> a II-a”</w:t>
      </w:r>
      <w:r w:rsidRPr="007A0413">
        <w:rPr>
          <w:sz w:val="21"/>
        </w:rPr>
        <w:t xml:space="preserve">, cu termen de </w:t>
      </w:r>
      <w:proofErr w:type="spellStart"/>
      <w:r w:rsidRPr="007A0413">
        <w:rPr>
          <w:sz w:val="21"/>
        </w:rPr>
        <w:t>depunere</w:t>
      </w:r>
      <w:proofErr w:type="spellEnd"/>
      <w:r w:rsidRPr="007A0413">
        <w:rPr>
          <w:sz w:val="21"/>
        </w:rPr>
        <w:t xml:space="preserve"> a </w:t>
      </w:r>
      <w:proofErr w:type="spellStart"/>
      <w:r w:rsidRPr="007A0413">
        <w:rPr>
          <w:sz w:val="21"/>
        </w:rPr>
        <w:t>ofertelor</w:t>
      </w:r>
      <w:proofErr w:type="spellEnd"/>
      <w:r w:rsidRPr="007A0413">
        <w:rPr>
          <w:sz w:val="21"/>
        </w:rPr>
        <w:t xml:space="preserve"> la data de ____________________, </w:t>
      </w:r>
      <w:proofErr w:type="spellStart"/>
      <w:r w:rsidRPr="007A0413">
        <w:rPr>
          <w:sz w:val="21"/>
        </w:rPr>
        <w:t>declar</w:t>
      </w:r>
      <w:proofErr w:type="spellEnd"/>
      <w:r w:rsidRPr="007A0413">
        <w:rPr>
          <w:sz w:val="21"/>
        </w:rPr>
        <w:t xml:space="preserve"> pe propria </w:t>
      </w:r>
      <w:proofErr w:type="spellStart"/>
      <w:r w:rsidRPr="007A0413">
        <w:rPr>
          <w:sz w:val="21"/>
        </w:rPr>
        <w:t>răspundere</w:t>
      </w:r>
      <w:proofErr w:type="spellEnd"/>
      <w:r w:rsidRPr="007A0413">
        <w:rPr>
          <w:sz w:val="21"/>
        </w:rPr>
        <w:t xml:space="preserve">, sub </w:t>
      </w:r>
      <w:proofErr w:type="spellStart"/>
      <w:r w:rsidRPr="007A0413">
        <w:rPr>
          <w:sz w:val="21"/>
        </w:rPr>
        <w:t>sancțiunea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excluderii</w:t>
      </w:r>
      <w:proofErr w:type="spellEnd"/>
      <w:r w:rsidRPr="007A0413">
        <w:rPr>
          <w:sz w:val="21"/>
        </w:rPr>
        <w:t xml:space="preserve"> din </w:t>
      </w:r>
      <w:proofErr w:type="spellStart"/>
      <w:r w:rsidRPr="007A0413">
        <w:rPr>
          <w:sz w:val="21"/>
        </w:rPr>
        <w:t>procedură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a </w:t>
      </w:r>
      <w:proofErr w:type="spellStart"/>
      <w:r w:rsidRPr="007A0413">
        <w:rPr>
          <w:sz w:val="21"/>
        </w:rPr>
        <w:t>sancțiunilor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aplicabile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faptei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fals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declarații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operatorul</w:t>
      </w:r>
      <w:proofErr w:type="spellEnd"/>
      <w:r w:rsidRPr="007A0413">
        <w:rPr>
          <w:sz w:val="21"/>
        </w:rPr>
        <w:t xml:space="preserve"> economic pe care </w:t>
      </w:r>
      <w:proofErr w:type="spellStart"/>
      <w:r w:rsidRPr="007A0413">
        <w:rPr>
          <w:sz w:val="21"/>
        </w:rPr>
        <w:t>îl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reprezint</w:t>
      </w:r>
      <w:proofErr w:type="spellEnd"/>
      <w:r w:rsidRPr="007A0413">
        <w:rPr>
          <w:sz w:val="21"/>
        </w:rPr>
        <w:t xml:space="preserve"> nu se </w:t>
      </w:r>
      <w:proofErr w:type="spellStart"/>
      <w:r w:rsidRPr="007A0413">
        <w:rPr>
          <w:sz w:val="21"/>
        </w:rPr>
        <w:t>află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niciuna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dintre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situațiile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prevăzute</w:t>
      </w:r>
      <w:proofErr w:type="spellEnd"/>
      <w:r w:rsidRPr="007A0413">
        <w:rPr>
          <w:sz w:val="21"/>
        </w:rPr>
        <w:t xml:space="preserve"> la art. 164 din </w:t>
      </w:r>
      <w:proofErr w:type="spellStart"/>
      <w:r w:rsidRPr="007A0413">
        <w:rPr>
          <w:sz w:val="21"/>
        </w:rPr>
        <w:t>Legea</w:t>
      </w:r>
      <w:proofErr w:type="spellEnd"/>
      <w:r w:rsidRPr="007A0413">
        <w:rPr>
          <w:sz w:val="21"/>
        </w:rPr>
        <w:t xml:space="preserve"> nr. 98/2016.</w:t>
      </w:r>
    </w:p>
    <w:p w14:paraId="36876904" w14:textId="77777777" w:rsidR="005528C2" w:rsidRPr="007A0413" w:rsidRDefault="00A1736F">
      <w:pPr>
        <w:keepNext/>
        <w:spacing w:after="80" w:line="240" w:lineRule="auto"/>
        <w:jc w:val="both"/>
      </w:pP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concret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declar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operatorul</w:t>
      </w:r>
      <w:proofErr w:type="spellEnd"/>
      <w:r w:rsidRPr="007A0413">
        <w:rPr>
          <w:sz w:val="21"/>
        </w:rPr>
        <w:t xml:space="preserve"> economic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persoanele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pentru</w:t>
      </w:r>
      <w:proofErr w:type="spellEnd"/>
      <w:r w:rsidRPr="007A0413">
        <w:rPr>
          <w:sz w:val="21"/>
        </w:rPr>
        <w:t xml:space="preserve"> care </w:t>
      </w:r>
      <w:proofErr w:type="spellStart"/>
      <w:r w:rsidRPr="007A0413">
        <w:rPr>
          <w:sz w:val="21"/>
        </w:rPr>
        <w:t>legea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extinde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obligația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verificare</w:t>
      </w:r>
      <w:proofErr w:type="spellEnd"/>
      <w:r w:rsidRPr="007A0413">
        <w:rPr>
          <w:sz w:val="21"/>
        </w:rPr>
        <w:t xml:space="preserve"> nu au </w:t>
      </w:r>
      <w:proofErr w:type="spellStart"/>
      <w:r w:rsidRPr="007A0413">
        <w:rPr>
          <w:sz w:val="21"/>
        </w:rPr>
        <w:t>fost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condamnate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prin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hotărâre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definitivă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pentru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comiterea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uneia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dintre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următoarele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infracțiuni</w:t>
      </w:r>
      <w:proofErr w:type="spellEnd"/>
      <w:r w:rsidRPr="007A0413">
        <w:rPr>
          <w:sz w:val="21"/>
        </w:rPr>
        <w:t>:</w:t>
      </w:r>
    </w:p>
    <w:p w14:paraId="03D4850A" w14:textId="77777777" w:rsidR="005528C2" w:rsidRPr="007A0413" w:rsidRDefault="00A1736F">
      <w:pPr>
        <w:spacing w:after="40" w:line="240" w:lineRule="auto"/>
        <w:ind w:left="312" w:hanging="312"/>
        <w:jc w:val="both"/>
      </w:pPr>
      <w:r w:rsidRPr="007A0413">
        <w:rPr>
          <w:sz w:val="21"/>
        </w:rPr>
        <w:t xml:space="preserve">a) </w:t>
      </w:r>
      <w:proofErr w:type="spellStart"/>
      <w:r w:rsidRPr="007A0413">
        <w:rPr>
          <w:sz w:val="21"/>
        </w:rPr>
        <w:t>constituirea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unui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grup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infracțional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organizat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condițiile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prevăzute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legislația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penală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aplicabilă</w:t>
      </w:r>
      <w:proofErr w:type="spellEnd"/>
      <w:r w:rsidRPr="007A0413">
        <w:rPr>
          <w:sz w:val="21"/>
        </w:rPr>
        <w:t>;</w:t>
      </w:r>
    </w:p>
    <w:p w14:paraId="0B008829" w14:textId="77777777" w:rsidR="005528C2" w:rsidRPr="007A0413" w:rsidRDefault="00A1736F">
      <w:pPr>
        <w:spacing w:after="40" w:line="240" w:lineRule="auto"/>
        <w:ind w:left="312" w:hanging="312"/>
        <w:jc w:val="both"/>
      </w:pPr>
      <w:r w:rsidRPr="007A0413">
        <w:rPr>
          <w:sz w:val="21"/>
        </w:rPr>
        <w:t xml:space="preserve">b) </w:t>
      </w:r>
      <w:proofErr w:type="spellStart"/>
      <w:r w:rsidRPr="007A0413">
        <w:rPr>
          <w:sz w:val="21"/>
        </w:rPr>
        <w:t>infracțiuni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corupție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infracțiuni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asimilate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infracțiunilor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corupție</w:t>
      </w:r>
      <w:proofErr w:type="spellEnd"/>
      <w:r w:rsidRPr="007A0413">
        <w:rPr>
          <w:sz w:val="21"/>
        </w:rPr>
        <w:t>;</w:t>
      </w:r>
    </w:p>
    <w:p w14:paraId="2E7430DD" w14:textId="77777777" w:rsidR="005528C2" w:rsidRPr="007A0413" w:rsidRDefault="00A1736F">
      <w:pPr>
        <w:spacing w:after="40" w:line="240" w:lineRule="auto"/>
        <w:ind w:left="312" w:hanging="312"/>
        <w:jc w:val="both"/>
      </w:pPr>
      <w:r w:rsidRPr="007A0413">
        <w:rPr>
          <w:sz w:val="21"/>
        </w:rPr>
        <w:t xml:space="preserve">c) </w:t>
      </w:r>
      <w:proofErr w:type="spellStart"/>
      <w:r w:rsidRPr="007A0413">
        <w:rPr>
          <w:sz w:val="21"/>
        </w:rPr>
        <w:t>infracțiuni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împotriva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intereselor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financiare</w:t>
      </w:r>
      <w:proofErr w:type="spellEnd"/>
      <w:r w:rsidRPr="007A0413">
        <w:rPr>
          <w:sz w:val="21"/>
        </w:rPr>
        <w:t xml:space="preserve"> ale </w:t>
      </w:r>
      <w:proofErr w:type="spellStart"/>
      <w:r w:rsidRPr="007A0413">
        <w:rPr>
          <w:sz w:val="21"/>
        </w:rPr>
        <w:t>Uniunii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Europene</w:t>
      </w:r>
      <w:proofErr w:type="spellEnd"/>
      <w:r w:rsidRPr="007A0413">
        <w:rPr>
          <w:sz w:val="21"/>
        </w:rPr>
        <w:t>;</w:t>
      </w:r>
    </w:p>
    <w:p w14:paraId="3A8348F4" w14:textId="77777777" w:rsidR="005528C2" w:rsidRPr="007A0413" w:rsidRDefault="00A1736F">
      <w:pPr>
        <w:spacing w:after="40" w:line="240" w:lineRule="auto"/>
        <w:ind w:left="312" w:hanging="312"/>
        <w:jc w:val="both"/>
      </w:pPr>
      <w:r w:rsidRPr="007A0413">
        <w:rPr>
          <w:sz w:val="21"/>
        </w:rPr>
        <w:t xml:space="preserve">d) </w:t>
      </w:r>
      <w:proofErr w:type="spellStart"/>
      <w:r w:rsidRPr="007A0413">
        <w:rPr>
          <w:sz w:val="21"/>
        </w:rPr>
        <w:t>acte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terorism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ori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infracțiuni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legătură</w:t>
      </w:r>
      <w:proofErr w:type="spellEnd"/>
      <w:r w:rsidRPr="007A0413">
        <w:rPr>
          <w:sz w:val="21"/>
        </w:rPr>
        <w:t xml:space="preserve"> cu </w:t>
      </w:r>
      <w:proofErr w:type="spellStart"/>
      <w:r w:rsidRPr="007A0413">
        <w:rPr>
          <w:sz w:val="21"/>
        </w:rPr>
        <w:t>activități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teroriste</w:t>
      </w:r>
      <w:proofErr w:type="spellEnd"/>
      <w:r w:rsidRPr="007A0413">
        <w:rPr>
          <w:sz w:val="21"/>
        </w:rPr>
        <w:t>;</w:t>
      </w:r>
    </w:p>
    <w:p w14:paraId="59929B18" w14:textId="77777777" w:rsidR="005528C2" w:rsidRPr="007A0413" w:rsidRDefault="00A1736F">
      <w:pPr>
        <w:spacing w:after="40" w:line="240" w:lineRule="auto"/>
        <w:ind w:left="312" w:hanging="312"/>
        <w:jc w:val="both"/>
      </w:pPr>
      <w:r w:rsidRPr="007A0413">
        <w:rPr>
          <w:sz w:val="21"/>
        </w:rPr>
        <w:t xml:space="preserve">e) </w:t>
      </w:r>
      <w:proofErr w:type="spellStart"/>
      <w:r w:rsidRPr="007A0413">
        <w:rPr>
          <w:sz w:val="21"/>
        </w:rPr>
        <w:t>spălarea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banilor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sau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finanțarea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terorismului</w:t>
      </w:r>
      <w:proofErr w:type="spellEnd"/>
      <w:r w:rsidRPr="007A0413">
        <w:rPr>
          <w:sz w:val="21"/>
        </w:rPr>
        <w:t>;</w:t>
      </w:r>
    </w:p>
    <w:p w14:paraId="6854DB7B" w14:textId="77777777" w:rsidR="005528C2" w:rsidRPr="007A0413" w:rsidRDefault="00A1736F">
      <w:pPr>
        <w:spacing w:after="40" w:line="240" w:lineRule="auto"/>
        <w:ind w:left="312" w:hanging="312"/>
        <w:jc w:val="both"/>
      </w:pPr>
      <w:r w:rsidRPr="007A0413">
        <w:rPr>
          <w:sz w:val="21"/>
        </w:rPr>
        <w:t xml:space="preserve">f) </w:t>
      </w:r>
      <w:proofErr w:type="spellStart"/>
      <w:r w:rsidRPr="007A0413">
        <w:rPr>
          <w:sz w:val="21"/>
        </w:rPr>
        <w:t>traficul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exploatarea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persoanelor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vulnerabile</w:t>
      </w:r>
      <w:proofErr w:type="spellEnd"/>
      <w:r w:rsidRPr="007A0413">
        <w:rPr>
          <w:sz w:val="21"/>
        </w:rPr>
        <w:t>;</w:t>
      </w:r>
    </w:p>
    <w:p w14:paraId="1A74EFE0" w14:textId="77777777" w:rsidR="005528C2" w:rsidRPr="007A0413" w:rsidRDefault="00A1736F">
      <w:pPr>
        <w:spacing w:after="40" w:line="240" w:lineRule="auto"/>
        <w:ind w:left="312" w:hanging="312"/>
        <w:jc w:val="both"/>
      </w:pPr>
      <w:r w:rsidRPr="007A0413">
        <w:rPr>
          <w:sz w:val="21"/>
        </w:rPr>
        <w:t xml:space="preserve">g) </w:t>
      </w:r>
      <w:proofErr w:type="spellStart"/>
      <w:r w:rsidRPr="007A0413">
        <w:rPr>
          <w:sz w:val="21"/>
        </w:rPr>
        <w:t>fraudă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sensul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dispozițiilor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legale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aplicabile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materia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protejării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intereselor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financiare</w:t>
      </w:r>
      <w:proofErr w:type="spellEnd"/>
      <w:r w:rsidRPr="007A0413">
        <w:rPr>
          <w:sz w:val="21"/>
        </w:rPr>
        <w:t xml:space="preserve"> ale </w:t>
      </w:r>
      <w:proofErr w:type="spellStart"/>
      <w:r w:rsidRPr="007A0413">
        <w:rPr>
          <w:sz w:val="21"/>
        </w:rPr>
        <w:t>Uniunii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Europene</w:t>
      </w:r>
      <w:proofErr w:type="spellEnd"/>
      <w:r w:rsidRPr="007A0413">
        <w:rPr>
          <w:sz w:val="21"/>
        </w:rPr>
        <w:t>.</w:t>
      </w:r>
    </w:p>
    <w:p w14:paraId="13233753" w14:textId="77777777" w:rsidR="005528C2" w:rsidRPr="007A0413" w:rsidRDefault="00A1736F">
      <w:pPr>
        <w:spacing w:after="80" w:line="240" w:lineRule="auto"/>
        <w:jc w:val="both"/>
      </w:pPr>
      <w:proofErr w:type="spellStart"/>
      <w:r w:rsidRPr="007A0413">
        <w:rPr>
          <w:sz w:val="21"/>
        </w:rPr>
        <w:t>Declar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informațiile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furnizate</w:t>
      </w:r>
      <w:proofErr w:type="spellEnd"/>
      <w:r w:rsidRPr="007A0413">
        <w:rPr>
          <w:sz w:val="21"/>
        </w:rPr>
        <w:t xml:space="preserve"> sunt complete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corecte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mă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oblig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informez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fără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întârziere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autoritatea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contractantă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dacă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până</w:t>
      </w:r>
      <w:proofErr w:type="spellEnd"/>
      <w:r w:rsidRPr="007A0413">
        <w:rPr>
          <w:sz w:val="21"/>
        </w:rPr>
        <w:t xml:space="preserve"> la </w:t>
      </w:r>
      <w:proofErr w:type="spellStart"/>
      <w:r w:rsidRPr="007A0413">
        <w:rPr>
          <w:sz w:val="21"/>
        </w:rPr>
        <w:t>finalizarea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procedurii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intervine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orice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modificare</w:t>
      </w:r>
      <w:proofErr w:type="spellEnd"/>
      <w:r w:rsidRPr="007A0413">
        <w:rPr>
          <w:sz w:val="21"/>
        </w:rPr>
        <w:t xml:space="preserve"> care </w:t>
      </w:r>
      <w:proofErr w:type="spellStart"/>
      <w:r w:rsidRPr="007A0413">
        <w:rPr>
          <w:sz w:val="21"/>
        </w:rPr>
        <w:t>afectează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prezenta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declarație</w:t>
      </w:r>
      <w:proofErr w:type="spellEnd"/>
      <w:r w:rsidRPr="007A0413">
        <w:rPr>
          <w:sz w:val="21"/>
        </w:rPr>
        <w:t>.</w:t>
      </w:r>
    </w:p>
    <w:p w14:paraId="490E218D" w14:textId="77777777" w:rsidR="005528C2" w:rsidRPr="007A0413" w:rsidRDefault="00A1736F">
      <w:pPr>
        <w:spacing w:after="80" w:line="240" w:lineRule="auto"/>
        <w:jc w:val="both"/>
      </w:pPr>
      <w:proofErr w:type="spellStart"/>
      <w:r w:rsidRPr="007A0413">
        <w:rPr>
          <w:sz w:val="21"/>
        </w:rPr>
        <w:t>Înțeleg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că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cazul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care </w:t>
      </w:r>
      <w:proofErr w:type="spellStart"/>
      <w:r w:rsidRPr="007A0413">
        <w:rPr>
          <w:sz w:val="21"/>
        </w:rPr>
        <w:t>prezenta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declarație</w:t>
      </w:r>
      <w:proofErr w:type="spellEnd"/>
      <w:r w:rsidRPr="007A0413">
        <w:rPr>
          <w:sz w:val="21"/>
        </w:rPr>
        <w:t xml:space="preserve"> nu </w:t>
      </w:r>
      <w:proofErr w:type="spellStart"/>
      <w:r w:rsidRPr="007A0413">
        <w:rPr>
          <w:sz w:val="21"/>
        </w:rPr>
        <w:t>corespunde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realității</w:t>
      </w:r>
      <w:proofErr w:type="spellEnd"/>
      <w:r w:rsidRPr="007A0413">
        <w:rPr>
          <w:sz w:val="21"/>
        </w:rPr>
        <w:t xml:space="preserve">, sunt </w:t>
      </w:r>
      <w:proofErr w:type="spellStart"/>
      <w:r w:rsidRPr="007A0413">
        <w:rPr>
          <w:sz w:val="21"/>
        </w:rPr>
        <w:t>aplicabile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consecințele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prevăzute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legislația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privind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achizițiile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publice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legislația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penală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privind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falsul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declarații</w:t>
      </w:r>
      <w:proofErr w:type="spellEnd"/>
      <w:r w:rsidRPr="007A0413">
        <w:rPr>
          <w:sz w:val="21"/>
        </w:rPr>
        <w:t>.</w:t>
      </w:r>
    </w:p>
    <w:p w14:paraId="3E29F31E" w14:textId="77777777" w:rsidR="005528C2" w:rsidRPr="007A0413" w:rsidRDefault="00A1736F">
      <w:pPr>
        <w:spacing w:after="60" w:line="240" w:lineRule="auto"/>
      </w:pPr>
      <w:r w:rsidRPr="007A0413">
        <w:rPr>
          <w:sz w:val="21"/>
        </w:rPr>
        <w:t xml:space="preserve">Data </w:t>
      </w:r>
      <w:proofErr w:type="spellStart"/>
      <w:r w:rsidRPr="007A0413">
        <w:rPr>
          <w:sz w:val="21"/>
        </w:rPr>
        <w:t>completării</w:t>
      </w:r>
      <w:proofErr w:type="spellEnd"/>
      <w:r w:rsidRPr="007A0413">
        <w:rPr>
          <w:sz w:val="21"/>
        </w:rPr>
        <w:t>: ____________________</w:t>
      </w:r>
    </w:p>
    <w:p w14:paraId="6A609805" w14:textId="77777777" w:rsidR="005528C2" w:rsidRPr="007A0413" w:rsidRDefault="00A1736F">
      <w:pPr>
        <w:spacing w:after="40" w:line="240" w:lineRule="auto"/>
      </w:pPr>
      <w:r w:rsidRPr="007A0413">
        <w:rPr>
          <w:sz w:val="21"/>
        </w:rPr>
        <w:t>Operator economic: ________________________________________________</w:t>
      </w:r>
    </w:p>
    <w:p w14:paraId="16B4D4A8" w14:textId="77777777" w:rsidR="005528C2" w:rsidRPr="007A0413" w:rsidRDefault="00A1736F">
      <w:pPr>
        <w:spacing w:after="40" w:line="240" w:lineRule="auto"/>
      </w:pPr>
      <w:proofErr w:type="spellStart"/>
      <w:r w:rsidRPr="007A0413">
        <w:rPr>
          <w:sz w:val="21"/>
        </w:rPr>
        <w:t>Nume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prenume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reprezentant</w:t>
      </w:r>
      <w:proofErr w:type="spellEnd"/>
      <w:r w:rsidRPr="007A0413">
        <w:rPr>
          <w:sz w:val="21"/>
        </w:rPr>
        <w:t>/</w:t>
      </w:r>
      <w:proofErr w:type="spellStart"/>
      <w:r w:rsidRPr="007A0413">
        <w:rPr>
          <w:sz w:val="21"/>
        </w:rPr>
        <w:t>împuternicit</w:t>
      </w:r>
      <w:proofErr w:type="spellEnd"/>
      <w:r w:rsidRPr="007A0413">
        <w:rPr>
          <w:sz w:val="21"/>
        </w:rPr>
        <w:t>: ________________________________</w:t>
      </w:r>
    </w:p>
    <w:p w14:paraId="324EE688" w14:textId="77777777" w:rsidR="005528C2" w:rsidRPr="007A0413" w:rsidRDefault="00A1736F">
      <w:pPr>
        <w:spacing w:after="40" w:line="240" w:lineRule="auto"/>
      </w:pPr>
      <w:proofErr w:type="spellStart"/>
      <w:r w:rsidRPr="007A0413">
        <w:rPr>
          <w:sz w:val="21"/>
        </w:rPr>
        <w:t>Funcția</w:t>
      </w:r>
      <w:proofErr w:type="spellEnd"/>
      <w:r w:rsidRPr="007A0413">
        <w:rPr>
          <w:sz w:val="21"/>
        </w:rPr>
        <w:t>: ________________________________</w:t>
      </w:r>
    </w:p>
    <w:p w14:paraId="17EEBD69" w14:textId="77777777" w:rsidR="005528C2" w:rsidRPr="007A0413" w:rsidRDefault="00A1736F">
      <w:pPr>
        <w:spacing w:after="0" w:line="240" w:lineRule="auto"/>
      </w:pPr>
      <w:proofErr w:type="spellStart"/>
      <w:r w:rsidRPr="007A0413">
        <w:rPr>
          <w:sz w:val="21"/>
        </w:rPr>
        <w:t>Semnătura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autorizată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ștampila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dacă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este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cazul</w:t>
      </w:r>
      <w:proofErr w:type="spellEnd"/>
      <w:r w:rsidRPr="007A0413">
        <w:rPr>
          <w:sz w:val="21"/>
        </w:rPr>
        <w:t>: __________________________</w:t>
      </w:r>
    </w:p>
    <w:p w14:paraId="3CE51BFE" w14:textId="77777777" w:rsidR="005528C2" w:rsidRPr="007A0413" w:rsidRDefault="00A1736F">
      <w:pPr>
        <w:pageBreakBefore/>
      </w:pPr>
      <w:proofErr w:type="spellStart"/>
      <w:r w:rsidRPr="007A0413">
        <w:rPr>
          <w:b/>
          <w:sz w:val="21"/>
        </w:rPr>
        <w:lastRenderedPageBreak/>
        <w:t>Denumire</w:t>
      </w:r>
      <w:proofErr w:type="spellEnd"/>
      <w:r w:rsidRPr="007A0413">
        <w:rPr>
          <w:b/>
          <w:sz w:val="21"/>
        </w:rPr>
        <w:t xml:space="preserve"> operator economic: </w:t>
      </w:r>
      <w:r w:rsidRPr="007A0413">
        <w:rPr>
          <w:sz w:val="21"/>
        </w:rPr>
        <w:t>____________________________________________</w:t>
      </w:r>
    </w:p>
    <w:p w14:paraId="60A13819" w14:textId="77777777" w:rsidR="00B06084" w:rsidRPr="007A0413" w:rsidRDefault="00B06084">
      <w:pPr>
        <w:keepNext/>
        <w:spacing w:after="80"/>
        <w:jc w:val="center"/>
        <w:rPr>
          <w:b/>
          <w:sz w:val="24"/>
        </w:rPr>
      </w:pPr>
    </w:p>
    <w:p w14:paraId="16971E2C" w14:textId="77777777" w:rsidR="00B06084" w:rsidRPr="007A0413" w:rsidRDefault="00B06084">
      <w:pPr>
        <w:keepNext/>
        <w:spacing w:after="80"/>
        <w:jc w:val="center"/>
        <w:rPr>
          <w:b/>
          <w:sz w:val="24"/>
        </w:rPr>
      </w:pPr>
    </w:p>
    <w:p w14:paraId="3C6FB79D" w14:textId="23F2042E" w:rsidR="005528C2" w:rsidRPr="007A0413" w:rsidRDefault="00A1736F">
      <w:pPr>
        <w:keepNext/>
        <w:spacing w:after="80"/>
        <w:jc w:val="center"/>
      </w:pPr>
      <w:r w:rsidRPr="007A0413">
        <w:rPr>
          <w:b/>
          <w:sz w:val="24"/>
        </w:rPr>
        <w:t>FORMULARUL NR. 2</w:t>
      </w:r>
    </w:p>
    <w:p w14:paraId="24E3E1CC" w14:textId="77777777" w:rsidR="005528C2" w:rsidRPr="007A0413" w:rsidRDefault="00A1736F">
      <w:pPr>
        <w:keepNext/>
        <w:spacing w:after="180"/>
        <w:jc w:val="center"/>
      </w:pPr>
      <w:r w:rsidRPr="007A0413">
        <w:rPr>
          <w:b/>
          <w:sz w:val="24"/>
        </w:rPr>
        <w:t>DECLARAȚIE PRIVIND NEÎNCADRAREA ÎN PREVEDERILE ART. 165 DIN LEGEA NR. 98/2016</w:t>
      </w:r>
    </w:p>
    <w:p w14:paraId="555A07D4" w14:textId="77777777" w:rsidR="005528C2" w:rsidRPr="007A0413" w:rsidRDefault="00A1736F">
      <w:pPr>
        <w:spacing w:after="80" w:line="240" w:lineRule="auto"/>
      </w:pPr>
      <w:proofErr w:type="spellStart"/>
      <w:r w:rsidRPr="007A0413">
        <w:rPr>
          <w:b/>
          <w:sz w:val="21"/>
        </w:rPr>
        <w:t>Către</w:t>
      </w:r>
      <w:proofErr w:type="spellEnd"/>
      <w:r w:rsidRPr="007A0413">
        <w:rPr>
          <w:b/>
          <w:sz w:val="21"/>
        </w:rPr>
        <w:t xml:space="preserve">: SECTORUL 2 AL MUNICIPIULUI BUCUREȘTI, Str. </w:t>
      </w:r>
      <w:proofErr w:type="spellStart"/>
      <w:r w:rsidRPr="007A0413">
        <w:rPr>
          <w:b/>
          <w:sz w:val="21"/>
        </w:rPr>
        <w:t>Chiristigiilor</w:t>
      </w:r>
      <w:proofErr w:type="spellEnd"/>
      <w:r w:rsidRPr="007A0413">
        <w:rPr>
          <w:b/>
          <w:sz w:val="21"/>
        </w:rPr>
        <w:t xml:space="preserve"> nr. 11-13, Sector 2, </w:t>
      </w:r>
      <w:proofErr w:type="spellStart"/>
      <w:r w:rsidRPr="007A0413">
        <w:rPr>
          <w:b/>
          <w:sz w:val="21"/>
        </w:rPr>
        <w:t>București</w:t>
      </w:r>
      <w:proofErr w:type="spellEnd"/>
    </w:p>
    <w:p w14:paraId="79EB3D1C" w14:textId="77777777" w:rsidR="005528C2" w:rsidRPr="007A0413" w:rsidRDefault="00A1736F">
      <w:pPr>
        <w:spacing w:after="80" w:line="240" w:lineRule="auto"/>
        <w:jc w:val="both"/>
      </w:pPr>
      <w:proofErr w:type="spellStart"/>
      <w:r w:rsidRPr="007A0413">
        <w:rPr>
          <w:sz w:val="21"/>
        </w:rPr>
        <w:t>Subsemnatul</w:t>
      </w:r>
      <w:proofErr w:type="spellEnd"/>
      <w:r w:rsidRPr="007A0413">
        <w:rPr>
          <w:sz w:val="21"/>
        </w:rPr>
        <w:t xml:space="preserve">(a) ____________________________________, </w:t>
      </w:r>
      <w:proofErr w:type="spellStart"/>
      <w:r w:rsidRPr="007A0413">
        <w:rPr>
          <w:sz w:val="21"/>
        </w:rPr>
        <w:t>reprezentant</w:t>
      </w:r>
      <w:proofErr w:type="spellEnd"/>
      <w:r w:rsidRPr="007A0413">
        <w:rPr>
          <w:sz w:val="21"/>
        </w:rPr>
        <w:t xml:space="preserve"> legal/</w:t>
      </w:r>
      <w:proofErr w:type="spellStart"/>
      <w:r w:rsidRPr="007A0413">
        <w:rPr>
          <w:sz w:val="21"/>
        </w:rPr>
        <w:t>împuternicit</w:t>
      </w:r>
      <w:proofErr w:type="spellEnd"/>
      <w:r w:rsidRPr="007A0413">
        <w:rPr>
          <w:sz w:val="21"/>
        </w:rPr>
        <w:t xml:space="preserve"> al ____________________________________ (</w:t>
      </w:r>
      <w:proofErr w:type="spellStart"/>
      <w:r w:rsidRPr="007A0413">
        <w:rPr>
          <w:sz w:val="21"/>
        </w:rPr>
        <w:t>denumirea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sediul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datele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identificare</w:t>
      </w:r>
      <w:proofErr w:type="spellEnd"/>
      <w:r w:rsidRPr="007A0413">
        <w:rPr>
          <w:sz w:val="21"/>
        </w:rPr>
        <w:t xml:space="preserve"> ale </w:t>
      </w:r>
      <w:proofErr w:type="spellStart"/>
      <w:r w:rsidRPr="007A0413">
        <w:rPr>
          <w:sz w:val="21"/>
        </w:rPr>
        <w:t>operatorului</w:t>
      </w:r>
      <w:proofErr w:type="spellEnd"/>
      <w:r w:rsidRPr="007A0413">
        <w:rPr>
          <w:sz w:val="21"/>
        </w:rPr>
        <w:t xml:space="preserve"> economic),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calitate</w:t>
      </w:r>
      <w:proofErr w:type="spellEnd"/>
      <w:r w:rsidRPr="007A0413">
        <w:rPr>
          <w:sz w:val="21"/>
        </w:rPr>
        <w:t xml:space="preserve"> de ____________________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cadrul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procedurii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având</w:t>
      </w:r>
      <w:proofErr w:type="spellEnd"/>
      <w:r w:rsidRPr="007A0413">
        <w:rPr>
          <w:sz w:val="21"/>
        </w:rPr>
        <w:t xml:space="preserve"> ca </w:t>
      </w:r>
      <w:proofErr w:type="spellStart"/>
      <w:r w:rsidRPr="007A0413">
        <w:rPr>
          <w:sz w:val="21"/>
        </w:rPr>
        <w:t>obiect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b/>
          <w:sz w:val="21"/>
        </w:rPr>
        <w:t>servicii</w:t>
      </w:r>
      <w:proofErr w:type="spellEnd"/>
      <w:r w:rsidRPr="007A0413">
        <w:rPr>
          <w:b/>
          <w:sz w:val="21"/>
        </w:rPr>
        <w:t xml:space="preserve"> integrate </w:t>
      </w:r>
      <w:proofErr w:type="spellStart"/>
      <w:r w:rsidRPr="007A0413">
        <w:rPr>
          <w:b/>
          <w:sz w:val="21"/>
        </w:rPr>
        <w:t>pentru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organizarea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și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desfășurarea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evenimentului</w:t>
      </w:r>
      <w:proofErr w:type="spellEnd"/>
      <w:r w:rsidRPr="007A0413">
        <w:rPr>
          <w:b/>
          <w:sz w:val="21"/>
        </w:rPr>
        <w:t xml:space="preserve"> „</w:t>
      </w:r>
      <w:proofErr w:type="spellStart"/>
      <w:r w:rsidRPr="007A0413">
        <w:rPr>
          <w:b/>
          <w:sz w:val="21"/>
        </w:rPr>
        <w:t>Prietenii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Pufoși</w:t>
      </w:r>
      <w:proofErr w:type="spellEnd"/>
      <w:r w:rsidRPr="007A0413">
        <w:rPr>
          <w:b/>
          <w:sz w:val="21"/>
        </w:rPr>
        <w:t xml:space="preserve"> – </w:t>
      </w:r>
      <w:proofErr w:type="spellStart"/>
      <w:r w:rsidRPr="007A0413">
        <w:rPr>
          <w:b/>
          <w:sz w:val="21"/>
        </w:rPr>
        <w:t>Ediția</w:t>
      </w:r>
      <w:proofErr w:type="spellEnd"/>
      <w:r w:rsidRPr="007A0413">
        <w:rPr>
          <w:b/>
          <w:sz w:val="21"/>
        </w:rPr>
        <w:t xml:space="preserve"> a II-a”</w:t>
      </w:r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declar</w:t>
      </w:r>
      <w:proofErr w:type="spellEnd"/>
      <w:r w:rsidRPr="007A0413">
        <w:rPr>
          <w:sz w:val="21"/>
        </w:rPr>
        <w:t xml:space="preserve"> pe propria </w:t>
      </w:r>
      <w:proofErr w:type="spellStart"/>
      <w:r w:rsidRPr="007A0413">
        <w:rPr>
          <w:sz w:val="21"/>
        </w:rPr>
        <w:t>răspundere</w:t>
      </w:r>
      <w:proofErr w:type="spellEnd"/>
      <w:r w:rsidRPr="007A0413">
        <w:rPr>
          <w:sz w:val="21"/>
        </w:rPr>
        <w:t xml:space="preserve">, sub </w:t>
      </w:r>
      <w:proofErr w:type="spellStart"/>
      <w:r w:rsidRPr="007A0413">
        <w:rPr>
          <w:sz w:val="21"/>
        </w:rPr>
        <w:t>sancțiunea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excluderii</w:t>
      </w:r>
      <w:proofErr w:type="spellEnd"/>
      <w:r w:rsidRPr="007A0413">
        <w:rPr>
          <w:sz w:val="21"/>
        </w:rPr>
        <w:t xml:space="preserve"> din </w:t>
      </w:r>
      <w:proofErr w:type="spellStart"/>
      <w:r w:rsidRPr="007A0413">
        <w:rPr>
          <w:sz w:val="21"/>
        </w:rPr>
        <w:t>procedură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a </w:t>
      </w:r>
      <w:proofErr w:type="spellStart"/>
      <w:r w:rsidRPr="007A0413">
        <w:rPr>
          <w:sz w:val="21"/>
        </w:rPr>
        <w:t>sancțiunilor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aplicabile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faptei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fals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declarații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operatorul</w:t>
      </w:r>
      <w:proofErr w:type="spellEnd"/>
      <w:r w:rsidRPr="007A0413">
        <w:rPr>
          <w:sz w:val="21"/>
        </w:rPr>
        <w:t xml:space="preserve"> economic nu se </w:t>
      </w:r>
      <w:proofErr w:type="spellStart"/>
      <w:r w:rsidRPr="007A0413">
        <w:rPr>
          <w:sz w:val="21"/>
        </w:rPr>
        <w:t>află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situațiile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excludere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prevăzute</w:t>
      </w:r>
      <w:proofErr w:type="spellEnd"/>
      <w:r w:rsidRPr="007A0413">
        <w:rPr>
          <w:sz w:val="21"/>
        </w:rPr>
        <w:t xml:space="preserve"> la art. 165 din </w:t>
      </w:r>
      <w:proofErr w:type="spellStart"/>
      <w:r w:rsidRPr="007A0413">
        <w:rPr>
          <w:sz w:val="21"/>
        </w:rPr>
        <w:t>Legea</w:t>
      </w:r>
      <w:proofErr w:type="spellEnd"/>
      <w:r w:rsidRPr="007A0413">
        <w:rPr>
          <w:sz w:val="21"/>
        </w:rPr>
        <w:t xml:space="preserve"> nr. 98/2016.</w:t>
      </w:r>
    </w:p>
    <w:p w14:paraId="509446FE" w14:textId="77777777" w:rsidR="005528C2" w:rsidRPr="007A0413" w:rsidRDefault="00A1736F">
      <w:pPr>
        <w:spacing w:after="60" w:line="240" w:lineRule="auto"/>
        <w:ind w:left="255" w:hanging="255"/>
        <w:jc w:val="both"/>
      </w:pPr>
      <w:r w:rsidRPr="007A0413">
        <w:rPr>
          <w:sz w:val="21"/>
        </w:rPr>
        <w:t xml:space="preserve">1. </w:t>
      </w:r>
      <w:proofErr w:type="spellStart"/>
      <w:r w:rsidRPr="007A0413">
        <w:rPr>
          <w:sz w:val="21"/>
        </w:rPr>
        <w:t>Operatorul</w:t>
      </w:r>
      <w:proofErr w:type="spellEnd"/>
      <w:r w:rsidRPr="007A0413">
        <w:rPr>
          <w:sz w:val="21"/>
        </w:rPr>
        <w:t xml:space="preserve"> economic nu are </w:t>
      </w:r>
      <w:proofErr w:type="spellStart"/>
      <w:r w:rsidRPr="007A0413">
        <w:rPr>
          <w:sz w:val="21"/>
        </w:rPr>
        <w:t>obligații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privind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plata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impozitelor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taxelor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sau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contribuțiilor</w:t>
      </w:r>
      <w:proofErr w:type="spellEnd"/>
      <w:r w:rsidRPr="007A0413">
        <w:rPr>
          <w:sz w:val="21"/>
        </w:rPr>
        <w:t xml:space="preserve"> la </w:t>
      </w:r>
      <w:proofErr w:type="spellStart"/>
      <w:r w:rsidRPr="007A0413">
        <w:rPr>
          <w:sz w:val="21"/>
        </w:rPr>
        <w:t>bugetul</w:t>
      </w:r>
      <w:proofErr w:type="spellEnd"/>
      <w:r w:rsidRPr="007A0413">
        <w:rPr>
          <w:sz w:val="21"/>
        </w:rPr>
        <w:t xml:space="preserve"> general </w:t>
      </w:r>
      <w:proofErr w:type="spellStart"/>
      <w:r w:rsidRPr="007A0413">
        <w:rPr>
          <w:sz w:val="21"/>
        </w:rPr>
        <w:t>consolidat</w:t>
      </w:r>
      <w:proofErr w:type="spellEnd"/>
      <w:r w:rsidRPr="007A0413">
        <w:rPr>
          <w:sz w:val="21"/>
        </w:rPr>
        <w:t xml:space="preserve"> care, </w:t>
      </w:r>
      <w:proofErr w:type="spellStart"/>
      <w:r w:rsidRPr="007A0413">
        <w:rPr>
          <w:sz w:val="21"/>
        </w:rPr>
        <w:t>potrivit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legii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să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atragă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excluderea</w:t>
      </w:r>
      <w:proofErr w:type="spellEnd"/>
      <w:r w:rsidRPr="007A0413">
        <w:rPr>
          <w:sz w:val="21"/>
        </w:rPr>
        <w:t xml:space="preserve"> din </w:t>
      </w:r>
      <w:proofErr w:type="spellStart"/>
      <w:r w:rsidRPr="007A0413">
        <w:rPr>
          <w:sz w:val="21"/>
        </w:rPr>
        <w:t>procedură</w:t>
      </w:r>
      <w:proofErr w:type="spellEnd"/>
      <w:r w:rsidRPr="007A0413">
        <w:rPr>
          <w:sz w:val="21"/>
        </w:rPr>
        <w:t>.</w:t>
      </w:r>
    </w:p>
    <w:p w14:paraId="637466CC" w14:textId="77777777" w:rsidR="005528C2" w:rsidRPr="007A0413" w:rsidRDefault="00A1736F">
      <w:pPr>
        <w:spacing w:after="60" w:line="240" w:lineRule="auto"/>
        <w:ind w:left="255" w:hanging="255"/>
        <w:jc w:val="both"/>
      </w:pPr>
      <w:r w:rsidRPr="007A0413">
        <w:rPr>
          <w:sz w:val="21"/>
        </w:rPr>
        <w:t xml:space="preserve">2. </w:t>
      </w:r>
      <w:proofErr w:type="spellStart"/>
      <w:r w:rsidRPr="007A0413">
        <w:rPr>
          <w:sz w:val="21"/>
        </w:rPr>
        <w:t>Dacă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există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obligații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bugetare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stinse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prin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plată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compensare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alte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modalități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legale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eșalonări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ori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facilități</w:t>
      </w:r>
      <w:proofErr w:type="spellEnd"/>
      <w:r w:rsidRPr="007A0413">
        <w:rPr>
          <w:sz w:val="21"/>
        </w:rPr>
        <w:t xml:space="preserve"> la </w:t>
      </w:r>
      <w:proofErr w:type="spellStart"/>
      <w:r w:rsidRPr="007A0413">
        <w:rPr>
          <w:sz w:val="21"/>
        </w:rPr>
        <w:t>plată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acestea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vor</w:t>
      </w:r>
      <w:proofErr w:type="spellEnd"/>
      <w:r w:rsidRPr="007A0413">
        <w:rPr>
          <w:sz w:val="21"/>
        </w:rPr>
        <w:t xml:space="preserve"> fi </w:t>
      </w:r>
      <w:proofErr w:type="spellStart"/>
      <w:r w:rsidRPr="007A0413">
        <w:rPr>
          <w:sz w:val="21"/>
        </w:rPr>
        <w:t>declarate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documentate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condițiile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legii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la </w:t>
      </w:r>
      <w:proofErr w:type="spellStart"/>
      <w:r w:rsidRPr="007A0413">
        <w:rPr>
          <w:sz w:val="21"/>
        </w:rPr>
        <w:t>solicitarea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autorității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contractante</w:t>
      </w:r>
      <w:proofErr w:type="spellEnd"/>
      <w:r w:rsidRPr="007A0413">
        <w:rPr>
          <w:sz w:val="21"/>
        </w:rPr>
        <w:t>.</w:t>
      </w:r>
    </w:p>
    <w:p w14:paraId="039888DD" w14:textId="77777777" w:rsidR="005528C2" w:rsidRPr="007A0413" w:rsidRDefault="00A1736F">
      <w:pPr>
        <w:spacing w:after="60" w:line="240" w:lineRule="auto"/>
        <w:ind w:left="255" w:hanging="255"/>
        <w:jc w:val="both"/>
      </w:pPr>
      <w:r w:rsidRPr="007A0413">
        <w:rPr>
          <w:sz w:val="21"/>
        </w:rPr>
        <w:t xml:space="preserve">3. </w:t>
      </w:r>
      <w:proofErr w:type="spellStart"/>
      <w:r w:rsidRPr="007A0413">
        <w:rPr>
          <w:sz w:val="21"/>
        </w:rPr>
        <w:t>Informațiile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furnizate</w:t>
      </w:r>
      <w:proofErr w:type="spellEnd"/>
      <w:r w:rsidRPr="007A0413">
        <w:rPr>
          <w:sz w:val="21"/>
        </w:rPr>
        <w:t xml:space="preserve"> sunt complete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corecte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fiecare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detaliu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autoritatea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contractantă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poate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solicita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documente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informații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suplimentare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pentru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verificarea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situației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fiscale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gramStart"/>
      <w:r w:rsidRPr="007A0413">
        <w:rPr>
          <w:sz w:val="21"/>
        </w:rPr>
        <w:t>a</w:t>
      </w:r>
      <w:proofErr w:type="gram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eligibilității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operatorului</w:t>
      </w:r>
      <w:proofErr w:type="spellEnd"/>
      <w:r w:rsidRPr="007A0413">
        <w:rPr>
          <w:sz w:val="21"/>
        </w:rPr>
        <w:t xml:space="preserve"> economic.</w:t>
      </w:r>
    </w:p>
    <w:p w14:paraId="0DC73737" w14:textId="77777777" w:rsidR="005528C2" w:rsidRPr="007A0413" w:rsidRDefault="00A1736F">
      <w:pPr>
        <w:spacing w:after="60" w:line="240" w:lineRule="auto"/>
        <w:ind w:left="255" w:hanging="255"/>
        <w:jc w:val="both"/>
      </w:pPr>
      <w:r w:rsidRPr="007A0413">
        <w:rPr>
          <w:sz w:val="21"/>
        </w:rPr>
        <w:t xml:space="preserve">4. </w:t>
      </w:r>
      <w:proofErr w:type="spellStart"/>
      <w:r w:rsidRPr="007A0413">
        <w:rPr>
          <w:sz w:val="21"/>
        </w:rPr>
        <w:t>Mă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oblig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notific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autoritatea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contractantă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dacă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intervine</w:t>
      </w:r>
      <w:proofErr w:type="spellEnd"/>
      <w:r w:rsidRPr="007A0413">
        <w:rPr>
          <w:sz w:val="21"/>
        </w:rPr>
        <w:t xml:space="preserve"> o </w:t>
      </w:r>
      <w:proofErr w:type="spellStart"/>
      <w:r w:rsidRPr="007A0413">
        <w:rPr>
          <w:sz w:val="21"/>
        </w:rPr>
        <w:t>modificare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relevantă</w:t>
      </w:r>
      <w:proofErr w:type="spellEnd"/>
      <w:r w:rsidRPr="007A0413">
        <w:rPr>
          <w:sz w:val="21"/>
        </w:rPr>
        <w:t xml:space="preserve"> a </w:t>
      </w:r>
      <w:proofErr w:type="spellStart"/>
      <w:r w:rsidRPr="007A0413">
        <w:rPr>
          <w:sz w:val="21"/>
        </w:rPr>
        <w:t>situației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declarate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până</w:t>
      </w:r>
      <w:proofErr w:type="spellEnd"/>
      <w:r w:rsidRPr="007A0413">
        <w:rPr>
          <w:sz w:val="21"/>
        </w:rPr>
        <w:t xml:space="preserve"> la </w:t>
      </w:r>
      <w:proofErr w:type="spellStart"/>
      <w:r w:rsidRPr="007A0413">
        <w:rPr>
          <w:sz w:val="21"/>
        </w:rPr>
        <w:t>finalizarea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procedurii</w:t>
      </w:r>
      <w:proofErr w:type="spellEnd"/>
      <w:r w:rsidRPr="007A0413">
        <w:rPr>
          <w:sz w:val="21"/>
        </w:rPr>
        <w:t>.</w:t>
      </w:r>
    </w:p>
    <w:p w14:paraId="2E9E03E9" w14:textId="77777777" w:rsidR="005528C2" w:rsidRPr="007A0413" w:rsidRDefault="00A1736F">
      <w:pPr>
        <w:spacing w:after="80" w:line="240" w:lineRule="auto"/>
        <w:jc w:val="both"/>
      </w:pPr>
      <w:proofErr w:type="spellStart"/>
      <w:r w:rsidRPr="007A0413">
        <w:rPr>
          <w:sz w:val="21"/>
        </w:rPr>
        <w:t>Înțeleg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că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cazul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care </w:t>
      </w:r>
      <w:proofErr w:type="spellStart"/>
      <w:r w:rsidRPr="007A0413">
        <w:rPr>
          <w:sz w:val="21"/>
        </w:rPr>
        <w:t>prezenta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declarație</w:t>
      </w:r>
      <w:proofErr w:type="spellEnd"/>
      <w:r w:rsidRPr="007A0413">
        <w:rPr>
          <w:sz w:val="21"/>
        </w:rPr>
        <w:t xml:space="preserve"> nu </w:t>
      </w:r>
      <w:proofErr w:type="spellStart"/>
      <w:r w:rsidRPr="007A0413">
        <w:rPr>
          <w:sz w:val="21"/>
        </w:rPr>
        <w:t>corespunde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realității</w:t>
      </w:r>
      <w:proofErr w:type="spellEnd"/>
      <w:r w:rsidRPr="007A0413">
        <w:rPr>
          <w:sz w:val="21"/>
        </w:rPr>
        <w:t xml:space="preserve">, sunt </w:t>
      </w:r>
      <w:proofErr w:type="spellStart"/>
      <w:r w:rsidRPr="007A0413">
        <w:rPr>
          <w:sz w:val="21"/>
        </w:rPr>
        <w:t>aplicabile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consecințele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prevăzute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legislația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achizițiilor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publice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legislația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penală</w:t>
      </w:r>
      <w:proofErr w:type="spellEnd"/>
      <w:r w:rsidRPr="007A0413">
        <w:rPr>
          <w:sz w:val="21"/>
        </w:rPr>
        <w:t>.</w:t>
      </w:r>
    </w:p>
    <w:p w14:paraId="7F08CDB1" w14:textId="77777777" w:rsidR="005528C2" w:rsidRPr="007A0413" w:rsidRDefault="00A1736F">
      <w:pPr>
        <w:spacing w:after="60" w:line="240" w:lineRule="auto"/>
      </w:pPr>
      <w:r w:rsidRPr="007A0413">
        <w:rPr>
          <w:sz w:val="21"/>
        </w:rPr>
        <w:t xml:space="preserve">Data </w:t>
      </w:r>
      <w:proofErr w:type="spellStart"/>
      <w:r w:rsidRPr="007A0413">
        <w:rPr>
          <w:sz w:val="21"/>
        </w:rPr>
        <w:t>completării</w:t>
      </w:r>
      <w:proofErr w:type="spellEnd"/>
      <w:r w:rsidRPr="007A0413">
        <w:rPr>
          <w:sz w:val="21"/>
        </w:rPr>
        <w:t>: ____________________</w:t>
      </w:r>
    </w:p>
    <w:p w14:paraId="0FC80D85" w14:textId="77777777" w:rsidR="005528C2" w:rsidRPr="007A0413" w:rsidRDefault="00A1736F">
      <w:pPr>
        <w:spacing w:after="40" w:line="240" w:lineRule="auto"/>
      </w:pPr>
      <w:r w:rsidRPr="007A0413">
        <w:rPr>
          <w:sz w:val="21"/>
        </w:rPr>
        <w:t>Operator economic: ________________________________________________</w:t>
      </w:r>
    </w:p>
    <w:p w14:paraId="08BB5181" w14:textId="77777777" w:rsidR="005528C2" w:rsidRPr="007A0413" w:rsidRDefault="00A1736F">
      <w:pPr>
        <w:spacing w:after="40" w:line="240" w:lineRule="auto"/>
      </w:pPr>
      <w:proofErr w:type="spellStart"/>
      <w:r w:rsidRPr="007A0413">
        <w:rPr>
          <w:sz w:val="21"/>
        </w:rPr>
        <w:t>Nume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prenume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reprezentant</w:t>
      </w:r>
      <w:proofErr w:type="spellEnd"/>
      <w:r w:rsidRPr="007A0413">
        <w:rPr>
          <w:sz w:val="21"/>
        </w:rPr>
        <w:t>/</w:t>
      </w:r>
      <w:proofErr w:type="spellStart"/>
      <w:r w:rsidRPr="007A0413">
        <w:rPr>
          <w:sz w:val="21"/>
        </w:rPr>
        <w:t>împuternicit</w:t>
      </w:r>
      <w:proofErr w:type="spellEnd"/>
      <w:r w:rsidRPr="007A0413">
        <w:rPr>
          <w:sz w:val="21"/>
        </w:rPr>
        <w:t>: ________________________________</w:t>
      </w:r>
    </w:p>
    <w:p w14:paraId="15327F75" w14:textId="77777777" w:rsidR="005528C2" w:rsidRPr="007A0413" w:rsidRDefault="00A1736F">
      <w:pPr>
        <w:spacing w:after="40" w:line="240" w:lineRule="auto"/>
      </w:pPr>
      <w:proofErr w:type="spellStart"/>
      <w:r w:rsidRPr="007A0413">
        <w:rPr>
          <w:sz w:val="21"/>
        </w:rPr>
        <w:t>Funcția</w:t>
      </w:r>
      <w:proofErr w:type="spellEnd"/>
      <w:r w:rsidRPr="007A0413">
        <w:rPr>
          <w:sz w:val="21"/>
        </w:rPr>
        <w:t>: ________________________________</w:t>
      </w:r>
    </w:p>
    <w:p w14:paraId="4D506AD1" w14:textId="77777777" w:rsidR="005528C2" w:rsidRPr="007A0413" w:rsidRDefault="00A1736F">
      <w:pPr>
        <w:spacing w:after="0" w:line="240" w:lineRule="auto"/>
      </w:pPr>
      <w:proofErr w:type="spellStart"/>
      <w:r w:rsidRPr="007A0413">
        <w:rPr>
          <w:sz w:val="21"/>
        </w:rPr>
        <w:t>Semnătura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autorizată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ștampila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dacă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este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cazul</w:t>
      </w:r>
      <w:proofErr w:type="spellEnd"/>
      <w:r w:rsidRPr="007A0413">
        <w:rPr>
          <w:sz w:val="21"/>
        </w:rPr>
        <w:t>: __________________________</w:t>
      </w:r>
    </w:p>
    <w:p w14:paraId="211EC06D" w14:textId="77777777" w:rsidR="005528C2" w:rsidRPr="007A0413" w:rsidRDefault="00A1736F">
      <w:pPr>
        <w:pageBreakBefore/>
      </w:pPr>
      <w:proofErr w:type="spellStart"/>
      <w:r w:rsidRPr="007A0413">
        <w:rPr>
          <w:b/>
          <w:sz w:val="21"/>
        </w:rPr>
        <w:lastRenderedPageBreak/>
        <w:t>Denumire</w:t>
      </w:r>
      <w:proofErr w:type="spellEnd"/>
      <w:r w:rsidRPr="007A0413">
        <w:rPr>
          <w:b/>
          <w:sz w:val="21"/>
        </w:rPr>
        <w:t xml:space="preserve"> operator economic: </w:t>
      </w:r>
      <w:r w:rsidRPr="007A0413">
        <w:rPr>
          <w:sz w:val="21"/>
        </w:rPr>
        <w:t>____________________________________________</w:t>
      </w:r>
    </w:p>
    <w:p w14:paraId="7979DEAD" w14:textId="77777777" w:rsidR="00B06084" w:rsidRPr="007A0413" w:rsidRDefault="00B06084">
      <w:pPr>
        <w:keepNext/>
        <w:spacing w:after="80"/>
        <w:jc w:val="center"/>
        <w:rPr>
          <w:b/>
          <w:sz w:val="24"/>
        </w:rPr>
      </w:pPr>
    </w:p>
    <w:p w14:paraId="3B97243A" w14:textId="77777777" w:rsidR="00B06084" w:rsidRPr="007A0413" w:rsidRDefault="00B06084">
      <w:pPr>
        <w:keepNext/>
        <w:spacing w:after="80"/>
        <w:jc w:val="center"/>
        <w:rPr>
          <w:b/>
          <w:sz w:val="24"/>
        </w:rPr>
      </w:pPr>
    </w:p>
    <w:p w14:paraId="33C8C9AD" w14:textId="5360973F" w:rsidR="005528C2" w:rsidRPr="007A0413" w:rsidRDefault="00A1736F">
      <w:pPr>
        <w:keepNext/>
        <w:spacing w:after="80"/>
        <w:jc w:val="center"/>
      </w:pPr>
      <w:r w:rsidRPr="007A0413">
        <w:rPr>
          <w:b/>
          <w:sz w:val="24"/>
        </w:rPr>
        <w:t>FORMULARUL NR. 3</w:t>
      </w:r>
    </w:p>
    <w:p w14:paraId="38EDAE8A" w14:textId="77777777" w:rsidR="005528C2" w:rsidRPr="007A0413" w:rsidRDefault="00A1736F">
      <w:pPr>
        <w:keepNext/>
        <w:spacing w:after="180"/>
        <w:jc w:val="center"/>
      </w:pPr>
      <w:r w:rsidRPr="007A0413">
        <w:rPr>
          <w:b/>
          <w:sz w:val="24"/>
        </w:rPr>
        <w:t>DECLARAȚIE PRIVIND NEÎNCADRAREA ÎN PREVEDERILE ART. 167 DIN LEGEA NR. 98/2016</w:t>
      </w:r>
    </w:p>
    <w:p w14:paraId="114DC2EC" w14:textId="77777777" w:rsidR="005528C2" w:rsidRPr="007A0413" w:rsidRDefault="00A1736F">
      <w:pPr>
        <w:spacing w:after="80" w:line="240" w:lineRule="auto"/>
      </w:pPr>
      <w:proofErr w:type="spellStart"/>
      <w:r w:rsidRPr="007A0413">
        <w:rPr>
          <w:b/>
          <w:sz w:val="21"/>
        </w:rPr>
        <w:t>Către</w:t>
      </w:r>
      <w:proofErr w:type="spellEnd"/>
      <w:r w:rsidRPr="007A0413">
        <w:rPr>
          <w:b/>
          <w:sz w:val="21"/>
        </w:rPr>
        <w:t xml:space="preserve">: SECTORUL 2 AL MUNICIPIULUI BUCUREȘTI, Str. </w:t>
      </w:r>
      <w:proofErr w:type="spellStart"/>
      <w:r w:rsidRPr="007A0413">
        <w:rPr>
          <w:b/>
          <w:sz w:val="21"/>
        </w:rPr>
        <w:t>Chiristigiilor</w:t>
      </w:r>
      <w:proofErr w:type="spellEnd"/>
      <w:r w:rsidRPr="007A0413">
        <w:rPr>
          <w:b/>
          <w:sz w:val="21"/>
        </w:rPr>
        <w:t xml:space="preserve"> nr. 11-13, Sector 2, </w:t>
      </w:r>
      <w:proofErr w:type="spellStart"/>
      <w:r w:rsidRPr="007A0413">
        <w:rPr>
          <w:b/>
          <w:sz w:val="21"/>
        </w:rPr>
        <w:t>București</w:t>
      </w:r>
      <w:proofErr w:type="spellEnd"/>
    </w:p>
    <w:p w14:paraId="6F3B8297" w14:textId="77777777" w:rsidR="005528C2" w:rsidRPr="007A0413" w:rsidRDefault="00A1736F">
      <w:pPr>
        <w:spacing w:after="80" w:line="240" w:lineRule="auto"/>
        <w:jc w:val="both"/>
      </w:pPr>
      <w:proofErr w:type="spellStart"/>
      <w:r w:rsidRPr="007A0413">
        <w:rPr>
          <w:sz w:val="21"/>
        </w:rPr>
        <w:t>Subsemnatul</w:t>
      </w:r>
      <w:proofErr w:type="spellEnd"/>
      <w:r w:rsidRPr="007A0413">
        <w:rPr>
          <w:sz w:val="21"/>
        </w:rPr>
        <w:t xml:space="preserve">(a) ____________________________________, </w:t>
      </w:r>
      <w:proofErr w:type="spellStart"/>
      <w:r w:rsidRPr="007A0413">
        <w:rPr>
          <w:sz w:val="21"/>
        </w:rPr>
        <w:t>reprezentant</w:t>
      </w:r>
      <w:proofErr w:type="spellEnd"/>
      <w:r w:rsidRPr="007A0413">
        <w:rPr>
          <w:sz w:val="21"/>
        </w:rPr>
        <w:t xml:space="preserve"> legal/</w:t>
      </w:r>
      <w:proofErr w:type="spellStart"/>
      <w:r w:rsidRPr="007A0413">
        <w:rPr>
          <w:sz w:val="21"/>
        </w:rPr>
        <w:t>împuternicit</w:t>
      </w:r>
      <w:proofErr w:type="spellEnd"/>
      <w:r w:rsidRPr="007A0413">
        <w:rPr>
          <w:sz w:val="21"/>
        </w:rPr>
        <w:t xml:space="preserve"> al ____________________________________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calitate</w:t>
      </w:r>
      <w:proofErr w:type="spellEnd"/>
      <w:r w:rsidRPr="007A0413">
        <w:rPr>
          <w:sz w:val="21"/>
        </w:rPr>
        <w:t xml:space="preserve"> de ____________________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cadrul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procedurii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având</w:t>
      </w:r>
      <w:proofErr w:type="spellEnd"/>
      <w:r w:rsidRPr="007A0413">
        <w:rPr>
          <w:sz w:val="21"/>
        </w:rPr>
        <w:t xml:space="preserve"> ca </w:t>
      </w:r>
      <w:proofErr w:type="spellStart"/>
      <w:r w:rsidRPr="007A0413">
        <w:rPr>
          <w:sz w:val="21"/>
        </w:rPr>
        <w:t>obiect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b/>
          <w:sz w:val="21"/>
        </w:rPr>
        <w:t>servicii</w:t>
      </w:r>
      <w:proofErr w:type="spellEnd"/>
      <w:r w:rsidRPr="007A0413">
        <w:rPr>
          <w:b/>
          <w:sz w:val="21"/>
        </w:rPr>
        <w:t xml:space="preserve"> integrate </w:t>
      </w:r>
      <w:proofErr w:type="spellStart"/>
      <w:r w:rsidRPr="007A0413">
        <w:rPr>
          <w:b/>
          <w:sz w:val="21"/>
        </w:rPr>
        <w:t>pentru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organizarea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și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desfășurarea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evenimentului</w:t>
      </w:r>
      <w:proofErr w:type="spellEnd"/>
      <w:r w:rsidRPr="007A0413">
        <w:rPr>
          <w:b/>
          <w:sz w:val="21"/>
        </w:rPr>
        <w:t xml:space="preserve"> „</w:t>
      </w:r>
      <w:proofErr w:type="spellStart"/>
      <w:r w:rsidRPr="007A0413">
        <w:rPr>
          <w:b/>
          <w:sz w:val="21"/>
        </w:rPr>
        <w:t>Prietenii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Pufoși</w:t>
      </w:r>
      <w:proofErr w:type="spellEnd"/>
      <w:r w:rsidRPr="007A0413">
        <w:rPr>
          <w:b/>
          <w:sz w:val="21"/>
        </w:rPr>
        <w:t xml:space="preserve"> – </w:t>
      </w:r>
      <w:proofErr w:type="spellStart"/>
      <w:r w:rsidRPr="007A0413">
        <w:rPr>
          <w:b/>
          <w:sz w:val="21"/>
        </w:rPr>
        <w:t>Ediția</w:t>
      </w:r>
      <w:proofErr w:type="spellEnd"/>
      <w:r w:rsidRPr="007A0413">
        <w:rPr>
          <w:b/>
          <w:sz w:val="21"/>
        </w:rPr>
        <w:t xml:space="preserve"> </w:t>
      </w:r>
      <w:proofErr w:type="gramStart"/>
      <w:r w:rsidRPr="007A0413">
        <w:rPr>
          <w:b/>
          <w:sz w:val="21"/>
        </w:rPr>
        <w:t>a</w:t>
      </w:r>
      <w:proofErr w:type="gramEnd"/>
      <w:r w:rsidRPr="007A0413">
        <w:rPr>
          <w:b/>
          <w:sz w:val="21"/>
        </w:rPr>
        <w:t xml:space="preserve"> II-a”</w:t>
      </w:r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declar</w:t>
      </w:r>
      <w:proofErr w:type="spellEnd"/>
      <w:r w:rsidRPr="007A0413">
        <w:rPr>
          <w:sz w:val="21"/>
        </w:rPr>
        <w:t xml:space="preserve"> pe propria </w:t>
      </w:r>
      <w:proofErr w:type="spellStart"/>
      <w:r w:rsidRPr="007A0413">
        <w:rPr>
          <w:sz w:val="21"/>
        </w:rPr>
        <w:t>răspundere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operatorul</w:t>
      </w:r>
      <w:proofErr w:type="spellEnd"/>
      <w:r w:rsidRPr="007A0413">
        <w:rPr>
          <w:sz w:val="21"/>
        </w:rPr>
        <w:t xml:space="preserve"> economic nu se </w:t>
      </w:r>
      <w:proofErr w:type="spellStart"/>
      <w:r w:rsidRPr="007A0413">
        <w:rPr>
          <w:sz w:val="21"/>
        </w:rPr>
        <w:t>află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niciuna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dintre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situațiile</w:t>
      </w:r>
      <w:proofErr w:type="spellEnd"/>
      <w:r w:rsidRPr="007A0413">
        <w:rPr>
          <w:sz w:val="21"/>
        </w:rPr>
        <w:t xml:space="preserve"> care </w:t>
      </w:r>
      <w:proofErr w:type="spellStart"/>
      <w:r w:rsidRPr="007A0413">
        <w:rPr>
          <w:sz w:val="21"/>
        </w:rPr>
        <w:t>atrag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excluderea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condițiile</w:t>
      </w:r>
      <w:proofErr w:type="spellEnd"/>
      <w:r w:rsidRPr="007A0413">
        <w:rPr>
          <w:sz w:val="21"/>
        </w:rPr>
        <w:t xml:space="preserve"> art. 167 din </w:t>
      </w:r>
      <w:proofErr w:type="spellStart"/>
      <w:r w:rsidRPr="007A0413">
        <w:rPr>
          <w:sz w:val="21"/>
        </w:rPr>
        <w:t>Legea</w:t>
      </w:r>
      <w:proofErr w:type="spellEnd"/>
      <w:r w:rsidRPr="007A0413">
        <w:rPr>
          <w:sz w:val="21"/>
        </w:rPr>
        <w:t xml:space="preserve"> nr. 98/2016.</w:t>
      </w:r>
    </w:p>
    <w:p w14:paraId="590DD729" w14:textId="77777777" w:rsidR="005528C2" w:rsidRPr="007A0413" w:rsidRDefault="00A1736F">
      <w:pPr>
        <w:keepNext/>
        <w:spacing w:after="80" w:line="240" w:lineRule="auto"/>
        <w:jc w:val="both"/>
      </w:pP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acest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sens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declar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că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măsura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condițiile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prevăzute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lege</w:t>
      </w:r>
      <w:proofErr w:type="spellEnd"/>
      <w:r w:rsidRPr="007A0413">
        <w:rPr>
          <w:sz w:val="21"/>
        </w:rPr>
        <w:t>:</w:t>
      </w:r>
    </w:p>
    <w:p w14:paraId="030426ED" w14:textId="77777777" w:rsidR="005528C2" w:rsidRPr="007A0413" w:rsidRDefault="00A1736F">
      <w:pPr>
        <w:spacing w:after="40" w:line="240" w:lineRule="auto"/>
        <w:ind w:left="312" w:hanging="312"/>
        <w:jc w:val="both"/>
      </w:pPr>
      <w:r w:rsidRPr="007A0413">
        <w:rPr>
          <w:sz w:val="21"/>
        </w:rPr>
        <w:t xml:space="preserve">a) </w:t>
      </w:r>
      <w:proofErr w:type="gramStart"/>
      <w:r w:rsidRPr="007A0413">
        <w:rPr>
          <w:sz w:val="21"/>
        </w:rPr>
        <w:t>nu</w:t>
      </w:r>
      <w:proofErr w:type="gramEnd"/>
      <w:r w:rsidRPr="007A0413">
        <w:rPr>
          <w:sz w:val="21"/>
        </w:rPr>
        <w:t xml:space="preserve"> am </w:t>
      </w:r>
      <w:proofErr w:type="spellStart"/>
      <w:r w:rsidRPr="007A0413">
        <w:rPr>
          <w:sz w:val="21"/>
        </w:rPr>
        <w:t>încălcat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obligațiile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aplicabile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domeniul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mediului</w:t>
      </w:r>
      <w:proofErr w:type="spellEnd"/>
      <w:r w:rsidRPr="007A0413">
        <w:rPr>
          <w:sz w:val="21"/>
        </w:rPr>
        <w:t xml:space="preserve">, social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al </w:t>
      </w:r>
      <w:proofErr w:type="spellStart"/>
      <w:r w:rsidRPr="007A0413">
        <w:rPr>
          <w:sz w:val="21"/>
        </w:rPr>
        <w:t>relațiilor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muncă</w:t>
      </w:r>
      <w:proofErr w:type="spellEnd"/>
      <w:r w:rsidRPr="007A0413">
        <w:rPr>
          <w:sz w:val="21"/>
        </w:rPr>
        <w:t>;</w:t>
      </w:r>
    </w:p>
    <w:p w14:paraId="5155FC35" w14:textId="77777777" w:rsidR="005528C2" w:rsidRPr="007A0413" w:rsidRDefault="00A1736F">
      <w:pPr>
        <w:spacing w:after="40" w:line="240" w:lineRule="auto"/>
        <w:ind w:left="312" w:hanging="312"/>
        <w:jc w:val="both"/>
      </w:pPr>
      <w:r w:rsidRPr="007A0413">
        <w:rPr>
          <w:sz w:val="21"/>
        </w:rPr>
        <w:t xml:space="preserve">b) nu ne </w:t>
      </w:r>
      <w:proofErr w:type="spellStart"/>
      <w:r w:rsidRPr="007A0413">
        <w:rPr>
          <w:sz w:val="21"/>
        </w:rPr>
        <w:t>aflăm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într</w:t>
      </w:r>
      <w:proofErr w:type="spellEnd"/>
      <w:r w:rsidRPr="007A0413">
        <w:rPr>
          <w:sz w:val="21"/>
        </w:rPr>
        <w:t xml:space="preserve">-o </w:t>
      </w:r>
      <w:proofErr w:type="spellStart"/>
      <w:r w:rsidRPr="007A0413">
        <w:rPr>
          <w:sz w:val="21"/>
        </w:rPr>
        <w:t>situație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privind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insolvența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lichidarea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supravegherea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judiciară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ori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încetarea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activității</w:t>
      </w:r>
      <w:proofErr w:type="spellEnd"/>
      <w:r w:rsidRPr="007A0413">
        <w:rPr>
          <w:sz w:val="21"/>
        </w:rPr>
        <w:t xml:space="preserve"> care </w:t>
      </w:r>
      <w:proofErr w:type="spellStart"/>
      <w:r w:rsidRPr="007A0413">
        <w:rPr>
          <w:sz w:val="21"/>
        </w:rPr>
        <w:t>să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atragă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excluderea</w:t>
      </w:r>
      <w:proofErr w:type="spellEnd"/>
      <w:r w:rsidRPr="007A0413">
        <w:rPr>
          <w:sz w:val="21"/>
        </w:rPr>
        <w:t>;</w:t>
      </w:r>
    </w:p>
    <w:p w14:paraId="6AB95A3D" w14:textId="77777777" w:rsidR="005528C2" w:rsidRPr="007A0413" w:rsidRDefault="00A1736F">
      <w:pPr>
        <w:spacing w:after="40" w:line="240" w:lineRule="auto"/>
        <w:ind w:left="312" w:hanging="312"/>
        <w:jc w:val="both"/>
      </w:pPr>
      <w:r w:rsidRPr="007A0413">
        <w:rPr>
          <w:sz w:val="21"/>
        </w:rPr>
        <w:t xml:space="preserve">c) </w:t>
      </w:r>
      <w:proofErr w:type="gramStart"/>
      <w:r w:rsidRPr="007A0413">
        <w:rPr>
          <w:sz w:val="21"/>
        </w:rPr>
        <w:t>nu</w:t>
      </w:r>
      <w:proofErr w:type="gramEnd"/>
      <w:r w:rsidRPr="007A0413">
        <w:rPr>
          <w:sz w:val="21"/>
        </w:rPr>
        <w:t xml:space="preserve"> am </w:t>
      </w:r>
      <w:proofErr w:type="spellStart"/>
      <w:r w:rsidRPr="007A0413">
        <w:rPr>
          <w:sz w:val="21"/>
        </w:rPr>
        <w:t>comis</w:t>
      </w:r>
      <w:proofErr w:type="spellEnd"/>
      <w:r w:rsidRPr="007A0413">
        <w:rPr>
          <w:sz w:val="21"/>
        </w:rPr>
        <w:t xml:space="preserve"> o </w:t>
      </w:r>
      <w:proofErr w:type="spellStart"/>
      <w:r w:rsidRPr="007A0413">
        <w:rPr>
          <w:sz w:val="21"/>
        </w:rPr>
        <w:t>abatere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profesională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gravă</w:t>
      </w:r>
      <w:proofErr w:type="spellEnd"/>
      <w:r w:rsidRPr="007A0413">
        <w:rPr>
          <w:sz w:val="21"/>
        </w:rPr>
        <w:t xml:space="preserve"> care </w:t>
      </w:r>
      <w:proofErr w:type="spellStart"/>
      <w:r w:rsidRPr="007A0413">
        <w:rPr>
          <w:sz w:val="21"/>
        </w:rPr>
        <w:t>să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pună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discuție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integritatea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operatorului</w:t>
      </w:r>
      <w:proofErr w:type="spellEnd"/>
      <w:r w:rsidRPr="007A0413">
        <w:rPr>
          <w:sz w:val="21"/>
        </w:rPr>
        <w:t xml:space="preserve"> economic;</w:t>
      </w:r>
    </w:p>
    <w:p w14:paraId="63C7D6F6" w14:textId="77777777" w:rsidR="005528C2" w:rsidRPr="007A0413" w:rsidRDefault="00A1736F">
      <w:pPr>
        <w:spacing w:after="40" w:line="240" w:lineRule="auto"/>
        <w:ind w:left="312" w:hanging="312"/>
        <w:jc w:val="both"/>
      </w:pPr>
      <w:r w:rsidRPr="007A0413">
        <w:rPr>
          <w:sz w:val="21"/>
        </w:rPr>
        <w:t xml:space="preserve">d) </w:t>
      </w:r>
      <w:proofErr w:type="gramStart"/>
      <w:r w:rsidRPr="007A0413">
        <w:rPr>
          <w:sz w:val="21"/>
        </w:rPr>
        <w:t>nu</w:t>
      </w:r>
      <w:proofErr w:type="gramEnd"/>
      <w:r w:rsidRPr="007A0413">
        <w:rPr>
          <w:sz w:val="21"/>
        </w:rPr>
        <w:t xml:space="preserve"> am </w:t>
      </w:r>
      <w:proofErr w:type="spellStart"/>
      <w:r w:rsidRPr="007A0413">
        <w:rPr>
          <w:sz w:val="21"/>
        </w:rPr>
        <w:t>încheiat</w:t>
      </w:r>
      <w:proofErr w:type="spellEnd"/>
      <w:r w:rsidRPr="007A0413">
        <w:rPr>
          <w:sz w:val="21"/>
        </w:rPr>
        <w:t xml:space="preserve"> cu </w:t>
      </w:r>
      <w:proofErr w:type="spellStart"/>
      <w:r w:rsidRPr="007A0413">
        <w:rPr>
          <w:sz w:val="21"/>
        </w:rPr>
        <w:t>alți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operatori</w:t>
      </w:r>
      <w:proofErr w:type="spellEnd"/>
      <w:r w:rsidRPr="007A0413">
        <w:rPr>
          <w:sz w:val="21"/>
        </w:rPr>
        <w:t xml:space="preserve"> economici </w:t>
      </w:r>
      <w:proofErr w:type="spellStart"/>
      <w:r w:rsidRPr="007A0413">
        <w:rPr>
          <w:sz w:val="21"/>
        </w:rPr>
        <w:t>acorduri</w:t>
      </w:r>
      <w:proofErr w:type="spellEnd"/>
      <w:r w:rsidRPr="007A0413">
        <w:rPr>
          <w:sz w:val="21"/>
        </w:rPr>
        <w:t xml:space="preserve"> care </w:t>
      </w:r>
      <w:proofErr w:type="spellStart"/>
      <w:r w:rsidRPr="007A0413">
        <w:rPr>
          <w:sz w:val="21"/>
        </w:rPr>
        <w:t>vizează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denaturarea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concurenței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cadrul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sau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legătură</w:t>
      </w:r>
      <w:proofErr w:type="spellEnd"/>
      <w:r w:rsidRPr="007A0413">
        <w:rPr>
          <w:sz w:val="21"/>
        </w:rPr>
        <w:t xml:space="preserve"> cu </w:t>
      </w:r>
      <w:proofErr w:type="spellStart"/>
      <w:r w:rsidRPr="007A0413">
        <w:rPr>
          <w:sz w:val="21"/>
        </w:rPr>
        <w:t>procedura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atribuire</w:t>
      </w:r>
      <w:proofErr w:type="spellEnd"/>
      <w:r w:rsidRPr="007A0413">
        <w:rPr>
          <w:sz w:val="21"/>
        </w:rPr>
        <w:t>;</w:t>
      </w:r>
    </w:p>
    <w:p w14:paraId="048E7E6D" w14:textId="77777777" w:rsidR="005528C2" w:rsidRPr="007A0413" w:rsidRDefault="00A1736F">
      <w:pPr>
        <w:spacing w:after="40" w:line="240" w:lineRule="auto"/>
        <w:ind w:left="312" w:hanging="312"/>
        <w:jc w:val="both"/>
      </w:pPr>
      <w:r w:rsidRPr="007A0413">
        <w:rPr>
          <w:sz w:val="21"/>
        </w:rPr>
        <w:t xml:space="preserve">e) nu ne </w:t>
      </w:r>
      <w:proofErr w:type="spellStart"/>
      <w:r w:rsidRPr="007A0413">
        <w:rPr>
          <w:sz w:val="21"/>
        </w:rPr>
        <w:t>aflăm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într</w:t>
      </w:r>
      <w:proofErr w:type="spellEnd"/>
      <w:r w:rsidRPr="007A0413">
        <w:rPr>
          <w:sz w:val="21"/>
        </w:rPr>
        <w:t xml:space="preserve">-o </w:t>
      </w:r>
      <w:proofErr w:type="spellStart"/>
      <w:r w:rsidRPr="007A0413">
        <w:rPr>
          <w:sz w:val="21"/>
        </w:rPr>
        <w:t>situație</w:t>
      </w:r>
      <w:proofErr w:type="spellEnd"/>
      <w:r w:rsidRPr="007A0413">
        <w:rPr>
          <w:sz w:val="21"/>
        </w:rPr>
        <w:t xml:space="preserve"> de conflict de </w:t>
      </w:r>
      <w:proofErr w:type="spellStart"/>
      <w:r w:rsidRPr="007A0413">
        <w:rPr>
          <w:sz w:val="21"/>
        </w:rPr>
        <w:t>interese</w:t>
      </w:r>
      <w:proofErr w:type="spellEnd"/>
      <w:r w:rsidRPr="007A0413">
        <w:rPr>
          <w:sz w:val="21"/>
        </w:rPr>
        <w:t xml:space="preserve"> care nu </w:t>
      </w:r>
      <w:proofErr w:type="spellStart"/>
      <w:r w:rsidRPr="007A0413">
        <w:rPr>
          <w:sz w:val="21"/>
        </w:rPr>
        <w:t>poate</w:t>
      </w:r>
      <w:proofErr w:type="spellEnd"/>
      <w:r w:rsidRPr="007A0413">
        <w:rPr>
          <w:sz w:val="21"/>
        </w:rPr>
        <w:t xml:space="preserve"> fi </w:t>
      </w:r>
      <w:proofErr w:type="spellStart"/>
      <w:r w:rsidRPr="007A0413">
        <w:rPr>
          <w:sz w:val="21"/>
        </w:rPr>
        <w:t>remediată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prin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măsuri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mai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puțin</w:t>
      </w:r>
      <w:proofErr w:type="spellEnd"/>
      <w:r w:rsidRPr="007A0413">
        <w:rPr>
          <w:sz w:val="21"/>
        </w:rPr>
        <w:t xml:space="preserve"> severe;</w:t>
      </w:r>
    </w:p>
    <w:p w14:paraId="6994D404" w14:textId="77777777" w:rsidR="005528C2" w:rsidRPr="007A0413" w:rsidRDefault="00A1736F">
      <w:pPr>
        <w:spacing w:after="40" w:line="240" w:lineRule="auto"/>
        <w:ind w:left="312" w:hanging="312"/>
        <w:jc w:val="both"/>
      </w:pPr>
      <w:r w:rsidRPr="007A0413">
        <w:rPr>
          <w:sz w:val="21"/>
        </w:rPr>
        <w:t xml:space="preserve">f) </w:t>
      </w:r>
      <w:proofErr w:type="spellStart"/>
      <w:r w:rsidRPr="007A0413">
        <w:rPr>
          <w:sz w:val="21"/>
        </w:rPr>
        <w:t>participarea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noastră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anterioară</w:t>
      </w:r>
      <w:proofErr w:type="spellEnd"/>
      <w:r w:rsidRPr="007A0413">
        <w:rPr>
          <w:sz w:val="21"/>
        </w:rPr>
        <w:t xml:space="preserve"> la </w:t>
      </w:r>
      <w:proofErr w:type="spellStart"/>
      <w:r w:rsidRPr="007A0413">
        <w:rPr>
          <w:sz w:val="21"/>
        </w:rPr>
        <w:t>pregătirea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procedurii</w:t>
      </w:r>
      <w:proofErr w:type="spellEnd"/>
      <w:r w:rsidRPr="007A0413">
        <w:rPr>
          <w:sz w:val="21"/>
        </w:rPr>
        <w:t xml:space="preserve"> nu a </w:t>
      </w:r>
      <w:proofErr w:type="spellStart"/>
      <w:r w:rsidRPr="007A0413">
        <w:rPr>
          <w:sz w:val="21"/>
        </w:rPr>
        <w:t>condus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nu conduce la o </w:t>
      </w:r>
      <w:proofErr w:type="spellStart"/>
      <w:r w:rsidRPr="007A0413">
        <w:rPr>
          <w:sz w:val="21"/>
        </w:rPr>
        <w:t>distorsionare</w:t>
      </w:r>
      <w:proofErr w:type="spellEnd"/>
      <w:r w:rsidRPr="007A0413">
        <w:rPr>
          <w:sz w:val="21"/>
        </w:rPr>
        <w:t xml:space="preserve"> a </w:t>
      </w:r>
      <w:proofErr w:type="spellStart"/>
      <w:r w:rsidRPr="007A0413">
        <w:rPr>
          <w:sz w:val="21"/>
        </w:rPr>
        <w:t>concurenței</w:t>
      </w:r>
      <w:proofErr w:type="spellEnd"/>
      <w:r w:rsidRPr="007A0413">
        <w:rPr>
          <w:sz w:val="21"/>
        </w:rPr>
        <w:t xml:space="preserve"> care nu </w:t>
      </w:r>
      <w:proofErr w:type="spellStart"/>
      <w:r w:rsidRPr="007A0413">
        <w:rPr>
          <w:sz w:val="21"/>
        </w:rPr>
        <w:t>poate</w:t>
      </w:r>
      <w:proofErr w:type="spellEnd"/>
      <w:r w:rsidRPr="007A0413">
        <w:rPr>
          <w:sz w:val="21"/>
        </w:rPr>
        <w:t xml:space="preserve"> fi </w:t>
      </w:r>
      <w:proofErr w:type="spellStart"/>
      <w:r w:rsidRPr="007A0413">
        <w:rPr>
          <w:sz w:val="21"/>
        </w:rPr>
        <w:t>remediată</w:t>
      </w:r>
      <w:proofErr w:type="spellEnd"/>
      <w:r w:rsidRPr="007A0413">
        <w:rPr>
          <w:sz w:val="21"/>
        </w:rPr>
        <w:t>;</w:t>
      </w:r>
    </w:p>
    <w:p w14:paraId="0D96950B" w14:textId="77777777" w:rsidR="005528C2" w:rsidRPr="007A0413" w:rsidRDefault="00A1736F">
      <w:pPr>
        <w:spacing w:after="40" w:line="240" w:lineRule="auto"/>
        <w:ind w:left="312" w:hanging="312"/>
        <w:jc w:val="both"/>
      </w:pPr>
      <w:r w:rsidRPr="007A0413">
        <w:rPr>
          <w:sz w:val="21"/>
        </w:rPr>
        <w:t xml:space="preserve">g) </w:t>
      </w:r>
      <w:proofErr w:type="gramStart"/>
      <w:r w:rsidRPr="007A0413">
        <w:rPr>
          <w:sz w:val="21"/>
        </w:rPr>
        <w:t>nu</w:t>
      </w:r>
      <w:proofErr w:type="gramEnd"/>
      <w:r w:rsidRPr="007A0413">
        <w:rPr>
          <w:sz w:val="21"/>
        </w:rPr>
        <w:t xml:space="preserve"> am </w:t>
      </w:r>
      <w:proofErr w:type="spellStart"/>
      <w:r w:rsidRPr="007A0413">
        <w:rPr>
          <w:sz w:val="21"/>
        </w:rPr>
        <w:t>încălcat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mod </w:t>
      </w:r>
      <w:proofErr w:type="spellStart"/>
      <w:r w:rsidRPr="007A0413">
        <w:rPr>
          <w:sz w:val="21"/>
        </w:rPr>
        <w:t>grav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sau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repetat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obligații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principale</w:t>
      </w:r>
      <w:proofErr w:type="spellEnd"/>
      <w:r w:rsidRPr="007A0413">
        <w:rPr>
          <w:sz w:val="21"/>
        </w:rPr>
        <w:t xml:space="preserve"> din </w:t>
      </w:r>
      <w:proofErr w:type="spellStart"/>
      <w:r w:rsidRPr="007A0413">
        <w:rPr>
          <w:sz w:val="21"/>
        </w:rPr>
        <w:t>contracte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anterioare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condițiile</w:t>
      </w:r>
      <w:proofErr w:type="spellEnd"/>
      <w:r w:rsidRPr="007A0413">
        <w:rPr>
          <w:sz w:val="21"/>
        </w:rPr>
        <w:t xml:space="preserve"> care </w:t>
      </w:r>
      <w:proofErr w:type="spellStart"/>
      <w:r w:rsidRPr="007A0413">
        <w:rPr>
          <w:sz w:val="21"/>
        </w:rPr>
        <w:t>atrag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excluderea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potrivit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legii</w:t>
      </w:r>
      <w:proofErr w:type="spellEnd"/>
      <w:r w:rsidRPr="007A0413">
        <w:rPr>
          <w:sz w:val="21"/>
        </w:rPr>
        <w:t>;</w:t>
      </w:r>
    </w:p>
    <w:p w14:paraId="64E07693" w14:textId="77777777" w:rsidR="005528C2" w:rsidRPr="007A0413" w:rsidRDefault="00A1736F">
      <w:pPr>
        <w:spacing w:after="40" w:line="240" w:lineRule="auto"/>
        <w:ind w:left="312" w:hanging="312"/>
        <w:jc w:val="both"/>
      </w:pPr>
      <w:r w:rsidRPr="007A0413">
        <w:rPr>
          <w:sz w:val="21"/>
        </w:rPr>
        <w:t xml:space="preserve">h) </w:t>
      </w:r>
      <w:proofErr w:type="gramStart"/>
      <w:r w:rsidRPr="007A0413">
        <w:rPr>
          <w:sz w:val="21"/>
        </w:rPr>
        <w:t>nu</w:t>
      </w:r>
      <w:proofErr w:type="gramEnd"/>
      <w:r w:rsidRPr="007A0413">
        <w:rPr>
          <w:sz w:val="21"/>
        </w:rPr>
        <w:t xml:space="preserve"> am </w:t>
      </w:r>
      <w:proofErr w:type="spellStart"/>
      <w:r w:rsidRPr="007A0413">
        <w:rPr>
          <w:sz w:val="21"/>
        </w:rPr>
        <w:t>furnizat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informații</w:t>
      </w:r>
      <w:proofErr w:type="spellEnd"/>
      <w:r w:rsidRPr="007A0413">
        <w:rPr>
          <w:sz w:val="21"/>
        </w:rPr>
        <w:t xml:space="preserve"> false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nu am </w:t>
      </w:r>
      <w:proofErr w:type="spellStart"/>
      <w:r w:rsidRPr="007A0413">
        <w:rPr>
          <w:sz w:val="21"/>
        </w:rPr>
        <w:t>ascuns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informații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relevante</w:t>
      </w:r>
      <w:proofErr w:type="spellEnd"/>
      <w:r w:rsidRPr="007A0413">
        <w:rPr>
          <w:sz w:val="21"/>
        </w:rPr>
        <w:t xml:space="preserve"> solicitate </w:t>
      </w:r>
      <w:proofErr w:type="spellStart"/>
      <w:r w:rsidRPr="007A0413">
        <w:rPr>
          <w:sz w:val="21"/>
        </w:rPr>
        <w:t>pentru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verificarea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motivelor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excludere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ori</w:t>
      </w:r>
      <w:proofErr w:type="spellEnd"/>
      <w:r w:rsidRPr="007A0413">
        <w:rPr>
          <w:sz w:val="21"/>
        </w:rPr>
        <w:t xml:space="preserve"> a </w:t>
      </w:r>
      <w:proofErr w:type="spellStart"/>
      <w:r w:rsidRPr="007A0413">
        <w:rPr>
          <w:sz w:val="21"/>
        </w:rPr>
        <w:t>criteriilor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calificare</w:t>
      </w:r>
      <w:proofErr w:type="spellEnd"/>
      <w:r w:rsidRPr="007A0413">
        <w:rPr>
          <w:sz w:val="21"/>
        </w:rPr>
        <w:t>;</w:t>
      </w:r>
    </w:p>
    <w:p w14:paraId="1231CC5B" w14:textId="77777777" w:rsidR="005528C2" w:rsidRPr="007A0413" w:rsidRDefault="00A1736F">
      <w:pPr>
        <w:spacing w:after="40" w:line="240" w:lineRule="auto"/>
        <w:ind w:left="312" w:hanging="312"/>
        <w:jc w:val="both"/>
      </w:pPr>
      <w:proofErr w:type="spellStart"/>
      <w:r w:rsidRPr="007A0413">
        <w:rPr>
          <w:sz w:val="21"/>
        </w:rPr>
        <w:t>i</w:t>
      </w:r>
      <w:proofErr w:type="spellEnd"/>
      <w:r w:rsidRPr="007A0413">
        <w:rPr>
          <w:sz w:val="21"/>
        </w:rPr>
        <w:t xml:space="preserve">) </w:t>
      </w:r>
      <w:proofErr w:type="gramStart"/>
      <w:r w:rsidRPr="007A0413">
        <w:rPr>
          <w:sz w:val="21"/>
        </w:rPr>
        <w:t>nu</w:t>
      </w:r>
      <w:proofErr w:type="gramEnd"/>
      <w:r w:rsidRPr="007A0413">
        <w:rPr>
          <w:sz w:val="21"/>
        </w:rPr>
        <w:t xml:space="preserve"> am </w:t>
      </w:r>
      <w:proofErr w:type="spellStart"/>
      <w:r w:rsidRPr="007A0413">
        <w:rPr>
          <w:sz w:val="21"/>
        </w:rPr>
        <w:t>încercat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influențăm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mod </w:t>
      </w:r>
      <w:proofErr w:type="spellStart"/>
      <w:r w:rsidRPr="007A0413">
        <w:rPr>
          <w:sz w:val="21"/>
        </w:rPr>
        <w:t>nelegal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procesul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decizional</w:t>
      </w:r>
      <w:proofErr w:type="spellEnd"/>
      <w:r w:rsidRPr="007A0413">
        <w:rPr>
          <w:sz w:val="21"/>
        </w:rPr>
        <w:t xml:space="preserve"> al </w:t>
      </w:r>
      <w:proofErr w:type="spellStart"/>
      <w:r w:rsidRPr="007A0413">
        <w:rPr>
          <w:sz w:val="21"/>
        </w:rPr>
        <w:t>autorității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contractante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să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obținem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informații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confidențiale</w:t>
      </w:r>
      <w:proofErr w:type="spellEnd"/>
      <w:r w:rsidRPr="007A0413">
        <w:rPr>
          <w:sz w:val="21"/>
        </w:rPr>
        <w:t xml:space="preserve"> care ne-</w:t>
      </w:r>
      <w:proofErr w:type="spellStart"/>
      <w:r w:rsidRPr="007A0413">
        <w:rPr>
          <w:sz w:val="21"/>
        </w:rPr>
        <w:t>ar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putea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conferi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avantaje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necuvenite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ori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furnizăm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informații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eronate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susceptibile</w:t>
      </w:r>
      <w:proofErr w:type="spellEnd"/>
      <w:r w:rsidRPr="007A0413">
        <w:rPr>
          <w:sz w:val="21"/>
        </w:rPr>
        <w:t xml:space="preserve"> de </w:t>
      </w:r>
      <w:proofErr w:type="gramStart"/>
      <w:r w:rsidRPr="007A0413">
        <w:rPr>
          <w:sz w:val="21"/>
        </w:rPr>
        <w:t>a</w:t>
      </w:r>
      <w:proofErr w:type="gram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influența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deciziile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privind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excluderea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selecția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sau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atribuirea</w:t>
      </w:r>
      <w:proofErr w:type="spellEnd"/>
      <w:r w:rsidRPr="007A0413">
        <w:rPr>
          <w:sz w:val="21"/>
        </w:rPr>
        <w:t>.</w:t>
      </w:r>
    </w:p>
    <w:p w14:paraId="1B798891" w14:textId="77777777" w:rsidR="005528C2" w:rsidRPr="007A0413" w:rsidRDefault="00A1736F">
      <w:pPr>
        <w:spacing w:after="80" w:line="240" w:lineRule="auto"/>
        <w:jc w:val="both"/>
      </w:pPr>
      <w:proofErr w:type="spellStart"/>
      <w:r w:rsidRPr="007A0413">
        <w:rPr>
          <w:sz w:val="21"/>
        </w:rPr>
        <w:t>Declar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informațiile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furnizate</w:t>
      </w:r>
      <w:proofErr w:type="spellEnd"/>
      <w:r w:rsidRPr="007A0413">
        <w:rPr>
          <w:sz w:val="21"/>
        </w:rPr>
        <w:t xml:space="preserve"> sunt complete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corecte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autorizez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autoritatea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contractantă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solicite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condițiile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legii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informațiile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documentele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necesare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verificării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prezentei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declarații</w:t>
      </w:r>
      <w:proofErr w:type="spellEnd"/>
      <w:r w:rsidRPr="007A0413">
        <w:rPr>
          <w:sz w:val="21"/>
        </w:rPr>
        <w:t>.</w:t>
      </w:r>
    </w:p>
    <w:p w14:paraId="2078DD6C" w14:textId="77777777" w:rsidR="005528C2" w:rsidRPr="007A0413" w:rsidRDefault="00A1736F">
      <w:pPr>
        <w:spacing w:after="80" w:line="240" w:lineRule="auto"/>
        <w:jc w:val="both"/>
      </w:pPr>
      <w:proofErr w:type="spellStart"/>
      <w:r w:rsidRPr="007A0413">
        <w:rPr>
          <w:sz w:val="21"/>
        </w:rPr>
        <w:t>Înțeleg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că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cazul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care </w:t>
      </w:r>
      <w:proofErr w:type="spellStart"/>
      <w:r w:rsidRPr="007A0413">
        <w:rPr>
          <w:sz w:val="21"/>
        </w:rPr>
        <w:t>prezenta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declarație</w:t>
      </w:r>
      <w:proofErr w:type="spellEnd"/>
      <w:r w:rsidRPr="007A0413">
        <w:rPr>
          <w:sz w:val="21"/>
        </w:rPr>
        <w:t xml:space="preserve"> nu </w:t>
      </w:r>
      <w:proofErr w:type="spellStart"/>
      <w:r w:rsidRPr="007A0413">
        <w:rPr>
          <w:sz w:val="21"/>
        </w:rPr>
        <w:t>corespunde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realității</w:t>
      </w:r>
      <w:proofErr w:type="spellEnd"/>
      <w:r w:rsidRPr="007A0413">
        <w:rPr>
          <w:sz w:val="21"/>
        </w:rPr>
        <w:t xml:space="preserve">, sunt </w:t>
      </w:r>
      <w:proofErr w:type="spellStart"/>
      <w:r w:rsidRPr="007A0413">
        <w:rPr>
          <w:sz w:val="21"/>
        </w:rPr>
        <w:t>aplicabile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consecințele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legale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privind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excluderea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falsul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declarații</w:t>
      </w:r>
      <w:proofErr w:type="spellEnd"/>
      <w:r w:rsidRPr="007A0413">
        <w:rPr>
          <w:sz w:val="21"/>
        </w:rPr>
        <w:t>.</w:t>
      </w:r>
    </w:p>
    <w:p w14:paraId="57D33B4B" w14:textId="77777777" w:rsidR="005528C2" w:rsidRPr="007A0413" w:rsidRDefault="00A1736F">
      <w:pPr>
        <w:spacing w:after="60" w:line="240" w:lineRule="auto"/>
      </w:pPr>
      <w:r w:rsidRPr="007A0413">
        <w:rPr>
          <w:sz w:val="21"/>
        </w:rPr>
        <w:t xml:space="preserve">Data </w:t>
      </w:r>
      <w:proofErr w:type="spellStart"/>
      <w:r w:rsidRPr="007A0413">
        <w:rPr>
          <w:sz w:val="21"/>
        </w:rPr>
        <w:t>completării</w:t>
      </w:r>
      <w:proofErr w:type="spellEnd"/>
      <w:r w:rsidRPr="007A0413">
        <w:rPr>
          <w:sz w:val="21"/>
        </w:rPr>
        <w:t>: ____________________</w:t>
      </w:r>
    </w:p>
    <w:p w14:paraId="5D969BE3" w14:textId="77777777" w:rsidR="005528C2" w:rsidRPr="007A0413" w:rsidRDefault="00A1736F">
      <w:pPr>
        <w:spacing w:after="40" w:line="240" w:lineRule="auto"/>
      </w:pPr>
      <w:r w:rsidRPr="007A0413">
        <w:rPr>
          <w:sz w:val="21"/>
        </w:rPr>
        <w:t>Operator economic: ________________________________________________</w:t>
      </w:r>
    </w:p>
    <w:p w14:paraId="75E74607" w14:textId="77777777" w:rsidR="005528C2" w:rsidRPr="007A0413" w:rsidRDefault="00A1736F">
      <w:pPr>
        <w:spacing w:after="40" w:line="240" w:lineRule="auto"/>
      </w:pPr>
      <w:proofErr w:type="spellStart"/>
      <w:r w:rsidRPr="007A0413">
        <w:rPr>
          <w:sz w:val="21"/>
        </w:rPr>
        <w:t>Nume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prenume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reprezentant</w:t>
      </w:r>
      <w:proofErr w:type="spellEnd"/>
      <w:r w:rsidRPr="007A0413">
        <w:rPr>
          <w:sz w:val="21"/>
        </w:rPr>
        <w:t>/</w:t>
      </w:r>
      <w:proofErr w:type="spellStart"/>
      <w:r w:rsidRPr="007A0413">
        <w:rPr>
          <w:sz w:val="21"/>
        </w:rPr>
        <w:t>împuternicit</w:t>
      </w:r>
      <w:proofErr w:type="spellEnd"/>
      <w:r w:rsidRPr="007A0413">
        <w:rPr>
          <w:sz w:val="21"/>
        </w:rPr>
        <w:t>: ________________________________</w:t>
      </w:r>
    </w:p>
    <w:p w14:paraId="44767055" w14:textId="77777777" w:rsidR="005528C2" w:rsidRPr="007A0413" w:rsidRDefault="00A1736F">
      <w:pPr>
        <w:spacing w:after="40" w:line="240" w:lineRule="auto"/>
      </w:pPr>
      <w:proofErr w:type="spellStart"/>
      <w:r w:rsidRPr="007A0413">
        <w:rPr>
          <w:sz w:val="21"/>
        </w:rPr>
        <w:t>Funcția</w:t>
      </w:r>
      <w:proofErr w:type="spellEnd"/>
      <w:r w:rsidRPr="007A0413">
        <w:rPr>
          <w:sz w:val="21"/>
        </w:rPr>
        <w:t>: ________________________________</w:t>
      </w:r>
    </w:p>
    <w:p w14:paraId="0EC0350A" w14:textId="77777777" w:rsidR="005528C2" w:rsidRPr="007A0413" w:rsidRDefault="00A1736F">
      <w:pPr>
        <w:spacing w:after="0" w:line="240" w:lineRule="auto"/>
      </w:pPr>
      <w:proofErr w:type="spellStart"/>
      <w:r w:rsidRPr="007A0413">
        <w:rPr>
          <w:sz w:val="21"/>
        </w:rPr>
        <w:t>Semnătura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autorizată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ștampila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dacă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este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cazul</w:t>
      </w:r>
      <w:proofErr w:type="spellEnd"/>
      <w:r w:rsidRPr="007A0413">
        <w:rPr>
          <w:sz w:val="21"/>
        </w:rPr>
        <w:t>: __________________________</w:t>
      </w:r>
    </w:p>
    <w:p w14:paraId="7EBF7108" w14:textId="77777777" w:rsidR="005528C2" w:rsidRPr="007A0413" w:rsidRDefault="00A1736F">
      <w:pPr>
        <w:pageBreakBefore/>
      </w:pPr>
      <w:proofErr w:type="spellStart"/>
      <w:r w:rsidRPr="007A0413">
        <w:rPr>
          <w:b/>
          <w:sz w:val="21"/>
        </w:rPr>
        <w:lastRenderedPageBreak/>
        <w:t>Denumire</w:t>
      </w:r>
      <w:proofErr w:type="spellEnd"/>
      <w:r w:rsidRPr="007A0413">
        <w:rPr>
          <w:b/>
          <w:sz w:val="21"/>
        </w:rPr>
        <w:t xml:space="preserve"> operator economic: </w:t>
      </w:r>
      <w:r w:rsidRPr="007A0413">
        <w:rPr>
          <w:sz w:val="21"/>
        </w:rPr>
        <w:t>____________________________________________</w:t>
      </w:r>
    </w:p>
    <w:p w14:paraId="4B872AD2" w14:textId="77777777" w:rsidR="00B06084" w:rsidRPr="007A0413" w:rsidRDefault="00B06084">
      <w:pPr>
        <w:keepNext/>
        <w:spacing w:after="80"/>
        <w:jc w:val="center"/>
        <w:rPr>
          <w:b/>
          <w:sz w:val="24"/>
        </w:rPr>
      </w:pPr>
    </w:p>
    <w:p w14:paraId="11604D26" w14:textId="6D1B4DDE" w:rsidR="005528C2" w:rsidRPr="007A0413" w:rsidRDefault="00A1736F">
      <w:pPr>
        <w:keepNext/>
        <w:spacing w:after="80"/>
        <w:jc w:val="center"/>
      </w:pPr>
      <w:r w:rsidRPr="007A0413">
        <w:rPr>
          <w:b/>
          <w:sz w:val="24"/>
        </w:rPr>
        <w:t>FORMULARUL NR. 4</w:t>
      </w:r>
    </w:p>
    <w:p w14:paraId="367C6D6B" w14:textId="77777777" w:rsidR="005528C2" w:rsidRPr="007A0413" w:rsidRDefault="00A1736F">
      <w:pPr>
        <w:keepNext/>
        <w:spacing w:after="180"/>
        <w:jc w:val="center"/>
      </w:pPr>
      <w:r w:rsidRPr="007A0413">
        <w:rPr>
          <w:b/>
          <w:sz w:val="24"/>
        </w:rPr>
        <w:t>DECLARAȚIE PRIVIND NEÎNCADRAREA ÎN SITUAȚIILE DE CONFLICT DE INTERESE PREVĂZUTE LA ART. 59-60 DIN LEGEA NR. 98/2016</w:t>
      </w:r>
    </w:p>
    <w:p w14:paraId="5E7E67B4" w14:textId="77777777" w:rsidR="005528C2" w:rsidRPr="007A0413" w:rsidRDefault="00A1736F">
      <w:pPr>
        <w:spacing w:after="80" w:line="240" w:lineRule="auto"/>
        <w:jc w:val="both"/>
      </w:pPr>
      <w:proofErr w:type="spellStart"/>
      <w:r w:rsidRPr="007A0413">
        <w:rPr>
          <w:sz w:val="21"/>
        </w:rPr>
        <w:t>Subsemnatul</w:t>
      </w:r>
      <w:proofErr w:type="spellEnd"/>
      <w:r w:rsidRPr="007A0413">
        <w:rPr>
          <w:sz w:val="21"/>
        </w:rPr>
        <w:t xml:space="preserve">(a) ____________________________________, </w:t>
      </w:r>
      <w:proofErr w:type="spellStart"/>
      <w:r w:rsidRPr="007A0413">
        <w:rPr>
          <w:sz w:val="21"/>
        </w:rPr>
        <w:t>reprezentant</w:t>
      </w:r>
      <w:proofErr w:type="spellEnd"/>
      <w:r w:rsidRPr="007A0413">
        <w:rPr>
          <w:sz w:val="21"/>
        </w:rPr>
        <w:t xml:space="preserve"> legal/</w:t>
      </w:r>
      <w:proofErr w:type="spellStart"/>
      <w:r w:rsidRPr="007A0413">
        <w:rPr>
          <w:sz w:val="21"/>
        </w:rPr>
        <w:t>împuternicit</w:t>
      </w:r>
      <w:proofErr w:type="spellEnd"/>
      <w:r w:rsidRPr="007A0413">
        <w:rPr>
          <w:sz w:val="21"/>
        </w:rPr>
        <w:t xml:space="preserve"> al ____________________________________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calitate</w:t>
      </w:r>
      <w:proofErr w:type="spellEnd"/>
      <w:r w:rsidRPr="007A0413">
        <w:rPr>
          <w:sz w:val="21"/>
        </w:rPr>
        <w:t xml:space="preserve"> de ____________________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cadrul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procedurii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având</w:t>
      </w:r>
      <w:proofErr w:type="spellEnd"/>
      <w:r w:rsidRPr="007A0413">
        <w:rPr>
          <w:sz w:val="21"/>
        </w:rPr>
        <w:t xml:space="preserve"> ca </w:t>
      </w:r>
      <w:proofErr w:type="spellStart"/>
      <w:r w:rsidRPr="007A0413">
        <w:rPr>
          <w:sz w:val="21"/>
        </w:rPr>
        <w:t>obiect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b/>
          <w:sz w:val="21"/>
        </w:rPr>
        <w:t>servicii</w:t>
      </w:r>
      <w:proofErr w:type="spellEnd"/>
      <w:r w:rsidRPr="007A0413">
        <w:rPr>
          <w:b/>
          <w:sz w:val="21"/>
        </w:rPr>
        <w:t xml:space="preserve"> integrate </w:t>
      </w:r>
      <w:proofErr w:type="spellStart"/>
      <w:r w:rsidRPr="007A0413">
        <w:rPr>
          <w:b/>
          <w:sz w:val="21"/>
        </w:rPr>
        <w:t>pentru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organizarea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și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desfășurarea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evenimentului</w:t>
      </w:r>
      <w:proofErr w:type="spellEnd"/>
      <w:r w:rsidRPr="007A0413">
        <w:rPr>
          <w:b/>
          <w:sz w:val="21"/>
        </w:rPr>
        <w:t xml:space="preserve"> „</w:t>
      </w:r>
      <w:proofErr w:type="spellStart"/>
      <w:r w:rsidRPr="007A0413">
        <w:rPr>
          <w:b/>
          <w:sz w:val="21"/>
        </w:rPr>
        <w:t>Prietenii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Pufoși</w:t>
      </w:r>
      <w:proofErr w:type="spellEnd"/>
      <w:r w:rsidRPr="007A0413">
        <w:rPr>
          <w:b/>
          <w:sz w:val="21"/>
        </w:rPr>
        <w:t xml:space="preserve"> – </w:t>
      </w:r>
      <w:proofErr w:type="spellStart"/>
      <w:r w:rsidRPr="007A0413">
        <w:rPr>
          <w:b/>
          <w:sz w:val="21"/>
        </w:rPr>
        <w:t>Ediția</w:t>
      </w:r>
      <w:proofErr w:type="spellEnd"/>
      <w:r w:rsidRPr="007A0413">
        <w:rPr>
          <w:b/>
          <w:sz w:val="21"/>
        </w:rPr>
        <w:t xml:space="preserve"> a II-a”</w:t>
      </w:r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declar</w:t>
      </w:r>
      <w:proofErr w:type="spellEnd"/>
      <w:r w:rsidRPr="007A0413">
        <w:rPr>
          <w:sz w:val="21"/>
        </w:rPr>
        <w:t xml:space="preserve"> pe propria </w:t>
      </w:r>
      <w:proofErr w:type="spellStart"/>
      <w:r w:rsidRPr="007A0413">
        <w:rPr>
          <w:sz w:val="21"/>
        </w:rPr>
        <w:t>răspundere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operatorul</w:t>
      </w:r>
      <w:proofErr w:type="spellEnd"/>
      <w:r w:rsidRPr="007A0413">
        <w:rPr>
          <w:sz w:val="21"/>
        </w:rPr>
        <w:t xml:space="preserve"> economic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persoanele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relevante</w:t>
      </w:r>
      <w:proofErr w:type="spellEnd"/>
      <w:r w:rsidRPr="007A0413">
        <w:rPr>
          <w:sz w:val="21"/>
        </w:rPr>
        <w:t xml:space="preserve"> din </w:t>
      </w:r>
      <w:proofErr w:type="spellStart"/>
      <w:r w:rsidRPr="007A0413">
        <w:rPr>
          <w:sz w:val="21"/>
        </w:rPr>
        <w:t>cadrul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acestuia</w:t>
      </w:r>
      <w:proofErr w:type="spellEnd"/>
      <w:r w:rsidRPr="007A0413">
        <w:rPr>
          <w:sz w:val="21"/>
        </w:rPr>
        <w:t xml:space="preserve"> nu se </w:t>
      </w:r>
      <w:proofErr w:type="spellStart"/>
      <w:r w:rsidRPr="007A0413">
        <w:rPr>
          <w:sz w:val="21"/>
        </w:rPr>
        <w:t>află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situații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natură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genereze</w:t>
      </w:r>
      <w:proofErr w:type="spellEnd"/>
      <w:r w:rsidRPr="007A0413">
        <w:rPr>
          <w:sz w:val="21"/>
        </w:rPr>
        <w:t xml:space="preserve"> un conflict de </w:t>
      </w:r>
      <w:proofErr w:type="spellStart"/>
      <w:r w:rsidRPr="007A0413">
        <w:rPr>
          <w:sz w:val="21"/>
        </w:rPr>
        <w:t>interese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sensul</w:t>
      </w:r>
      <w:proofErr w:type="spellEnd"/>
      <w:r w:rsidRPr="007A0413">
        <w:rPr>
          <w:sz w:val="21"/>
        </w:rPr>
        <w:t xml:space="preserve"> art. 59-60 din </w:t>
      </w:r>
      <w:proofErr w:type="spellStart"/>
      <w:r w:rsidRPr="007A0413">
        <w:rPr>
          <w:sz w:val="21"/>
        </w:rPr>
        <w:t>Legea</w:t>
      </w:r>
      <w:proofErr w:type="spellEnd"/>
      <w:r w:rsidRPr="007A0413">
        <w:rPr>
          <w:sz w:val="21"/>
        </w:rPr>
        <w:t xml:space="preserve"> nr. 98/2016.</w:t>
      </w:r>
    </w:p>
    <w:p w14:paraId="325D4952" w14:textId="77777777" w:rsidR="005528C2" w:rsidRPr="007A0413" w:rsidRDefault="00A1736F">
      <w:pPr>
        <w:spacing w:after="80" w:line="240" w:lineRule="auto"/>
        <w:jc w:val="both"/>
      </w:pPr>
      <w:proofErr w:type="spellStart"/>
      <w:r w:rsidRPr="007A0413">
        <w:rPr>
          <w:sz w:val="21"/>
        </w:rPr>
        <w:t>Declar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special, </w:t>
      </w:r>
      <w:proofErr w:type="spellStart"/>
      <w:r w:rsidRPr="007A0413">
        <w:rPr>
          <w:sz w:val="21"/>
        </w:rPr>
        <w:t>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persoanele</w:t>
      </w:r>
      <w:proofErr w:type="spellEnd"/>
      <w:r w:rsidRPr="007A0413">
        <w:rPr>
          <w:sz w:val="21"/>
        </w:rPr>
        <w:t xml:space="preserve"> care fac </w:t>
      </w:r>
      <w:proofErr w:type="spellStart"/>
      <w:r w:rsidRPr="007A0413">
        <w:rPr>
          <w:sz w:val="21"/>
        </w:rPr>
        <w:t>parte</w:t>
      </w:r>
      <w:proofErr w:type="spellEnd"/>
      <w:r w:rsidRPr="007A0413">
        <w:rPr>
          <w:sz w:val="21"/>
        </w:rPr>
        <w:t xml:space="preserve"> din </w:t>
      </w:r>
      <w:proofErr w:type="spellStart"/>
      <w:r w:rsidRPr="007A0413">
        <w:rPr>
          <w:sz w:val="21"/>
        </w:rPr>
        <w:t>consiliul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administrație</w:t>
      </w:r>
      <w:proofErr w:type="spellEnd"/>
      <w:r w:rsidRPr="007A0413">
        <w:rPr>
          <w:sz w:val="21"/>
        </w:rPr>
        <w:t>/</w:t>
      </w:r>
      <w:proofErr w:type="spellStart"/>
      <w:r w:rsidRPr="007A0413">
        <w:rPr>
          <w:sz w:val="21"/>
        </w:rPr>
        <w:t>organul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conducere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ori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supraveghere</w:t>
      </w:r>
      <w:proofErr w:type="spellEnd"/>
      <w:r w:rsidRPr="007A0413">
        <w:rPr>
          <w:sz w:val="21"/>
        </w:rPr>
        <w:t xml:space="preserve"> al </w:t>
      </w:r>
      <w:proofErr w:type="spellStart"/>
      <w:r w:rsidRPr="007A0413">
        <w:rPr>
          <w:sz w:val="21"/>
        </w:rPr>
        <w:t>operatorului</w:t>
      </w:r>
      <w:proofErr w:type="spellEnd"/>
      <w:r w:rsidRPr="007A0413">
        <w:rPr>
          <w:sz w:val="21"/>
        </w:rPr>
        <w:t xml:space="preserve"> economic, </w:t>
      </w:r>
      <w:proofErr w:type="spellStart"/>
      <w:r w:rsidRPr="007A0413">
        <w:rPr>
          <w:sz w:val="21"/>
        </w:rPr>
        <w:t>acționarii</w:t>
      </w:r>
      <w:proofErr w:type="spellEnd"/>
      <w:r w:rsidRPr="007A0413">
        <w:rPr>
          <w:sz w:val="21"/>
        </w:rPr>
        <w:t>/</w:t>
      </w:r>
      <w:proofErr w:type="spellStart"/>
      <w:r w:rsidRPr="007A0413">
        <w:rPr>
          <w:sz w:val="21"/>
        </w:rPr>
        <w:t>asociații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semnificativi</w:t>
      </w:r>
      <w:proofErr w:type="spellEnd"/>
      <w:r w:rsidRPr="007A0413">
        <w:rPr>
          <w:sz w:val="21"/>
        </w:rPr>
        <w:t xml:space="preserve">, precum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persoanele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principale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desemnate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pentru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executarea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contractului</w:t>
      </w:r>
      <w:proofErr w:type="spellEnd"/>
      <w:r w:rsidRPr="007A0413">
        <w:rPr>
          <w:sz w:val="21"/>
        </w:rPr>
        <w:t xml:space="preserve"> nu se </w:t>
      </w:r>
      <w:proofErr w:type="spellStart"/>
      <w:r w:rsidRPr="007A0413">
        <w:rPr>
          <w:sz w:val="21"/>
        </w:rPr>
        <w:t>află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raport</w:t>
      </w:r>
      <w:proofErr w:type="spellEnd"/>
      <w:r w:rsidRPr="007A0413">
        <w:rPr>
          <w:sz w:val="21"/>
        </w:rPr>
        <w:t xml:space="preserve"> cu </w:t>
      </w:r>
      <w:proofErr w:type="spellStart"/>
      <w:r w:rsidRPr="007A0413">
        <w:rPr>
          <w:sz w:val="21"/>
        </w:rPr>
        <w:t>persoanele</w:t>
      </w:r>
      <w:proofErr w:type="spellEnd"/>
      <w:r w:rsidRPr="007A0413">
        <w:rPr>
          <w:sz w:val="21"/>
        </w:rPr>
        <w:t xml:space="preserve"> cu </w:t>
      </w:r>
      <w:proofErr w:type="spellStart"/>
      <w:r w:rsidRPr="007A0413">
        <w:rPr>
          <w:sz w:val="21"/>
        </w:rPr>
        <w:t>funcții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decizie</w:t>
      </w:r>
      <w:proofErr w:type="spellEnd"/>
      <w:r w:rsidRPr="007A0413">
        <w:rPr>
          <w:sz w:val="21"/>
        </w:rPr>
        <w:t xml:space="preserve"> din </w:t>
      </w:r>
      <w:proofErr w:type="spellStart"/>
      <w:r w:rsidRPr="007A0413">
        <w:rPr>
          <w:sz w:val="21"/>
        </w:rPr>
        <w:t>cadrul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autorității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contractante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situațiile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potențial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generatoare</w:t>
      </w:r>
      <w:proofErr w:type="spellEnd"/>
      <w:r w:rsidRPr="007A0413">
        <w:rPr>
          <w:sz w:val="21"/>
        </w:rPr>
        <w:t xml:space="preserve"> de conflict de </w:t>
      </w:r>
      <w:proofErr w:type="spellStart"/>
      <w:r w:rsidRPr="007A0413">
        <w:rPr>
          <w:sz w:val="21"/>
        </w:rPr>
        <w:t>interese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prevăzute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lege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inclusiv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situațiile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privind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relația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soț</w:t>
      </w:r>
      <w:proofErr w:type="spellEnd"/>
      <w:r w:rsidRPr="007A0413">
        <w:rPr>
          <w:sz w:val="21"/>
        </w:rPr>
        <w:t>/</w:t>
      </w:r>
      <w:proofErr w:type="spellStart"/>
      <w:r w:rsidRPr="007A0413">
        <w:rPr>
          <w:sz w:val="21"/>
        </w:rPr>
        <w:t>soție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rudă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sau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afin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până</w:t>
      </w:r>
      <w:proofErr w:type="spellEnd"/>
      <w:r w:rsidRPr="007A0413">
        <w:rPr>
          <w:sz w:val="21"/>
        </w:rPr>
        <w:t xml:space="preserve"> la </w:t>
      </w:r>
      <w:proofErr w:type="spellStart"/>
      <w:r w:rsidRPr="007A0413">
        <w:rPr>
          <w:sz w:val="21"/>
        </w:rPr>
        <w:t>gradul</w:t>
      </w:r>
      <w:proofErr w:type="spellEnd"/>
      <w:r w:rsidRPr="007A0413">
        <w:rPr>
          <w:sz w:val="21"/>
        </w:rPr>
        <w:t xml:space="preserve"> al </w:t>
      </w:r>
      <w:proofErr w:type="spellStart"/>
      <w:r w:rsidRPr="007A0413">
        <w:rPr>
          <w:sz w:val="21"/>
        </w:rPr>
        <w:t>doilea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inclusiv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ori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relațiile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comerciale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relevante</w:t>
      </w:r>
      <w:proofErr w:type="spellEnd"/>
      <w:r w:rsidRPr="007A0413">
        <w:rPr>
          <w:sz w:val="21"/>
        </w:rPr>
        <w:t>.</w:t>
      </w:r>
    </w:p>
    <w:p w14:paraId="3FD29BF7" w14:textId="77777777" w:rsidR="005528C2" w:rsidRPr="007A0413" w:rsidRDefault="00A1736F">
      <w:pPr>
        <w:spacing w:after="80" w:line="240" w:lineRule="auto"/>
        <w:jc w:val="both"/>
      </w:pP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cazul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care, pe </w:t>
      </w:r>
      <w:proofErr w:type="spellStart"/>
      <w:r w:rsidRPr="007A0413">
        <w:rPr>
          <w:sz w:val="21"/>
        </w:rPr>
        <w:t>parcursul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procedurii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apare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sau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este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identificată</w:t>
      </w:r>
      <w:proofErr w:type="spellEnd"/>
      <w:r w:rsidRPr="007A0413">
        <w:rPr>
          <w:sz w:val="21"/>
        </w:rPr>
        <w:t xml:space="preserve"> o </w:t>
      </w:r>
      <w:proofErr w:type="spellStart"/>
      <w:r w:rsidRPr="007A0413">
        <w:rPr>
          <w:sz w:val="21"/>
        </w:rPr>
        <w:t>situație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susceptibilă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genereze</w:t>
      </w:r>
      <w:proofErr w:type="spellEnd"/>
      <w:r w:rsidRPr="007A0413">
        <w:rPr>
          <w:sz w:val="21"/>
        </w:rPr>
        <w:t xml:space="preserve"> un conflict de </w:t>
      </w:r>
      <w:proofErr w:type="spellStart"/>
      <w:r w:rsidRPr="007A0413">
        <w:rPr>
          <w:sz w:val="21"/>
        </w:rPr>
        <w:t>interese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mă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oblig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notific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imediat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autoritatea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contractantă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furnizez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toate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informațiile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necesare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pentru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aplicarea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măsurilor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legale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remediere</w:t>
      </w:r>
      <w:proofErr w:type="spellEnd"/>
      <w:r w:rsidRPr="007A0413">
        <w:rPr>
          <w:sz w:val="21"/>
        </w:rPr>
        <w:t>.</w:t>
      </w:r>
    </w:p>
    <w:p w14:paraId="0DB63005" w14:textId="77777777" w:rsidR="005528C2" w:rsidRPr="007A0413" w:rsidRDefault="00A1736F">
      <w:pPr>
        <w:spacing w:after="80" w:line="240" w:lineRule="auto"/>
        <w:jc w:val="both"/>
      </w:pPr>
      <w:proofErr w:type="spellStart"/>
      <w:r w:rsidRPr="007A0413">
        <w:rPr>
          <w:sz w:val="21"/>
        </w:rPr>
        <w:t>Subsemnatul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declar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informațiile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furnizate</w:t>
      </w:r>
      <w:proofErr w:type="spellEnd"/>
      <w:r w:rsidRPr="007A0413">
        <w:rPr>
          <w:sz w:val="21"/>
        </w:rPr>
        <w:t xml:space="preserve"> sunt complete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corecte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înțeleg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autoritatea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contractantă</w:t>
      </w:r>
      <w:proofErr w:type="spellEnd"/>
      <w:r w:rsidRPr="007A0413">
        <w:rPr>
          <w:sz w:val="21"/>
        </w:rPr>
        <w:t xml:space="preserve"> are </w:t>
      </w:r>
      <w:proofErr w:type="spellStart"/>
      <w:r w:rsidRPr="007A0413">
        <w:rPr>
          <w:sz w:val="21"/>
        </w:rPr>
        <w:t>dreptul</w:t>
      </w:r>
      <w:proofErr w:type="spellEnd"/>
      <w:r w:rsidRPr="007A0413">
        <w:rPr>
          <w:sz w:val="21"/>
        </w:rPr>
        <w:t xml:space="preserve"> de a </w:t>
      </w:r>
      <w:proofErr w:type="spellStart"/>
      <w:r w:rsidRPr="007A0413">
        <w:rPr>
          <w:sz w:val="21"/>
        </w:rPr>
        <w:t>solicita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documente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doveditoare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clarificări</w:t>
      </w:r>
      <w:proofErr w:type="spellEnd"/>
      <w:r w:rsidRPr="007A0413">
        <w:rPr>
          <w:sz w:val="21"/>
        </w:rPr>
        <w:t>.</w:t>
      </w:r>
    </w:p>
    <w:p w14:paraId="215CE8C4" w14:textId="77777777" w:rsidR="005528C2" w:rsidRPr="007A0413" w:rsidRDefault="00A1736F">
      <w:pPr>
        <w:spacing w:after="60" w:line="240" w:lineRule="auto"/>
      </w:pPr>
      <w:r w:rsidRPr="007A0413">
        <w:rPr>
          <w:sz w:val="21"/>
        </w:rPr>
        <w:t xml:space="preserve">Data </w:t>
      </w:r>
      <w:proofErr w:type="spellStart"/>
      <w:r w:rsidRPr="007A0413">
        <w:rPr>
          <w:sz w:val="21"/>
        </w:rPr>
        <w:t>completării</w:t>
      </w:r>
      <w:proofErr w:type="spellEnd"/>
      <w:r w:rsidRPr="007A0413">
        <w:rPr>
          <w:sz w:val="21"/>
        </w:rPr>
        <w:t>: ____________________</w:t>
      </w:r>
    </w:p>
    <w:p w14:paraId="045A5C7B" w14:textId="77777777" w:rsidR="005528C2" w:rsidRPr="007A0413" w:rsidRDefault="00A1736F">
      <w:pPr>
        <w:spacing w:after="40" w:line="240" w:lineRule="auto"/>
      </w:pPr>
      <w:r w:rsidRPr="007A0413">
        <w:rPr>
          <w:sz w:val="21"/>
        </w:rPr>
        <w:t>Operator economic: ________________________________________________</w:t>
      </w:r>
    </w:p>
    <w:p w14:paraId="199A93C8" w14:textId="77777777" w:rsidR="005528C2" w:rsidRPr="007A0413" w:rsidRDefault="00A1736F">
      <w:pPr>
        <w:spacing w:after="40" w:line="240" w:lineRule="auto"/>
      </w:pPr>
      <w:proofErr w:type="spellStart"/>
      <w:r w:rsidRPr="007A0413">
        <w:rPr>
          <w:sz w:val="21"/>
        </w:rPr>
        <w:t>Nume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prenume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reprezentant</w:t>
      </w:r>
      <w:proofErr w:type="spellEnd"/>
      <w:r w:rsidRPr="007A0413">
        <w:rPr>
          <w:sz w:val="21"/>
        </w:rPr>
        <w:t>/</w:t>
      </w:r>
      <w:proofErr w:type="spellStart"/>
      <w:r w:rsidRPr="007A0413">
        <w:rPr>
          <w:sz w:val="21"/>
        </w:rPr>
        <w:t>împuternicit</w:t>
      </w:r>
      <w:proofErr w:type="spellEnd"/>
      <w:r w:rsidRPr="007A0413">
        <w:rPr>
          <w:sz w:val="21"/>
        </w:rPr>
        <w:t>: ________________________________</w:t>
      </w:r>
    </w:p>
    <w:p w14:paraId="5A2422DE" w14:textId="77777777" w:rsidR="005528C2" w:rsidRPr="007A0413" w:rsidRDefault="00A1736F">
      <w:pPr>
        <w:spacing w:after="40" w:line="240" w:lineRule="auto"/>
      </w:pPr>
      <w:proofErr w:type="spellStart"/>
      <w:r w:rsidRPr="007A0413">
        <w:rPr>
          <w:sz w:val="21"/>
        </w:rPr>
        <w:t>Funcția</w:t>
      </w:r>
      <w:proofErr w:type="spellEnd"/>
      <w:r w:rsidRPr="007A0413">
        <w:rPr>
          <w:sz w:val="21"/>
        </w:rPr>
        <w:t>: ________________________________</w:t>
      </w:r>
    </w:p>
    <w:p w14:paraId="375A75DE" w14:textId="77777777" w:rsidR="005528C2" w:rsidRPr="007A0413" w:rsidRDefault="00A1736F">
      <w:pPr>
        <w:spacing w:after="0" w:line="240" w:lineRule="auto"/>
      </w:pPr>
      <w:proofErr w:type="spellStart"/>
      <w:r w:rsidRPr="007A0413">
        <w:rPr>
          <w:sz w:val="21"/>
        </w:rPr>
        <w:t>Semnătura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autorizată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ștampila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dacă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este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cazul</w:t>
      </w:r>
      <w:proofErr w:type="spellEnd"/>
      <w:r w:rsidRPr="007A0413">
        <w:rPr>
          <w:sz w:val="21"/>
        </w:rPr>
        <w:t>: __________________________</w:t>
      </w:r>
    </w:p>
    <w:p w14:paraId="2A467C4D" w14:textId="77777777" w:rsidR="00B06084" w:rsidRPr="007A0413" w:rsidRDefault="00B06084">
      <w:pPr>
        <w:keepNext/>
        <w:spacing w:before="160" w:after="40" w:line="240" w:lineRule="auto"/>
        <w:jc w:val="center"/>
        <w:rPr>
          <w:b/>
          <w:sz w:val="21"/>
        </w:rPr>
      </w:pPr>
    </w:p>
    <w:p w14:paraId="2468899C" w14:textId="1EC297CE" w:rsidR="005528C2" w:rsidRPr="007A0413" w:rsidRDefault="00A1736F">
      <w:pPr>
        <w:keepNext/>
        <w:spacing w:before="160" w:after="40" w:line="240" w:lineRule="auto"/>
        <w:jc w:val="center"/>
      </w:pPr>
      <w:r w:rsidRPr="007A0413">
        <w:rPr>
          <w:b/>
          <w:sz w:val="21"/>
        </w:rPr>
        <w:t>ANEXĂ LA FORMULARUL NR. 4</w:t>
      </w:r>
    </w:p>
    <w:p w14:paraId="5973F5D8" w14:textId="77777777" w:rsidR="005528C2" w:rsidRPr="007A0413" w:rsidRDefault="00A1736F">
      <w:pPr>
        <w:keepNext/>
        <w:spacing w:after="120" w:line="240" w:lineRule="auto"/>
        <w:jc w:val="center"/>
      </w:pPr>
      <w:r w:rsidRPr="007A0413">
        <w:rPr>
          <w:b/>
          <w:sz w:val="21"/>
        </w:rPr>
        <w:t>TABEL CU PERSOANELE CU FUNCȚII DE DECIZIE / IMPLICATE ÎN ORGANIZAREA, DERULAREA ȘI FINALIZAREA PROCEDURII</w:t>
      </w:r>
    </w:p>
    <w:tbl>
      <w:tblPr>
        <w:tblStyle w:val="Tabelgril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4"/>
        <w:gridCol w:w="3628"/>
        <w:gridCol w:w="5669"/>
      </w:tblGrid>
      <w:tr w:rsidR="005528C2" w:rsidRPr="007A0413" w14:paraId="76A9170B" w14:textId="77777777">
        <w:trPr>
          <w:cantSplit/>
          <w:tblHeader/>
          <w:jc w:val="center"/>
        </w:trPr>
        <w:tc>
          <w:tcPr>
            <w:tcW w:w="794" w:type="dxa"/>
            <w:shd w:val="clear" w:color="auto" w:fill="D9E8F5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0AB46F2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b/>
                <w:sz w:val="18"/>
              </w:rPr>
              <w:t xml:space="preserve">Nr. </w:t>
            </w:r>
            <w:proofErr w:type="spellStart"/>
            <w:r w:rsidRPr="007A0413">
              <w:rPr>
                <w:b/>
                <w:sz w:val="18"/>
              </w:rPr>
              <w:t>crt</w:t>
            </w:r>
            <w:proofErr w:type="spellEnd"/>
            <w:r w:rsidRPr="007A0413">
              <w:rPr>
                <w:b/>
                <w:sz w:val="18"/>
              </w:rPr>
              <w:t>.</w:t>
            </w:r>
          </w:p>
        </w:tc>
        <w:tc>
          <w:tcPr>
            <w:tcW w:w="3628" w:type="dxa"/>
            <w:shd w:val="clear" w:color="auto" w:fill="D9E8F5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5CD85D5" w14:textId="77777777" w:rsidR="005528C2" w:rsidRPr="007A0413" w:rsidRDefault="00A1736F">
            <w:pPr>
              <w:spacing w:after="0" w:line="240" w:lineRule="auto"/>
              <w:jc w:val="center"/>
            </w:pPr>
            <w:proofErr w:type="spellStart"/>
            <w:r w:rsidRPr="007A0413">
              <w:rPr>
                <w:b/>
                <w:sz w:val="18"/>
              </w:rPr>
              <w:t>Nume</w:t>
            </w:r>
            <w:proofErr w:type="spellEnd"/>
            <w:r w:rsidRPr="007A0413">
              <w:rPr>
                <w:b/>
                <w:sz w:val="18"/>
              </w:rPr>
              <w:t xml:space="preserve"> </w:t>
            </w:r>
            <w:proofErr w:type="spellStart"/>
            <w:r w:rsidRPr="007A0413">
              <w:rPr>
                <w:b/>
                <w:sz w:val="18"/>
              </w:rPr>
              <w:t>și</w:t>
            </w:r>
            <w:proofErr w:type="spellEnd"/>
            <w:r w:rsidRPr="007A0413">
              <w:rPr>
                <w:b/>
                <w:sz w:val="18"/>
              </w:rPr>
              <w:t xml:space="preserve"> </w:t>
            </w:r>
            <w:proofErr w:type="spellStart"/>
            <w:r w:rsidRPr="007A0413">
              <w:rPr>
                <w:b/>
                <w:sz w:val="18"/>
              </w:rPr>
              <w:t>prenume</w:t>
            </w:r>
            <w:proofErr w:type="spellEnd"/>
          </w:p>
        </w:tc>
        <w:tc>
          <w:tcPr>
            <w:tcW w:w="5669" w:type="dxa"/>
            <w:shd w:val="clear" w:color="auto" w:fill="D9E8F5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8942700" w14:textId="77777777" w:rsidR="005528C2" w:rsidRPr="007A0413" w:rsidRDefault="00A1736F">
            <w:pPr>
              <w:spacing w:after="0" w:line="240" w:lineRule="auto"/>
              <w:jc w:val="center"/>
            </w:pPr>
            <w:proofErr w:type="spellStart"/>
            <w:r w:rsidRPr="007A0413">
              <w:rPr>
                <w:b/>
                <w:sz w:val="18"/>
              </w:rPr>
              <w:t>Funcția</w:t>
            </w:r>
            <w:proofErr w:type="spellEnd"/>
          </w:p>
        </w:tc>
      </w:tr>
      <w:tr w:rsidR="005528C2" w:rsidRPr="007A0413" w14:paraId="68969BC8" w14:textId="77777777">
        <w:trPr>
          <w:cantSplit/>
          <w:jc w:val="center"/>
        </w:trPr>
        <w:tc>
          <w:tcPr>
            <w:tcW w:w="7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FE5FE5A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8"/>
              </w:rPr>
              <w:t>1</w:t>
            </w:r>
          </w:p>
        </w:tc>
        <w:tc>
          <w:tcPr>
            <w:tcW w:w="36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55B9830" w14:textId="77777777" w:rsidR="005528C2" w:rsidRPr="007A0413" w:rsidRDefault="00A1736F">
            <w:pPr>
              <w:spacing w:after="0" w:line="240" w:lineRule="auto"/>
              <w:rPr>
                <w:sz w:val="18"/>
                <w:szCs w:val="18"/>
              </w:rPr>
            </w:pPr>
            <w:r w:rsidRPr="007A0413">
              <w:rPr>
                <w:sz w:val="18"/>
                <w:szCs w:val="18"/>
              </w:rPr>
              <w:t>RAREȘ HOPINCĂ</w:t>
            </w:r>
          </w:p>
        </w:tc>
        <w:tc>
          <w:tcPr>
            <w:tcW w:w="566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5EA4CF1" w14:textId="77777777" w:rsidR="005528C2" w:rsidRPr="007A0413" w:rsidRDefault="00A1736F">
            <w:pPr>
              <w:spacing w:after="0" w:line="240" w:lineRule="auto"/>
            </w:pPr>
            <w:proofErr w:type="spellStart"/>
            <w:r w:rsidRPr="007A0413">
              <w:rPr>
                <w:sz w:val="18"/>
              </w:rPr>
              <w:t>Primarul</w:t>
            </w:r>
            <w:proofErr w:type="spellEnd"/>
            <w:r w:rsidRPr="007A0413">
              <w:rPr>
                <w:sz w:val="18"/>
              </w:rPr>
              <w:t xml:space="preserve"> </w:t>
            </w:r>
            <w:proofErr w:type="spellStart"/>
            <w:r w:rsidRPr="007A0413">
              <w:rPr>
                <w:sz w:val="18"/>
              </w:rPr>
              <w:t>Sectorului</w:t>
            </w:r>
            <w:proofErr w:type="spellEnd"/>
            <w:r w:rsidRPr="007A0413">
              <w:rPr>
                <w:sz w:val="18"/>
              </w:rPr>
              <w:t xml:space="preserve"> 2 al </w:t>
            </w:r>
            <w:proofErr w:type="spellStart"/>
            <w:r w:rsidRPr="007A0413">
              <w:rPr>
                <w:sz w:val="18"/>
              </w:rPr>
              <w:t>Municipiului</w:t>
            </w:r>
            <w:proofErr w:type="spellEnd"/>
            <w:r w:rsidRPr="007A0413">
              <w:rPr>
                <w:sz w:val="18"/>
              </w:rPr>
              <w:t xml:space="preserve"> </w:t>
            </w:r>
            <w:proofErr w:type="spellStart"/>
            <w:r w:rsidRPr="007A0413">
              <w:rPr>
                <w:sz w:val="18"/>
              </w:rPr>
              <w:t>București</w:t>
            </w:r>
            <w:proofErr w:type="spellEnd"/>
          </w:p>
        </w:tc>
      </w:tr>
      <w:tr w:rsidR="005528C2" w:rsidRPr="007A0413" w14:paraId="7D70F889" w14:textId="77777777">
        <w:trPr>
          <w:cantSplit/>
          <w:jc w:val="center"/>
        </w:trPr>
        <w:tc>
          <w:tcPr>
            <w:tcW w:w="7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4E32683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8"/>
              </w:rPr>
              <w:t>2</w:t>
            </w:r>
          </w:p>
        </w:tc>
        <w:tc>
          <w:tcPr>
            <w:tcW w:w="36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9496E25" w14:textId="77777777" w:rsidR="005528C2" w:rsidRPr="007A0413" w:rsidRDefault="00A1736F">
            <w:pPr>
              <w:spacing w:after="0" w:line="240" w:lineRule="auto"/>
              <w:rPr>
                <w:sz w:val="18"/>
                <w:szCs w:val="18"/>
              </w:rPr>
            </w:pPr>
            <w:r w:rsidRPr="007A0413">
              <w:rPr>
                <w:sz w:val="18"/>
                <w:szCs w:val="18"/>
              </w:rPr>
              <w:t>MAIR AMZA</w:t>
            </w:r>
          </w:p>
        </w:tc>
        <w:tc>
          <w:tcPr>
            <w:tcW w:w="566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1135357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8"/>
              </w:rPr>
              <w:t>Administrator Public</w:t>
            </w:r>
          </w:p>
        </w:tc>
      </w:tr>
      <w:tr w:rsidR="005528C2" w:rsidRPr="007A0413" w14:paraId="7A31EC56" w14:textId="77777777">
        <w:trPr>
          <w:cantSplit/>
          <w:jc w:val="center"/>
        </w:trPr>
        <w:tc>
          <w:tcPr>
            <w:tcW w:w="7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1FB87FE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8"/>
              </w:rPr>
              <w:t>3</w:t>
            </w:r>
          </w:p>
        </w:tc>
        <w:tc>
          <w:tcPr>
            <w:tcW w:w="36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99D0E96" w14:textId="77777777" w:rsidR="005528C2" w:rsidRPr="007A0413" w:rsidRDefault="00A1736F">
            <w:pPr>
              <w:spacing w:after="0" w:line="240" w:lineRule="auto"/>
              <w:rPr>
                <w:sz w:val="18"/>
                <w:szCs w:val="18"/>
              </w:rPr>
            </w:pPr>
            <w:r w:rsidRPr="007A0413">
              <w:rPr>
                <w:sz w:val="18"/>
                <w:szCs w:val="18"/>
              </w:rPr>
              <w:t>MĂDĂLINA VERONICA HAIDEMAK</w:t>
            </w:r>
          </w:p>
        </w:tc>
        <w:tc>
          <w:tcPr>
            <w:tcW w:w="566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9457F4F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8"/>
              </w:rPr>
              <w:t xml:space="preserve">Director </w:t>
            </w:r>
            <w:proofErr w:type="spellStart"/>
            <w:r w:rsidRPr="007A0413">
              <w:rPr>
                <w:sz w:val="18"/>
              </w:rPr>
              <w:t>Executiv</w:t>
            </w:r>
            <w:proofErr w:type="spellEnd"/>
            <w:r w:rsidRPr="007A0413">
              <w:rPr>
                <w:sz w:val="18"/>
              </w:rPr>
              <w:t xml:space="preserve"> - </w:t>
            </w:r>
            <w:proofErr w:type="spellStart"/>
            <w:r w:rsidRPr="007A0413">
              <w:rPr>
                <w:sz w:val="18"/>
              </w:rPr>
              <w:t>Direcția</w:t>
            </w:r>
            <w:proofErr w:type="spellEnd"/>
            <w:r w:rsidRPr="007A0413">
              <w:rPr>
                <w:sz w:val="18"/>
              </w:rPr>
              <w:t xml:space="preserve"> </w:t>
            </w:r>
            <w:proofErr w:type="spellStart"/>
            <w:r w:rsidRPr="007A0413">
              <w:rPr>
                <w:sz w:val="18"/>
              </w:rPr>
              <w:t>Achiziții</w:t>
            </w:r>
            <w:proofErr w:type="spellEnd"/>
            <w:r w:rsidRPr="007A0413">
              <w:rPr>
                <w:sz w:val="18"/>
              </w:rPr>
              <w:t xml:space="preserve"> </w:t>
            </w:r>
            <w:proofErr w:type="spellStart"/>
            <w:r w:rsidRPr="007A0413">
              <w:rPr>
                <w:sz w:val="18"/>
              </w:rPr>
              <w:t>Publice</w:t>
            </w:r>
            <w:proofErr w:type="spellEnd"/>
          </w:p>
        </w:tc>
      </w:tr>
      <w:tr w:rsidR="005528C2" w:rsidRPr="007A0413" w14:paraId="1C3409CC" w14:textId="77777777">
        <w:trPr>
          <w:cantSplit/>
          <w:jc w:val="center"/>
        </w:trPr>
        <w:tc>
          <w:tcPr>
            <w:tcW w:w="7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8449C25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8"/>
              </w:rPr>
              <w:t>4</w:t>
            </w:r>
          </w:p>
        </w:tc>
        <w:tc>
          <w:tcPr>
            <w:tcW w:w="36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B272FDA" w14:textId="77777777" w:rsidR="005528C2" w:rsidRPr="007A0413" w:rsidRDefault="00A1736F">
            <w:pPr>
              <w:spacing w:after="0" w:line="240" w:lineRule="auto"/>
              <w:rPr>
                <w:sz w:val="18"/>
                <w:szCs w:val="18"/>
              </w:rPr>
            </w:pPr>
            <w:r w:rsidRPr="007A0413">
              <w:rPr>
                <w:sz w:val="18"/>
                <w:szCs w:val="18"/>
              </w:rPr>
              <w:t>IULIAN DUMITRACHE</w:t>
            </w:r>
          </w:p>
        </w:tc>
        <w:tc>
          <w:tcPr>
            <w:tcW w:w="566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9639411" w14:textId="77777777" w:rsidR="005528C2" w:rsidRPr="007A0413" w:rsidRDefault="00A1736F">
            <w:pPr>
              <w:spacing w:after="0" w:line="240" w:lineRule="auto"/>
            </w:pPr>
            <w:proofErr w:type="spellStart"/>
            <w:r w:rsidRPr="007A0413">
              <w:rPr>
                <w:sz w:val="18"/>
              </w:rPr>
              <w:t>Șef</w:t>
            </w:r>
            <w:proofErr w:type="spellEnd"/>
            <w:r w:rsidRPr="007A0413">
              <w:rPr>
                <w:sz w:val="18"/>
              </w:rPr>
              <w:t xml:space="preserve"> </w:t>
            </w:r>
            <w:proofErr w:type="spellStart"/>
            <w:r w:rsidRPr="007A0413">
              <w:rPr>
                <w:sz w:val="18"/>
              </w:rPr>
              <w:t>Serviciu</w:t>
            </w:r>
            <w:proofErr w:type="spellEnd"/>
            <w:r w:rsidRPr="007A0413">
              <w:rPr>
                <w:sz w:val="18"/>
              </w:rPr>
              <w:t xml:space="preserve"> - </w:t>
            </w:r>
            <w:proofErr w:type="spellStart"/>
            <w:r w:rsidRPr="007A0413">
              <w:rPr>
                <w:sz w:val="18"/>
              </w:rPr>
              <w:t>Serviciul</w:t>
            </w:r>
            <w:proofErr w:type="spellEnd"/>
            <w:r w:rsidRPr="007A0413">
              <w:rPr>
                <w:sz w:val="18"/>
              </w:rPr>
              <w:t xml:space="preserve"> </w:t>
            </w:r>
            <w:proofErr w:type="spellStart"/>
            <w:r w:rsidRPr="007A0413">
              <w:rPr>
                <w:sz w:val="18"/>
              </w:rPr>
              <w:t>Achiziții</w:t>
            </w:r>
            <w:proofErr w:type="spellEnd"/>
            <w:r w:rsidRPr="007A0413">
              <w:rPr>
                <w:sz w:val="18"/>
              </w:rPr>
              <w:t xml:space="preserve"> </w:t>
            </w:r>
            <w:proofErr w:type="spellStart"/>
            <w:r w:rsidRPr="007A0413">
              <w:rPr>
                <w:sz w:val="18"/>
              </w:rPr>
              <w:t>Publice</w:t>
            </w:r>
            <w:proofErr w:type="spellEnd"/>
          </w:p>
        </w:tc>
      </w:tr>
      <w:tr w:rsidR="005528C2" w:rsidRPr="007A0413" w14:paraId="2428774C" w14:textId="77777777">
        <w:trPr>
          <w:cantSplit/>
          <w:jc w:val="center"/>
        </w:trPr>
        <w:tc>
          <w:tcPr>
            <w:tcW w:w="7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368A4BD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8"/>
              </w:rPr>
              <w:t>5</w:t>
            </w:r>
          </w:p>
        </w:tc>
        <w:tc>
          <w:tcPr>
            <w:tcW w:w="36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084A108" w14:textId="77777777" w:rsidR="005528C2" w:rsidRPr="007A0413" w:rsidRDefault="00A1736F">
            <w:pPr>
              <w:spacing w:after="0" w:line="240" w:lineRule="auto"/>
              <w:rPr>
                <w:sz w:val="18"/>
                <w:szCs w:val="18"/>
              </w:rPr>
            </w:pPr>
            <w:r w:rsidRPr="007A0413">
              <w:rPr>
                <w:sz w:val="18"/>
                <w:szCs w:val="18"/>
              </w:rPr>
              <w:t>FLORENTINA TEODORA PÎRVAN</w:t>
            </w:r>
          </w:p>
        </w:tc>
        <w:tc>
          <w:tcPr>
            <w:tcW w:w="566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B22767D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8"/>
              </w:rPr>
              <w:t xml:space="preserve">Director </w:t>
            </w:r>
            <w:proofErr w:type="spellStart"/>
            <w:r w:rsidRPr="007A0413">
              <w:rPr>
                <w:sz w:val="18"/>
              </w:rPr>
              <w:t>Executiv</w:t>
            </w:r>
            <w:proofErr w:type="spellEnd"/>
            <w:r w:rsidRPr="007A0413">
              <w:rPr>
                <w:sz w:val="18"/>
              </w:rPr>
              <w:t xml:space="preserve"> - </w:t>
            </w:r>
            <w:proofErr w:type="spellStart"/>
            <w:r w:rsidRPr="007A0413">
              <w:rPr>
                <w:sz w:val="18"/>
              </w:rPr>
              <w:t>Direcția</w:t>
            </w:r>
            <w:proofErr w:type="spellEnd"/>
            <w:r w:rsidRPr="007A0413">
              <w:rPr>
                <w:sz w:val="18"/>
              </w:rPr>
              <w:t xml:space="preserve"> </w:t>
            </w:r>
            <w:proofErr w:type="spellStart"/>
            <w:r w:rsidRPr="007A0413">
              <w:rPr>
                <w:sz w:val="18"/>
              </w:rPr>
              <w:t>Economică</w:t>
            </w:r>
            <w:proofErr w:type="spellEnd"/>
          </w:p>
        </w:tc>
      </w:tr>
      <w:tr w:rsidR="005528C2" w:rsidRPr="007A0413" w14:paraId="5CF2E413" w14:textId="77777777">
        <w:trPr>
          <w:cantSplit/>
          <w:jc w:val="center"/>
        </w:trPr>
        <w:tc>
          <w:tcPr>
            <w:tcW w:w="7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F756903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8"/>
              </w:rPr>
              <w:t>6</w:t>
            </w:r>
          </w:p>
        </w:tc>
        <w:tc>
          <w:tcPr>
            <w:tcW w:w="36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64A8018" w14:textId="77777777" w:rsidR="005528C2" w:rsidRPr="007A0413" w:rsidRDefault="00A1736F">
            <w:pPr>
              <w:spacing w:after="0" w:line="240" w:lineRule="auto"/>
              <w:rPr>
                <w:sz w:val="18"/>
                <w:szCs w:val="18"/>
              </w:rPr>
            </w:pPr>
            <w:r w:rsidRPr="007A0413">
              <w:rPr>
                <w:sz w:val="18"/>
                <w:szCs w:val="18"/>
              </w:rPr>
              <w:t>CLAUDIU GEORGE FOGORAȘ</w:t>
            </w:r>
          </w:p>
        </w:tc>
        <w:tc>
          <w:tcPr>
            <w:tcW w:w="566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320D0B1" w14:textId="77777777" w:rsidR="005528C2" w:rsidRPr="007A0413" w:rsidRDefault="00A1736F">
            <w:pPr>
              <w:spacing w:after="0" w:line="240" w:lineRule="auto"/>
            </w:pPr>
            <w:proofErr w:type="spellStart"/>
            <w:r w:rsidRPr="007A0413">
              <w:rPr>
                <w:sz w:val="18"/>
              </w:rPr>
              <w:t>Șef</w:t>
            </w:r>
            <w:proofErr w:type="spellEnd"/>
            <w:r w:rsidRPr="007A0413">
              <w:rPr>
                <w:sz w:val="18"/>
              </w:rPr>
              <w:t xml:space="preserve"> </w:t>
            </w:r>
            <w:proofErr w:type="spellStart"/>
            <w:r w:rsidRPr="007A0413">
              <w:rPr>
                <w:sz w:val="18"/>
              </w:rPr>
              <w:t>Serviciu</w:t>
            </w:r>
            <w:proofErr w:type="spellEnd"/>
            <w:r w:rsidRPr="007A0413">
              <w:rPr>
                <w:sz w:val="18"/>
              </w:rPr>
              <w:t xml:space="preserve"> - </w:t>
            </w:r>
            <w:proofErr w:type="spellStart"/>
            <w:r w:rsidRPr="007A0413">
              <w:rPr>
                <w:sz w:val="18"/>
              </w:rPr>
              <w:t>Serviciul</w:t>
            </w:r>
            <w:proofErr w:type="spellEnd"/>
            <w:r w:rsidRPr="007A0413">
              <w:rPr>
                <w:sz w:val="18"/>
              </w:rPr>
              <w:t xml:space="preserve"> </w:t>
            </w:r>
            <w:proofErr w:type="spellStart"/>
            <w:r w:rsidRPr="007A0413">
              <w:rPr>
                <w:sz w:val="18"/>
              </w:rPr>
              <w:t>Asistență</w:t>
            </w:r>
            <w:proofErr w:type="spellEnd"/>
            <w:r w:rsidRPr="007A0413">
              <w:rPr>
                <w:sz w:val="18"/>
              </w:rPr>
              <w:t xml:space="preserve"> </w:t>
            </w:r>
            <w:proofErr w:type="spellStart"/>
            <w:r w:rsidRPr="007A0413">
              <w:rPr>
                <w:sz w:val="18"/>
              </w:rPr>
              <w:t>Juridică</w:t>
            </w:r>
            <w:proofErr w:type="spellEnd"/>
          </w:p>
        </w:tc>
      </w:tr>
      <w:tr w:rsidR="005528C2" w:rsidRPr="007A0413" w14:paraId="0CA165AF" w14:textId="77777777">
        <w:trPr>
          <w:cantSplit/>
          <w:jc w:val="center"/>
        </w:trPr>
        <w:tc>
          <w:tcPr>
            <w:tcW w:w="7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D249B92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8"/>
              </w:rPr>
              <w:t>7</w:t>
            </w:r>
          </w:p>
        </w:tc>
        <w:tc>
          <w:tcPr>
            <w:tcW w:w="36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07114BE" w14:textId="77777777" w:rsidR="005528C2" w:rsidRPr="007A0413" w:rsidRDefault="00A1736F">
            <w:pPr>
              <w:spacing w:after="0" w:line="240" w:lineRule="auto"/>
              <w:rPr>
                <w:sz w:val="18"/>
                <w:szCs w:val="18"/>
              </w:rPr>
            </w:pPr>
            <w:r w:rsidRPr="007A0413">
              <w:rPr>
                <w:sz w:val="18"/>
                <w:szCs w:val="18"/>
              </w:rPr>
              <w:t>MAGDALENA MĂDĂLINA STANCU</w:t>
            </w:r>
          </w:p>
        </w:tc>
        <w:tc>
          <w:tcPr>
            <w:tcW w:w="566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D359BA8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8"/>
              </w:rPr>
              <w:t xml:space="preserve">Director </w:t>
            </w:r>
            <w:proofErr w:type="spellStart"/>
            <w:r w:rsidRPr="007A0413">
              <w:rPr>
                <w:sz w:val="18"/>
              </w:rPr>
              <w:t>Executiv</w:t>
            </w:r>
            <w:proofErr w:type="spellEnd"/>
            <w:r w:rsidRPr="007A0413">
              <w:rPr>
                <w:sz w:val="18"/>
              </w:rPr>
              <w:t xml:space="preserve"> - </w:t>
            </w:r>
            <w:proofErr w:type="spellStart"/>
            <w:r w:rsidRPr="007A0413">
              <w:rPr>
                <w:sz w:val="18"/>
              </w:rPr>
              <w:t>Direcția</w:t>
            </w:r>
            <w:proofErr w:type="spellEnd"/>
            <w:r w:rsidRPr="007A0413">
              <w:rPr>
                <w:sz w:val="18"/>
              </w:rPr>
              <w:t xml:space="preserve"> </w:t>
            </w:r>
            <w:proofErr w:type="spellStart"/>
            <w:r w:rsidRPr="007A0413">
              <w:rPr>
                <w:sz w:val="18"/>
              </w:rPr>
              <w:t>Utilități</w:t>
            </w:r>
            <w:proofErr w:type="spellEnd"/>
            <w:r w:rsidRPr="007A0413">
              <w:rPr>
                <w:sz w:val="18"/>
              </w:rPr>
              <w:t xml:space="preserve"> </w:t>
            </w:r>
            <w:proofErr w:type="spellStart"/>
            <w:r w:rsidRPr="007A0413">
              <w:rPr>
                <w:sz w:val="18"/>
              </w:rPr>
              <w:t>Publice</w:t>
            </w:r>
            <w:proofErr w:type="spellEnd"/>
            <w:r w:rsidRPr="007A0413">
              <w:rPr>
                <w:sz w:val="18"/>
              </w:rPr>
              <w:t xml:space="preserve"> </w:t>
            </w:r>
            <w:proofErr w:type="spellStart"/>
            <w:r w:rsidRPr="007A0413">
              <w:rPr>
                <w:sz w:val="18"/>
              </w:rPr>
              <w:t>și</w:t>
            </w:r>
            <w:proofErr w:type="spellEnd"/>
            <w:r w:rsidRPr="007A0413">
              <w:rPr>
                <w:sz w:val="18"/>
              </w:rPr>
              <w:t xml:space="preserve"> </w:t>
            </w:r>
            <w:proofErr w:type="spellStart"/>
            <w:r w:rsidRPr="007A0413">
              <w:rPr>
                <w:sz w:val="18"/>
              </w:rPr>
              <w:t>Mediu</w:t>
            </w:r>
            <w:proofErr w:type="spellEnd"/>
          </w:p>
        </w:tc>
      </w:tr>
      <w:tr w:rsidR="005528C2" w:rsidRPr="007A0413" w14:paraId="6A224605" w14:textId="77777777">
        <w:trPr>
          <w:cantSplit/>
          <w:jc w:val="center"/>
        </w:trPr>
        <w:tc>
          <w:tcPr>
            <w:tcW w:w="7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6C6A28C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8"/>
              </w:rPr>
              <w:t>8</w:t>
            </w:r>
          </w:p>
        </w:tc>
        <w:tc>
          <w:tcPr>
            <w:tcW w:w="36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D56A2A3" w14:textId="53A50A34" w:rsidR="005528C2" w:rsidRPr="007A0413" w:rsidRDefault="00AB6134">
            <w:pPr>
              <w:spacing w:after="0" w:line="240" w:lineRule="auto"/>
              <w:rPr>
                <w:sz w:val="18"/>
                <w:szCs w:val="18"/>
              </w:rPr>
            </w:pPr>
            <w:r w:rsidRPr="007A0413">
              <w:rPr>
                <w:sz w:val="18"/>
                <w:szCs w:val="18"/>
              </w:rPr>
              <w:t xml:space="preserve">ALINA FAUR </w:t>
            </w:r>
          </w:p>
        </w:tc>
        <w:tc>
          <w:tcPr>
            <w:tcW w:w="566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FAA0F85" w14:textId="032B53ED" w:rsidR="005528C2" w:rsidRPr="007A0413" w:rsidRDefault="00AB6134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7A0413">
              <w:rPr>
                <w:sz w:val="18"/>
                <w:szCs w:val="18"/>
              </w:rPr>
              <w:t>Consilier</w:t>
            </w:r>
            <w:proofErr w:type="spellEnd"/>
            <w:r w:rsidRPr="007A0413">
              <w:rPr>
                <w:sz w:val="18"/>
                <w:szCs w:val="18"/>
              </w:rPr>
              <w:t xml:space="preserve"> </w:t>
            </w:r>
            <w:proofErr w:type="spellStart"/>
            <w:r w:rsidRPr="007A0413">
              <w:rPr>
                <w:sz w:val="18"/>
                <w:szCs w:val="18"/>
              </w:rPr>
              <w:t>Achiziții</w:t>
            </w:r>
            <w:proofErr w:type="spellEnd"/>
            <w:r w:rsidRPr="007A0413">
              <w:rPr>
                <w:sz w:val="18"/>
                <w:szCs w:val="18"/>
              </w:rPr>
              <w:t xml:space="preserve"> </w:t>
            </w:r>
            <w:proofErr w:type="spellStart"/>
            <w:r w:rsidRPr="007A0413">
              <w:rPr>
                <w:sz w:val="18"/>
                <w:szCs w:val="18"/>
              </w:rPr>
              <w:t>Publice</w:t>
            </w:r>
            <w:proofErr w:type="spellEnd"/>
            <w:r w:rsidRPr="007A0413">
              <w:rPr>
                <w:sz w:val="18"/>
                <w:szCs w:val="18"/>
              </w:rPr>
              <w:t xml:space="preserve"> in </w:t>
            </w:r>
            <w:proofErr w:type="spellStart"/>
            <w:r w:rsidRPr="007A0413">
              <w:rPr>
                <w:sz w:val="18"/>
                <w:szCs w:val="18"/>
              </w:rPr>
              <w:t>cadrul</w:t>
            </w:r>
            <w:proofErr w:type="spellEnd"/>
            <w:r w:rsidRPr="007A0413">
              <w:rPr>
                <w:sz w:val="18"/>
                <w:szCs w:val="18"/>
              </w:rPr>
              <w:t xml:space="preserve"> </w:t>
            </w:r>
            <w:proofErr w:type="spellStart"/>
            <w:r w:rsidRPr="007A0413">
              <w:rPr>
                <w:sz w:val="18"/>
                <w:szCs w:val="18"/>
              </w:rPr>
              <w:t>Serviciului</w:t>
            </w:r>
            <w:proofErr w:type="spellEnd"/>
            <w:r w:rsidRPr="007A0413">
              <w:rPr>
                <w:sz w:val="18"/>
                <w:szCs w:val="18"/>
              </w:rPr>
              <w:t xml:space="preserve"> </w:t>
            </w:r>
            <w:proofErr w:type="spellStart"/>
            <w:r w:rsidRPr="007A0413">
              <w:rPr>
                <w:sz w:val="18"/>
                <w:szCs w:val="18"/>
              </w:rPr>
              <w:t>Achiziții</w:t>
            </w:r>
            <w:proofErr w:type="spellEnd"/>
            <w:r w:rsidRPr="007A0413">
              <w:rPr>
                <w:sz w:val="18"/>
                <w:szCs w:val="18"/>
              </w:rPr>
              <w:t xml:space="preserve"> </w:t>
            </w:r>
            <w:proofErr w:type="spellStart"/>
            <w:r w:rsidRPr="007A0413">
              <w:rPr>
                <w:sz w:val="18"/>
                <w:szCs w:val="18"/>
              </w:rPr>
              <w:t>Publice</w:t>
            </w:r>
            <w:proofErr w:type="spellEnd"/>
            <w:r w:rsidRPr="007A0413">
              <w:rPr>
                <w:sz w:val="18"/>
                <w:szCs w:val="18"/>
              </w:rPr>
              <w:t xml:space="preserve"> </w:t>
            </w:r>
          </w:p>
        </w:tc>
      </w:tr>
      <w:tr w:rsidR="005528C2" w:rsidRPr="007A0413" w14:paraId="062DAEDD" w14:textId="77777777">
        <w:trPr>
          <w:cantSplit/>
          <w:jc w:val="center"/>
        </w:trPr>
        <w:tc>
          <w:tcPr>
            <w:tcW w:w="7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FE50C73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8"/>
              </w:rPr>
              <w:t>9</w:t>
            </w:r>
          </w:p>
        </w:tc>
        <w:tc>
          <w:tcPr>
            <w:tcW w:w="36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11B816D" w14:textId="7D8540A8" w:rsidR="005528C2" w:rsidRPr="007A0413" w:rsidRDefault="00AB6134">
            <w:pPr>
              <w:spacing w:after="0" w:line="240" w:lineRule="auto"/>
              <w:rPr>
                <w:sz w:val="18"/>
                <w:szCs w:val="18"/>
              </w:rPr>
            </w:pPr>
            <w:r w:rsidRPr="007A0413">
              <w:rPr>
                <w:sz w:val="18"/>
                <w:szCs w:val="18"/>
              </w:rPr>
              <w:t>GABRIEL BARLOG</w:t>
            </w:r>
          </w:p>
        </w:tc>
        <w:tc>
          <w:tcPr>
            <w:tcW w:w="566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74110C9" w14:textId="5FA27386" w:rsidR="005528C2" w:rsidRPr="007A0413" w:rsidRDefault="00AB6134">
            <w:pPr>
              <w:spacing w:after="0" w:line="240" w:lineRule="auto"/>
            </w:pPr>
            <w:proofErr w:type="spellStart"/>
            <w:r w:rsidRPr="007A0413">
              <w:rPr>
                <w:sz w:val="18"/>
                <w:szCs w:val="18"/>
              </w:rPr>
              <w:t>Consilier</w:t>
            </w:r>
            <w:proofErr w:type="spellEnd"/>
            <w:r w:rsidRPr="007A0413">
              <w:rPr>
                <w:sz w:val="18"/>
                <w:szCs w:val="18"/>
              </w:rPr>
              <w:t xml:space="preserve"> </w:t>
            </w:r>
            <w:proofErr w:type="spellStart"/>
            <w:r w:rsidRPr="007A0413">
              <w:rPr>
                <w:sz w:val="18"/>
                <w:szCs w:val="18"/>
              </w:rPr>
              <w:t>Achiziții</w:t>
            </w:r>
            <w:proofErr w:type="spellEnd"/>
            <w:r w:rsidRPr="007A0413">
              <w:rPr>
                <w:sz w:val="18"/>
                <w:szCs w:val="18"/>
              </w:rPr>
              <w:t xml:space="preserve"> </w:t>
            </w:r>
            <w:proofErr w:type="spellStart"/>
            <w:r w:rsidRPr="007A0413">
              <w:rPr>
                <w:sz w:val="18"/>
                <w:szCs w:val="18"/>
              </w:rPr>
              <w:t>Publice</w:t>
            </w:r>
            <w:proofErr w:type="spellEnd"/>
            <w:r w:rsidRPr="007A0413">
              <w:rPr>
                <w:sz w:val="18"/>
                <w:szCs w:val="18"/>
              </w:rPr>
              <w:t xml:space="preserve"> in </w:t>
            </w:r>
            <w:proofErr w:type="spellStart"/>
            <w:r w:rsidRPr="007A0413">
              <w:rPr>
                <w:sz w:val="18"/>
                <w:szCs w:val="18"/>
              </w:rPr>
              <w:t>cadrul</w:t>
            </w:r>
            <w:proofErr w:type="spellEnd"/>
            <w:r w:rsidRPr="007A0413">
              <w:rPr>
                <w:sz w:val="18"/>
                <w:szCs w:val="18"/>
              </w:rPr>
              <w:t xml:space="preserve"> </w:t>
            </w:r>
            <w:proofErr w:type="spellStart"/>
            <w:r w:rsidRPr="007A0413">
              <w:rPr>
                <w:sz w:val="18"/>
                <w:szCs w:val="18"/>
              </w:rPr>
              <w:t>Serviciului</w:t>
            </w:r>
            <w:proofErr w:type="spellEnd"/>
            <w:r w:rsidRPr="007A0413">
              <w:rPr>
                <w:sz w:val="18"/>
                <w:szCs w:val="18"/>
              </w:rPr>
              <w:t xml:space="preserve"> </w:t>
            </w:r>
            <w:proofErr w:type="spellStart"/>
            <w:r w:rsidRPr="007A0413">
              <w:rPr>
                <w:sz w:val="18"/>
                <w:szCs w:val="18"/>
              </w:rPr>
              <w:t>Achiziții</w:t>
            </w:r>
            <w:proofErr w:type="spellEnd"/>
            <w:r w:rsidRPr="007A0413">
              <w:rPr>
                <w:sz w:val="18"/>
                <w:szCs w:val="18"/>
              </w:rPr>
              <w:t xml:space="preserve"> </w:t>
            </w:r>
            <w:proofErr w:type="spellStart"/>
            <w:r w:rsidRPr="007A0413">
              <w:rPr>
                <w:sz w:val="18"/>
                <w:szCs w:val="18"/>
              </w:rPr>
              <w:t>Publice</w:t>
            </w:r>
            <w:proofErr w:type="spellEnd"/>
          </w:p>
        </w:tc>
      </w:tr>
      <w:tr w:rsidR="005528C2" w:rsidRPr="007A0413" w14:paraId="4501E144" w14:textId="77777777">
        <w:trPr>
          <w:cantSplit/>
          <w:jc w:val="center"/>
        </w:trPr>
        <w:tc>
          <w:tcPr>
            <w:tcW w:w="7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199FE79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8"/>
              </w:rPr>
              <w:t>10</w:t>
            </w:r>
          </w:p>
        </w:tc>
        <w:tc>
          <w:tcPr>
            <w:tcW w:w="36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BC4258D" w14:textId="7C0E7014" w:rsidR="005528C2" w:rsidRPr="007A0413" w:rsidRDefault="00AB6134">
            <w:pPr>
              <w:spacing w:after="0" w:line="240" w:lineRule="auto"/>
              <w:rPr>
                <w:sz w:val="18"/>
                <w:szCs w:val="18"/>
              </w:rPr>
            </w:pPr>
            <w:r w:rsidRPr="007A0413">
              <w:rPr>
                <w:sz w:val="18"/>
                <w:szCs w:val="18"/>
              </w:rPr>
              <w:t xml:space="preserve">VICTOR CHRISTEA </w:t>
            </w:r>
          </w:p>
        </w:tc>
        <w:tc>
          <w:tcPr>
            <w:tcW w:w="566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EE1518A" w14:textId="0603AEEB" w:rsidR="005528C2" w:rsidRPr="007A0413" w:rsidRDefault="00AB6134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7A0413">
              <w:rPr>
                <w:sz w:val="18"/>
                <w:szCs w:val="18"/>
              </w:rPr>
              <w:t>Consilier</w:t>
            </w:r>
            <w:proofErr w:type="spellEnd"/>
            <w:r w:rsidRPr="007A0413">
              <w:rPr>
                <w:sz w:val="18"/>
                <w:szCs w:val="18"/>
              </w:rPr>
              <w:t xml:space="preserve"> Juridic </w:t>
            </w:r>
            <w:proofErr w:type="spellStart"/>
            <w:r w:rsidRPr="007A0413">
              <w:rPr>
                <w:sz w:val="18"/>
                <w:szCs w:val="18"/>
              </w:rPr>
              <w:t>în</w:t>
            </w:r>
            <w:proofErr w:type="spellEnd"/>
            <w:r w:rsidRPr="007A0413">
              <w:rPr>
                <w:sz w:val="18"/>
                <w:szCs w:val="18"/>
              </w:rPr>
              <w:t xml:space="preserve"> </w:t>
            </w:r>
            <w:proofErr w:type="spellStart"/>
            <w:r w:rsidRPr="007A0413">
              <w:rPr>
                <w:sz w:val="18"/>
                <w:szCs w:val="18"/>
              </w:rPr>
              <w:t>cadrul</w:t>
            </w:r>
            <w:proofErr w:type="spellEnd"/>
            <w:r w:rsidRPr="007A0413">
              <w:rPr>
                <w:sz w:val="18"/>
                <w:szCs w:val="18"/>
              </w:rPr>
              <w:t xml:space="preserve"> </w:t>
            </w:r>
            <w:proofErr w:type="spellStart"/>
            <w:r w:rsidRPr="007A0413">
              <w:rPr>
                <w:sz w:val="18"/>
                <w:szCs w:val="18"/>
              </w:rPr>
              <w:t>Serviciului</w:t>
            </w:r>
            <w:proofErr w:type="spellEnd"/>
            <w:r w:rsidRPr="007A0413">
              <w:rPr>
                <w:sz w:val="18"/>
                <w:szCs w:val="18"/>
              </w:rPr>
              <w:t xml:space="preserve"> </w:t>
            </w:r>
            <w:proofErr w:type="spellStart"/>
            <w:r w:rsidRPr="007A0413">
              <w:rPr>
                <w:sz w:val="18"/>
                <w:szCs w:val="18"/>
              </w:rPr>
              <w:t>Assitență</w:t>
            </w:r>
            <w:proofErr w:type="spellEnd"/>
            <w:r w:rsidRPr="007A0413">
              <w:rPr>
                <w:sz w:val="18"/>
                <w:szCs w:val="18"/>
              </w:rPr>
              <w:t xml:space="preserve"> </w:t>
            </w:r>
            <w:proofErr w:type="spellStart"/>
            <w:r w:rsidRPr="007A0413">
              <w:rPr>
                <w:sz w:val="18"/>
                <w:szCs w:val="18"/>
              </w:rPr>
              <w:t>Juridică</w:t>
            </w:r>
            <w:proofErr w:type="spellEnd"/>
          </w:p>
        </w:tc>
      </w:tr>
      <w:tr w:rsidR="00613150" w:rsidRPr="007A0413" w14:paraId="5E11F40E" w14:textId="77777777">
        <w:trPr>
          <w:cantSplit/>
          <w:jc w:val="center"/>
        </w:trPr>
        <w:tc>
          <w:tcPr>
            <w:tcW w:w="7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3BF4FFA" w14:textId="090152CD" w:rsidR="00613150" w:rsidRPr="007A0413" w:rsidRDefault="00AB6134">
            <w:pPr>
              <w:spacing w:after="0" w:line="240" w:lineRule="auto"/>
              <w:jc w:val="center"/>
              <w:rPr>
                <w:sz w:val="18"/>
              </w:rPr>
            </w:pPr>
            <w:r w:rsidRPr="007A0413">
              <w:rPr>
                <w:sz w:val="18"/>
              </w:rPr>
              <w:t>11</w:t>
            </w:r>
          </w:p>
        </w:tc>
        <w:tc>
          <w:tcPr>
            <w:tcW w:w="36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D6BD1FB" w14:textId="50EEA3A1" w:rsidR="00613150" w:rsidRPr="007A0413" w:rsidRDefault="00AB6134">
            <w:pPr>
              <w:spacing w:after="0" w:line="240" w:lineRule="auto"/>
              <w:rPr>
                <w:sz w:val="18"/>
              </w:rPr>
            </w:pPr>
            <w:r w:rsidRPr="007A0413">
              <w:rPr>
                <w:sz w:val="18"/>
              </w:rPr>
              <w:t>ELENA SIMONA MEȘTER</w:t>
            </w:r>
          </w:p>
        </w:tc>
        <w:tc>
          <w:tcPr>
            <w:tcW w:w="566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C6371D0" w14:textId="0BA32A90" w:rsidR="00613150" w:rsidRPr="007A0413" w:rsidRDefault="00AB6134">
            <w:pPr>
              <w:spacing w:after="0" w:line="240" w:lineRule="auto"/>
              <w:rPr>
                <w:sz w:val="18"/>
              </w:rPr>
            </w:pPr>
            <w:proofErr w:type="spellStart"/>
            <w:r w:rsidRPr="007A0413">
              <w:rPr>
                <w:sz w:val="18"/>
                <w:szCs w:val="18"/>
              </w:rPr>
              <w:t>Consilier</w:t>
            </w:r>
            <w:proofErr w:type="spellEnd"/>
            <w:r w:rsidRPr="007A0413">
              <w:rPr>
                <w:sz w:val="18"/>
                <w:szCs w:val="18"/>
              </w:rPr>
              <w:t xml:space="preserve"> Juridic </w:t>
            </w:r>
            <w:proofErr w:type="spellStart"/>
            <w:r w:rsidRPr="007A0413">
              <w:rPr>
                <w:sz w:val="18"/>
                <w:szCs w:val="18"/>
              </w:rPr>
              <w:t>în</w:t>
            </w:r>
            <w:proofErr w:type="spellEnd"/>
            <w:r w:rsidRPr="007A0413">
              <w:rPr>
                <w:sz w:val="18"/>
                <w:szCs w:val="18"/>
              </w:rPr>
              <w:t xml:space="preserve"> </w:t>
            </w:r>
            <w:proofErr w:type="spellStart"/>
            <w:r w:rsidRPr="007A0413">
              <w:rPr>
                <w:sz w:val="18"/>
                <w:szCs w:val="18"/>
              </w:rPr>
              <w:t>cadrul</w:t>
            </w:r>
            <w:proofErr w:type="spellEnd"/>
            <w:r w:rsidRPr="007A0413">
              <w:rPr>
                <w:sz w:val="18"/>
                <w:szCs w:val="18"/>
              </w:rPr>
              <w:t xml:space="preserve"> </w:t>
            </w:r>
            <w:proofErr w:type="spellStart"/>
            <w:r w:rsidRPr="007A0413">
              <w:rPr>
                <w:sz w:val="18"/>
                <w:szCs w:val="18"/>
              </w:rPr>
              <w:t>Serviciului</w:t>
            </w:r>
            <w:proofErr w:type="spellEnd"/>
            <w:r w:rsidRPr="007A0413">
              <w:rPr>
                <w:sz w:val="18"/>
                <w:szCs w:val="18"/>
              </w:rPr>
              <w:t xml:space="preserve"> </w:t>
            </w:r>
            <w:proofErr w:type="spellStart"/>
            <w:r w:rsidRPr="007A0413">
              <w:rPr>
                <w:sz w:val="18"/>
                <w:szCs w:val="18"/>
              </w:rPr>
              <w:t>Assitență</w:t>
            </w:r>
            <w:proofErr w:type="spellEnd"/>
            <w:r w:rsidRPr="007A0413">
              <w:rPr>
                <w:sz w:val="18"/>
                <w:szCs w:val="18"/>
              </w:rPr>
              <w:t xml:space="preserve"> </w:t>
            </w:r>
            <w:proofErr w:type="spellStart"/>
            <w:r w:rsidRPr="007A0413">
              <w:rPr>
                <w:sz w:val="18"/>
                <w:szCs w:val="18"/>
              </w:rPr>
              <w:t>Juridică</w:t>
            </w:r>
            <w:proofErr w:type="spellEnd"/>
          </w:p>
        </w:tc>
      </w:tr>
      <w:tr w:rsidR="00613150" w:rsidRPr="007A0413" w14:paraId="5E680D58" w14:textId="77777777">
        <w:trPr>
          <w:cantSplit/>
          <w:jc w:val="center"/>
        </w:trPr>
        <w:tc>
          <w:tcPr>
            <w:tcW w:w="7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1CC9F77" w14:textId="12D23B92" w:rsidR="00613150" w:rsidRPr="007A0413" w:rsidRDefault="00AB6134">
            <w:pPr>
              <w:spacing w:after="0" w:line="240" w:lineRule="auto"/>
              <w:jc w:val="center"/>
              <w:rPr>
                <w:sz w:val="18"/>
              </w:rPr>
            </w:pPr>
            <w:r w:rsidRPr="007A0413">
              <w:rPr>
                <w:sz w:val="18"/>
              </w:rPr>
              <w:lastRenderedPageBreak/>
              <w:t>12</w:t>
            </w:r>
          </w:p>
        </w:tc>
        <w:tc>
          <w:tcPr>
            <w:tcW w:w="36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20E8507" w14:textId="6E0834C6" w:rsidR="00613150" w:rsidRPr="007A0413" w:rsidRDefault="00AB6134">
            <w:pPr>
              <w:spacing w:after="0" w:line="240" w:lineRule="auto"/>
              <w:rPr>
                <w:sz w:val="18"/>
                <w:szCs w:val="18"/>
              </w:rPr>
            </w:pPr>
            <w:r w:rsidRPr="007A0413">
              <w:rPr>
                <w:sz w:val="18"/>
                <w:szCs w:val="18"/>
              </w:rPr>
              <w:t xml:space="preserve">ALINA ANGHILINA </w:t>
            </w:r>
          </w:p>
        </w:tc>
        <w:tc>
          <w:tcPr>
            <w:tcW w:w="566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2122D7F" w14:textId="78286084" w:rsidR="00613150" w:rsidRPr="007A0413" w:rsidRDefault="00AB6134">
            <w:pPr>
              <w:spacing w:after="0" w:line="240" w:lineRule="auto"/>
              <w:rPr>
                <w:sz w:val="18"/>
                <w:szCs w:val="18"/>
              </w:rPr>
            </w:pPr>
            <w:r w:rsidRPr="007A0413">
              <w:rPr>
                <w:sz w:val="18"/>
                <w:szCs w:val="18"/>
              </w:rPr>
              <w:t xml:space="preserve">Inspector de </w:t>
            </w:r>
            <w:proofErr w:type="spellStart"/>
            <w:r w:rsidRPr="007A0413">
              <w:rPr>
                <w:sz w:val="18"/>
                <w:szCs w:val="18"/>
              </w:rPr>
              <w:t>Specialitate</w:t>
            </w:r>
            <w:proofErr w:type="spellEnd"/>
            <w:r w:rsidRPr="007A0413">
              <w:rPr>
                <w:sz w:val="18"/>
                <w:szCs w:val="18"/>
              </w:rPr>
              <w:t xml:space="preserve"> </w:t>
            </w:r>
            <w:proofErr w:type="spellStart"/>
            <w:r w:rsidRPr="007A0413">
              <w:rPr>
                <w:sz w:val="18"/>
                <w:szCs w:val="18"/>
              </w:rPr>
              <w:t>în</w:t>
            </w:r>
            <w:proofErr w:type="spellEnd"/>
            <w:r w:rsidRPr="007A0413">
              <w:rPr>
                <w:sz w:val="18"/>
                <w:szCs w:val="18"/>
              </w:rPr>
              <w:t xml:space="preserve"> </w:t>
            </w:r>
            <w:proofErr w:type="spellStart"/>
            <w:r w:rsidRPr="007A0413">
              <w:rPr>
                <w:sz w:val="18"/>
                <w:szCs w:val="18"/>
              </w:rPr>
              <w:t>cadrul</w:t>
            </w:r>
            <w:proofErr w:type="spellEnd"/>
            <w:r w:rsidRPr="007A0413">
              <w:rPr>
                <w:sz w:val="18"/>
                <w:szCs w:val="18"/>
              </w:rPr>
              <w:t xml:space="preserve"> </w:t>
            </w:r>
            <w:proofErr w:type="spellStart"/>
            <w:r w:rsidRPr="007A0413">
              <w:rPr>
                <w:sz w:val="18"/>
                <w:szCs w:val="18"/>
              </w:rPr>
              <w:t>Compartimentului</w:t>
            </w:r>
            <w:proofErr w:type="spellEnd"/>
            <w:r w:rsidRPr="007A0413">
              <w:rPr>
                <w:sz w:val="18"/>
                <w:szCs w:val="18"/>
              </w:rPr>
              <w:t xml:space="preserve"> </w:t>
            </w:r>
            <w:proofErr w:type="spellStart"/>
            <w:r w:rsidRPr="007A0413">
              <w:rPr>
                <w:sz w:val="18"/>
                <w:szCs w:val="18"/>
              </w:rPr>
              <w:t>Adăpost</w:t>
            </w:r>
            <w:proofErr w:type="spellEnd"/>
            <w:r w:rsidRPr="007A0413">
              <w:rPr>
                <w:sz w:val="18"/>
                <w:szCs w:val="18"/>
              </w:rPr>
              <w:t xml:space="preserve"> </w:t>
            </w:r>
            <w:proofErr w:type="spellStart"/>
            <w:r w:rsidRPr="007A0413">
              <w:rPr>
                <w:sz w:val="18"/>
                <w:szCs w:val="18"/>
              </w:rPr>
              <w:t>Animale</w:t>
            </w:r>
            <w:proofErr w:type="spellEnd"/>
          </w:p>
        </w:tc>
      </w:tr>
      <w:tr w:rsidR="00613150" w:rsidRPr="007A0413" w14:paraId="2AC6B328" w14:textId="77777777">
        <w:trPr>
          <w:cantSplit/>
          <w:jc w:val="center"/>
        </w:trPr>
        <w:tc>
          <w:tcPr>
            <w:tcW w:w="7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8D4C940" w14:textId="26441340" w:rsidR="00613150" w:rsidRPr="007A0413" w:rsidRDefault="00AB6134">
            <w:pPr>
              <w:spacing w:after="0" w:line="240" w:lineRule="auto"/>
              <w:jc w:val="center"/>
              <w:rPr>
                <w:sz w:val="18"/>
              </w:rPr>
            </w:pPr>
            <w:r w:rsidRPr="007A0413">
              <w:rPr>
                <w:sz w:val="18"/>
              </w:rPr>
              <w:t>13</w:t>
            </w:r>
          </w:p>
        </w:tc>
        <w:tc>
          <w:tcPr>
            <w:tcW w:w="36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63985BF" w14:textId="4BDD6F3D" w:rsidR="00613150" w:rsidRPr="007A0413" w:rsidRDefault="00AB6134">
            <w:pPr>
              <w:spacing w:after="0" w:line="240" w:lineRule="auto"/>
              <w:rPr>
                <w:sz w:val="18"/>
                <w:szCs w:val="18"/>
              </w:rPr>
            </w:pPr>
            <w:r w:rsidRPr="007A0413">
              <w:rPr>
                <w:sz w:val="18"/>
                <w:szCs w:val="18"/>
              </w:rPr>
              <w:t xml:space="preserve">NICOLETA BĂLAN </w:t>
            </w:r>
          </w:p>
        </w:tc>
        <w:tc>
          <w:tcPr>
            <w:tcW w:w="566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7CCE700" w14:textId="76918C83" w:rsidR="00613150" w:rsidRPr="007A0413" w:rsidRDefault="00AB6134">
            <w:pPr>
              <w:spacing w:after="0" w:line="240" w:lineRule="auto"/>
              <w:rPr>
                <w:sz w:val="18"/>
                <w:szCs w:val="18"/>
              </w:rPr>
            </w:pPr>
            <w:r w:rsidRPr="007A0413">
              <w:rPr>
                <w:sz w:val="18"/>
                <w:szCs w:val="18"/>
              </w:rPr>
              <w:t xml:space="preserve">Inspector de </w:t>
            </w:r>
            <w:proofErr w:type="spellStart"/>
            <w:r w:rsidRPr="007A0413">
              <w:rPr>
                <w:sz w:val="18"/>
                <w:szCs w:val="18"/>
              </w:rPr>
              <w:t>Specialitate</w:t>
            </w:r>
            <w:proofErr w:type="spellEnd"/>
            <w:r w:rsidRPr="007A0413">
              <w:rPr>
                <w:sz w:val="18"/>
                <w:szCs w:val="18"/>
              </w:rPr>
              <w:t xml:space="preserve"> </w:t>
            </w:r>
            <w:proofErr w:type="spellStart"/>
            <w:r w:rsidRPr="007A0413">
              <w:rPr>
                <w:sz w:val="18"/>
                <w:szCs w:val="18"/>
              </w:rPr>
              <w:t>în</w:t>
            </w:r>
            <w:proofErr w:type="spellEnd"/>
            <w:r w:rsidRPr="007A0413">
              <w:rPr>
                <w:sz w:val="18"/>
                <w:szCs w:val="18"/>
              </w:rPr>
              <w:t xml:space="preserve"> </w:t>
            </w:r>
            <w:proofErr w:type="spellStart"/>
            <w:r w:rsidRPr="007A0413">
              <w:rPr>
                <w:sz w:val="18"/>
                <w:szCs w:val="18"/>
              </w:rPr>
              <w:t>cadrul</w:t>
            </w:r>
            <w:proofErr w:type="spellEnd"/>
            <w:r w:rsidRPr="007A0413">
              <w:rPr>
                <w:sz w:val="18"/>
                <w:szCs w:val="18"/>
              </w:rPr>
              <w:t xml:space="preserve"> </w:t>
            </w:r>
            <w:proofErr w:type="spellStart"/>
            <w:r w:rsidRPr="007A0413">
              <w:rPr>
                <w:sz w:val="18"/>
                <w:szCs w:val="18"/>
              </w:rPr>
              <w:t>Compartimentului</w:t>
            </w:r>
            <w:proofErr w:type="spellEnd"/>
            <w:r w:rsidRPr="007A0413">
              <w:rPr>
                <w:sz w:val="18"/>
                <w:szCs w:val="18"/>
              </w:rPr>
              <w:t xml:space="preserve"> </w:t>
            </w:r>
            <w:proofErr w:type="spellStart"/>
            <w:r w:rsidRPr="007A0413">
              <w:rPr>
                <w:sz w:val="18"/>
                <w:szCs w:val="18"/>
              </w:rPr>
              <w:t>Adăpost</w:t>
            </w:r>
            <w:proofErr w:type="spellEnd"/>
            <w:r w:rsidRPr="007A0413">
              <w:rPr>
                <w:sz w:val="18"/>
                <w:szCs w:val="18"/>
              </w:rPr>
              <w:t xml:space="preserve"> </w:t>
            </w:r>
            <w:proofErr w:type="spellStart"/>
            <w:r w:rsidRPr="007A0413">
              <w:rPr>
                <w:sz w:val="18"/>
                <w:szCs w:val="18"/>
              </w:rPr>
              <w:t>Animale</w:t>
            </w:r>
            <w:proofErr w:type="spellEnd"/>
          </w:p>
        </w:tc>
      </w:tr>
    </w:tbl>
    <w:p w14:paraId="742BC824" w14:textId="77777777" w:rsidR="005528C2" w:rsidRPr="007A0413" w:rsidRDefault="005528C2">
      <w:pPr>
        <w:spacing w:after="20"/>
      </w:pPr>
    </w:p>
    <w:p w14:paraId="4EA9F022" w14:textId="77777777" w:rsidR="005528C2" w:rsidRPr="007A0413" w:rsidRDefault="00A1736F">
      <w:pPr>
        <w:pageBreakBefore/>
      </w:pPr>
      <w:proofErr w:type="spellStart"/>
      <w:r w:rsidRPr="007A0413">
        <w:rPr>
          <w:b/>
          <w:sz w:val="21"/>
        </w:rPr>
        <w:lastRenderedPageBreak/>
        <w:t>Denumire</w:t>
      </w:r>
      <w:proofErr w:type="spellEnd"/>
      <w:r w:rsidRPr="007A0413">
        <w:rPr>
          <w:b/>
          <w:sz w:val="21"/>
        </w:rPr>
        <w:t xml:space="preserve"> operator economic: </w:t>
      </w:r>
      <w:r w:rsidRPr="007A0413">
        <w:rPr>
          <w:sz w:val="21"/>
        </w:rPr>
        <w:t>____________________________________________</w:t>
      </w:r>
    </w:p>
    <w:p w14:paraId="1AC1FAE3" w14:textId="77777777" w:rsidR="00B06084" w:rsidRPr="007A0413" w:rsidRDefault="00B06084">
      <w:pPr>
        <w:keepNext/>
        <w:spacing w:after="80"/>
        <w:jc w:val="center"/>
        <w:rPr>
          <w:b/>
          <w:sz w:val="24"/>
        </w:rPr>
      </w:pPr>
    </w:p>
    <w:p w14:paraId="686E2749" w14:textId="13B4D0FB" w:rsidR="005528C2" w:rsidRPr="007A0413" w:rsidRDefault="00A1736F">
      <w:pPr>
        <w:keepNext/>
        <w:spacing w:after="80"/>
        <w:jc w:val="center"/>
      </w:pPr>
      <w:r w:rsidRPr="007A0413">
        <w:rPr>
          <w:b/>
          <w:sz w:val="24"/>
        </w:rPr>
        <w:t>FORMULARUL NR. 5</w:t>
      </w:r>
    </w:p>
    <w:p w14:paraId="64E5FAAD" w14:textId="77777777" w:rsidR="005528C2" w:rsidRPr="007A0413" w:rsidRDefault="00A1736F">
      <w:pPr>
        <w:keepNext/>
        <w:spacing w:after="180"/>
        <w:jc w:val="center"/>
      </w:pPr>
      <w:r w:rsidRPr="007A0413">
        <w:rPr>
          <w:b/>
          <w:sz w:val="24"/>
        </w:rPr>
        <w:t>FORMULAR DE OFERTĂ</w:t>
      </w:r>
    </w:p>
    <w:p w14:paraId="65CEB2E9" w14:textId="77777777" w:rsidR="005528C2" w:rsidRPr="007A0413" w:rsidRDefault="00A1736F">
      <w:pPr>
        <w:spacing w:after="20" w:line="240" w:lineRule="auto"/>
        <w:jc w:val="center"/>
      </w:pPr>
      <w:r w:rsidRPr="007A0413">
        <w:rPr>
          <w:b/>
          <w:sz w:val="21"/>
        </w:rPr>
        <w:t>CĂTRE</w:t>
      </w:r>
    </w:p>
    <w:p w14:paraId="45B27C58" w14:textId="77777777" w:rsidR="005528C2" w:rsidRPr="007A0413" w:rsidRDefault="00A1736F">
      <w:pPr>
        <w:spacing w:after="160" w:line="240" w:lineRule="auto"/>
        <w:jc w:val="center"/>
      </w:pPr>
      <w:r w:rsidRPr="007A0413">
        <w:rPr>
          <w:b/>
          <w:sz w:val="21"/>
        </w:rPr>
        <w:t>SECTORUL 2 AL MUNICIPIULUI BUCUREȘTI</w:t>
      </w:r>
    </w:p>
    <w:p w14:paraId="6B5924CB" w14:textId="77777777" w:rsidR="005528C2" w:rsidRPr="007A0413" w:rsidRDefault="00A1736F">
      <w:pPr>
        <w:spacing w:after="80" w:line="240" w:lineRule="auto"/>
      </w:pPr>
      <w:proofErr w:type="spellStart"/>
      <w:r w:rsidRPr="007A0413">
        <w:rPr>
          <w:sz w:val="21"/>
        </w:rPr>
        <w:t>Domnilor</w:t>
      </w:r>
      <w:proofErr w:type="spellEnd"/>
      <w:r w:rsidRPr="007A0413">
        <w:rPr>
          <w:sz w:val="21"/>
        </w:rPr>
        <w:t>,</w:t>
      </w:r>
    </w:p>
    <w:p w14:paraId="55E55E01" w14:textId="77777777" w:rsidR="005528C2" w:rsidRPr="007A0413" w:rsidRDefault="00A1736F">
      <w:pPr>
        <w:spacing w:after="60" w:line="240" w:lineRule="auto"/>
        <w:ind w:left="255" w:hanging="255"/>
        <w:jc w:val="both"/>
      </w:pPr>
      <w:r w:rsidRPr="007A0413">
        <w:rPr>
          <w:sz w:val="21"/>
        </w:rPr>
        <w:t xml:space="preserve">1. </w:t>
      </w:r>
      <w:proofErr w:type="spellStart"/>
      <w:r w:rsidRPr="007A0413">
        <w:rPr>
          <w:sz w:val="21"/>
        </w:rPr>
        <w:t>Examinând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documentația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atribuire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subsemnații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reprezentanți</w:t>
      </w:r>
      <w:proofErr w:type="spellEnd"/>
      <w:r w:rsidRPr="007A0413">
        <w:rPr>
          <w:sz w:val="21"/>
        </w:rPr>
        <w:t xml:space="preserve"> ai </w:t>
      </w:r>
      <w:proofErr w:type="spellStart"/>
      <w:r w:rsidRPr="007A0413">
        <w:rPr>
          <w:sz w:val="21"/>
        </w:rPr>
        <w:t>ofertantului</w:t>
      </w:r>
      <w:proofErr w:type="spellEnd"/>
      <w:r w:rsidRPr="007A0413">
        <w:rPr>
          <w:sz w:val="21"/>
        </w:rPr>
        <w:t xml:space="preserve"> __________________________________ (</w:t>
      </w:r>
      <w:proofErr w:type="spellStart"/>
      <w:r w:rsidRPr="007A0413">
        <w:rPr>
          <w:sz w:val="21"/>
        </w:rPr>
        <w:t>denumirea</w:t>
      </w:r>
      <w:proofErr w:type="spellEnd"/>
      <w:r w:rsidRPr="007A0413">
        <w:rPr>
          <w:sz w:val="21"/>
        </w:rPr>
        <w:t>/</w:t>
      </w:r>
      <w:proofErr w:type="spellStart"/>
      <w:r w:rsidRPr="007A0413">
        <w:rPr>
          <w:sz w:val="21"/>
        </w:rPr>
        <w:t>numele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ofertantului</w:t>
      </w:r>
      <w:proofErr w:type="spellEnd"/>
      <w:r w:rsidRPr="007A0413">
        <w:rPr>
          <w:sz w:val="21"/>
        </w:rPr>
        <w:t xml:space="preserve">), ne </w:t>
      </w:r>
      <w:proofErr w:type="spellStart"/>
      <w:r w:rsidRPr="007A0413">
        <w:rPr>
          <w:sz w:val="21"/>
        </w:rPr>
        <w:t>oferim</w:t>
      </w:r>
      <w:proofErr w:type="spellEnd"/>
      <w:r w:rsidRPr="007A0413">
        <w:rPr>
          <w:sz w:val="21"/>
        </w:rPr>
        <w:t xml:space="preserve"> ca,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conformitate</w:t>
      </w:r>
      <w:proofErr w:type="spellEnd"/>
      <w:r w:rsidRPr="007A0413">
        <w:rPr>
          <w:sz w:val="21"/>
        </w:rPr>
        <w:t xml:space="preserve"> cu </w:t>
      </w:r>
      <w:proofErr w:type="spellStart"/>
      <w:r w:rsidRPr="007A0413">
        <w:rPr>
          <w:sz w:val="21"/>
        </w:rPr>
        <w:t>prevederile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cerințele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cuprinse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documentație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să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prestăm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servicii</w:t>
      </w:r>
      <w:proofErr w:type="spellEnd"/>
      <w:r w:rsidRPr="007A0413">
        <w:rPr>
          <w:sz w:val="21"/>
        </w:rPr>
        <w:t xml:space="preserve"> integrate </w:t>
      </w:r>
      <w:proofErr w:type="spellStart"/>
      <w:r w:rsidRPr="007A0413">
        <w:rPr>
          <w:sz w:val="21"/>
        </w:rPr>
        <w:t>pentru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organizarea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desfășurarea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evenimentului</w:t>
      </w:r>
      <w:proofErr w:type="spellEnd"/>
      <w:r w:rsidRPr="007A0413">
        <w:rPr>
          <w:sz w:val="21"/>
        </w:rPr>
        <w:t xml:space="preserve"> „</w:t>
      </w:r>
      <w:proofErr w:type="spellStart"/>
      <w:r w:rsidRPr="007A0413">
        <w:rPr>
          <w:sz w:val="21"/>
        </w:rPr>
        <w:t>Prietenii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Pufoși</w:t>
      </w:r>
      <w:proofErr w:type="spellEnd"/>
      <w:r w:rsidRPr="007A0413">
        <w:rPr>
          <w:sz w:val="21"/>
        </w:rPr>
        <w:t xml:space="preserve"> – </w:t>
      </w:r>
      <w:proofErr w:type="spellStart"/>
      <w:r w:rsidRPr="007A0413">
        <w:rPr>
          <w:sz w:val="21"/>
        </w:rPr>
        <w:t>Ediția</w:t>
      </w:r>
      <w:proofErr w:type="spellEnd"/>
      <w:r w:rsidRPr="007A0413">
        <w:rPr>
          <w:sz w:val="21"/>
        </w:rPr>
        <w:t xml:space="preserve"> a II-a” </w:t>
      </w:r>
      <w:proofErr w:type="spellStart"/>
      <w:r w:rsidRPr="007A0413">
        <w:rPr>
          <w:sz w:val="21"/>
        </w:rPr>
        <w:t>pentru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suma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totală</w:t>
      </w:r>
      <w:proofErr w:type="spellEnd"/>
      <w:r w:rsidRPr="007A0413">
        <w:rPr>
          <w:sz w:val="21"/>
        </w:rPr>
        <w:t xml:space="preserve"> de __________________ lei </w:t>
      </w:r>
      <w:proofErr w:type="spellStart"/>
      <w:r w:rsidRPr="007A0413">
        <w:rPr>
          <w:sz w:val="21"/>
        </w:rPr>
        <w:t>fără</w:t>
      </w:r>
      <w:proofErr w:type="spellEnd"/>
      <w:r w:rsidRPr="007A0413">
        <w:rPr>
          <w:sz w:val="21"/>
        </w:rPr>
        <w:t xml:space="preserve"> TVA, la care se </w:t>
      </w:r>
      <w:proofErr w:type="spellStart"/>
      <w:r w:rsidRPr="007A0413">
        <w:rPr>
          <w:sz w:val="21"/>
        </w:rPr>
        <w:t>adaugă</w:t>
      </w:r>
      <w:proofErr w:type="spellEnd"/>
      <w:r w:rsidRPr="007A0413">
        <w:rPr>
          <w:sz w:val="21"/>
        </w:rPr>
        <w:t xml:space="preserve"> TVA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valoare</w:t>
      </w:r>
      <w:proofErr w:type="spellEnd"/>
      <w:r w:rsidRPr="007A0413">
        <w:rPr>
          <w:sz w:val="21"/>
        </w:rPr>
        <w:t xml:space="preserve"> de __________________ lei, </w:t>
      </w:r>
      <w:proofErr w:type="spellStart"/>
      <w:r w:rsidRPr="007A0413">
        <w:rPr>
          <w:sz w:val="21"/>
        </w:rPr>
        <w:t>rezultând</w:t>
      </w:r>
      <w:proofErr w:type="spellEnd"/>
      <w:r w:rsidRPr="007A0413">
        <w:rPr>
          <w:sz w:val="21"/>
        </w:rPr>
        <w:t xml:space="preserve"> o </w:t>
      </w:r>
      <w:proofErr w:type="spellStart"/>
      <w:r w:rsidRPr="007A0413">
        <w:rPr>
          <w:sz w:val="21"/>
        </w:rPr>
        <w:t>valoare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totală</w:t>
      </w:r>
      <w:proofErr w:type="spellEnd"/>
      <w:r w:rsidRPr="007A0413">
        <w:rPr>
          <w:sz w:val="21"/>
        </w:rPr>
        <w:t xml:space="preserve"> de __________________ lei cu TVA.</w:t>
      </w:r>
    </w:p>
    <w:p w14:paraId="5B5439AF" w14:textId="77777777" w:rsidR="005528C2" w:rsidRPr="007A0413" w:rsidRDefault="00A1736F">
      <w:pPr>
        <w:spacing w:after="60" w:line="240" w:lineRule="auto"/>
        <w:ind w:left="255" w:hanging="255"/>
        <w:jc w:val="both"/>
      </w:pPr>
      <w:r w:rsidRPr="007A0413">
        <w:rPr>
          <w:sz w:val="21"/>
        </w:rPr>
        <w:t xml:space="preserve">2. Ne </w:t>
      </w:r>
      <w:proofErr w:type="spellStart"/>
      <w:r w:rsidRPr="007A0413">
        <w:rPr>
          <w:sz w:val="21"/>
        </w:rPr>
        <w:t>angajăm</w:t>
      </w:r>
      <w:proofErr w:type="spellEnd"/>
      <w:r w:rsidRPr="007A0413">
        <w:rPr>
          <w:sz w:val="21"/>
        </w:rPr>
        <w:t xml:space="preserve"> ca,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cazul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care </w:t>
      </w:r>
      <w:proofErr w:type="spellStart"/>
      <w:r w:rsidRPr="007A0413">
        <w:rPr>
          <w:sz w:val="21"/>
        </w:rPr>
        <w:t>oferta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noastră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este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declarată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câștigătoare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să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mobilizăm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echipa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începem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activitățile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termenele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prevăzute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Caietul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sarcini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inclusiv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ședința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lansare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maximum 2 </w:t>
      </w:r>
      <w:proofErr w:type="spellStart"/>
      <w:r w:rsidRPr="007A0413">
        <w:rPr>
          <w:sz w:val="21"/>
        </w:rPr>
        <w:t>zile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lucrătoare</w:t>
      </w:r>
      <w:proofErr w:type="spellEnd"/>
      <w:r w:rsidRPr="007A0413">
        <w:rPr>
          <w:sz w:val="21"/>
        </w:rPr>
        <w:t xml:space="preserve"> de la </w:t>
      </w:r>
      <w:proofErr w:type="spellStart"/>
      <w:r w:rsidRPr="007A0413">
        <w:rPr>
          <w:sz w:val="21"/>
        </w:rPr>
        <w:t>ordinul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începere</w:t>
      </w:r>
      <w:proofErr w:type="spellEnd"/>
      <w:r w:rsidRPr="007A0413">
        <w:rPr>
          <w:sz w:val="21"/>
        </w:rPr>
        <w:t>.</w:t>
      </w:r>
    </w:p>
    <w:p w14:paraId="4935C8F0" w14:textId="77777777" w:rsidR="005528C2" w:rsidRPr="007A0413" w:rsidRDefault="00A1736F">
      <w:pPr>
        <w:spacing w:after="60" w:line="240" w:lineRule="auto"/>
        <w:ind w:left="255" w:hanging="255"/>
        <w:jc w:val="both"/>
      </w:pPr>
      <w:r w:rsidRPr="007A0413">
        <w:rPr>
          <w:sz w:val="21"/>
        </w:rPr>
        <w:t xml:space="preserve">3. Ne </w:t>
      </w:r>
      <w:proofErr w:type="spellStart"/>
      <w:r w:rsidRPr="007A0413">
        <w:rPr>
          <w:sz w:val="21"/>
        </w:rPr>
        <w:t>angajăm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menținem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oferta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valabilă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pentru</w:t>
      </w:r>
      <w:proofErr w:type="spellEnd"/>
      <w:r w:rsidRPr="007A0413">
        <w:rPr>
          <w:sz w:val="21"/>
        </w:rPr>
        <w:t xml:space="preserve"> o </w:t>
      </w:r>
      <w:proofErr w:type="spellStart"/>
      <w:r w:rsidRPr="007A0413">
        <w:rPr>
          <w:sz w:val="21"/>
        </w:rPr>
        <w:t>perioadă</w:t>
      </w:r>
      <w:proofErr w:type="spellEnd"/>
      <w:r w:rsidRPr="007A0413">
        <w:rPr>
          <w:sz w:val="21"/>
        </w:rPr>
        <w:t xml:space="preserve"> de 90 de </w:t>
      </w:r>
      <w:proofErr w:type="spellStart"/>
      <w:r w:rsidRPr="007A0413">
        <w:rPr>
          <w:sz w:val="21"/>
        </w:rPr>
        <w:t>zile</w:t>
      </w:r>
      <w:proofErr w:type="spellEnd"/>
      <w:r w:rsidRPr="007A0413">
        <w:rPr>
          <w:sz w:val="21"/>
        </w:rPr>
        <w:t xml:space="preserve"> de la </w:t>
      </w:r>
      <w:proofErr w:type="spellStart"/>
      <w:r w:rsidRPr="007A0413">
        <w:rPr>
          <w:sz w:val="21"/>
        </w:rPr>
        <w:t>termenul-limită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depunere</w:t>
      </w:r>
      <w:proofErr w:type="spellEnd"/>
      <w:r w:rsidRPr="007A0413">
        <w:rPr>
          <w:sz w:val="21"/>
        </w:rPr>
        <w:t xml:space="preserve"> </w:t>
      </w:r>
      <w:proofErr w:type="gramStart"/>
      <w:r w:rsidRPr="007A0413">
        <w:rPr>
          <w:sz w:val="21"/>
        </w:rPr>
        <w:t>a</w:t>
      </w:r>
      <w:proofErr w:type="gram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ofertelor</w:t>
      </w:r>
      <w:proofErr w:type="spellEnd"/>
      <w:r w:rsidRPr="007A0413">
        <w:rPr>
          <w:sz w:val="21"/>
        </w:rPr>
        <w:t xml:space="preserve">. </w:t>
      </w:r>
      <w:proofErr w:type="spellStart"/>
      <w:r w:rsidRPr="007A0413">
        <w:rPr>
          <w:sz w:val="21"/>
        </w:rPr>
        <w:t>Oferta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rămâne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fermă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obligatorie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pentru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noi</w:t>
      </w:r>
      <w:proofErr w:type="spellEnd"/>
      <w:r w:rsidRPr="007A0413">
        <w:rPr>
          <w:sz w:val="21"/>
        </w:rPr>
        <w:t xml:space="preserve"> pe </w:t>
      </w:r>
      <w:proofErr w:type="spellStart"/>
      <w:r w:rsidRPr="007A0413">
        <w:rPr>
          <w:sz w:val="21"/>
        </w:rPr>
        <w:t>întreaga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perioadă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valabilitate</w:t>
      </w:r>
      <w:proofErr w:type="spellEnd"/>
      <w:r w:rsidRPr="007A0413">
        <w:rPr>
          <w:sz w:val="21"/>
        </w:rPr>
        <w:t>.</w:t>
      </w:r>
    </w:p>
    <w:p w14:paraId="2F6A7B47" w14:textId="77777777" w:rsidR="005528C2" w:rsidRPr="007A0413" w:rsidRDefault="00A1736F">
      <w:pPr>
        <w:spacing w:after="60" w:line="240" w:lineRule="auto"/>
        <w:ind w:left="255" w:hanging="255"/>
        <w:jc w:val="both"/>
      </w:pPr>
      <w:r w:rsidRPr="007A0413">
        <w:rPr>
          <w:sz w:val="21"/>
        </w:rPr>
        <w:t xml:space="preserve">4. </w:t>
      </w:r>
      <w:proofErr w:type="spellStart"/>
      <w:r w:rsidRPr="007A0413">
        <w:rPr>
          <w:sz w:val="21"/>
        </w:rPr>
        <w:t>Până</w:t>
      </w:r>
      <w:proofErr w:type="spellEnd"/>
      <w:r w:rsidRPr="007A0413">
        <w:rPr>
          <w:sz w:val="21"/>
        </w:rPr>
        <w:t xml:space="preserve"> la </w:t>
      </w:r>
      <w:proofErr w:type="spellStart"/>
      <w:r w:rsidRPr="007A0413">
        <w:rPr>
          <w:sz w:val="21"/>
        </w:rPr>
        <w:t>încheierea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semnarea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contractului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prezenta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ofertă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împreună</w:t>
      </w:r>
      <w:proofErr w:type="spellEnd"/>
      <w:r w:rsidRPr="007A0413">
        <w:rPr>
          <w:sz w:val="21"/>
        </w:rPr>
        <w:t xml:space="preserve"> cu </w:t>
      </w:r>
      <w:proofErr w:type="spellStart"/>
      <w:r w:rsidRPr="007A0413">
        <w:rPr>
          <w:sz w:val="21"/>
        </w:rPr>
        <w:t>comunicarea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prin</w:t>
      </w:r>
      <w:proofErr w:type="spellEnd"/>
      <w:r w:rsidRPr="007A0413">
        <w:rPr>
          <w:sz w:val="21"/>
        </w:rPr>
        <w:t xml:space="preserve"> care </w:t>
      </w:r>
      <w:proofErr w:type="spellStart"/>
      <w:r w:rsidRPr="007A0413">
        <w:rPr>
          <w:sz w:val="21"/>
        </w:rPr>
        <w:t>oferta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noastră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este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declarată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câștigătoare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cu </w:t>
      </w:r>
      <w:proofErr w:type="spellStart"/>
      <w:r w:rsidRPr="007A0413">
        <w:rPr>
          <w:sz w:val="21"/>
        </w:rPr>
        <w:t>documentele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procedurii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produc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efectele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prevăzute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legislația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aplicabilă</w:t>
      </w:r>
      <w:proofErr w:type="spellEnd"/>
      <w:r w:rsidRPr="007A0413">
        <w:rPr>
          <w:sz w:val="21"/>
        </w:rPr>
        <w:t>.</w:t>
      </w:r>
    </w:p>
    <w:p w14:paraId="23080F56" w14:textId="77777777" w:rsidR="005528C2" w:rsidRPr="007A0413" w:rsidRDefault="00A1736F">
      <w:pPr>
        <w:spacing w:after="60" w:line="240" w:lineRule="auto"/>
        <w:ind w:left="255" w:hanging="255"/>
        <w:jc w:val="both"/>
      </w:pPr>
      <w:r w:rsidRPr="007A0413">
        <w:rPr>
          <w:sz w:val="21"/>
        </w:rPr>
        <w:t xml:space="preserve">5. </w:t>
      </w:r>
      <w:proofErr w:type="spellStart"/>
      <w:r w:rsidRPr="007A0413">
        <w:rPr>
          <w:sz w:val="21"/>
        </w:rPr>
        <w:t>Confirmăm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că</w:t>
      </w:r>
      <w:proofErr w:type="spellEnd"/>
      <w:r w:rsidRPr="007A0413">
        <w:rPr>
          <w:sz w:val="21"/>
        </w:rPr>
        <w:t xml:space="preserve"> nu </w:t>
      </w:r>
      <w:proofErr w:type="spellStart"/>
      <w:r w:rsidRPr="007A0413">
        <w:rPr>
          <w:sz w:val="21"/>
        </w:rPr>
        <w:t>depunem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ofertă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alternativă</w:t>
      </w:r>
      <w:proofErr w:type="spellEnd"/>
      <w:r w:rsidRPr="007A0413">
        <w:rPr>
          <w:sz w:val="21"/>
        </w:rPr>
        <w:t>.</w:t>
      </w:r>
    </w:p>
    <w:p w14:paraId="07412718" w14:textId="77777777" w:rsidR="005528C2" w:rsidRPr="007A0413" w:rsidRDefault="00A1736F">
      <w:pPr>
        <w:spacing w:after="60" w:line="240" w:lineRule="auto"/>
        <w:ind w:left="255" w:hanging="255"/>
        <w:jc w:val="both"/>
      </w:pPr>
      <w:r w:rsidRPr="007A0413">
        <w:rPr>
          <w:sz w:val="21"/>
        </w:rPr>
        <w:t xml:space="preserve">6. </w:t>
      </w:r>
      <w:proofErr w:type="spellStart"/>
      <w:r w:rsidRPr="007A0413">
        <w:rPr>
          <w:sz w:val="21"/>
        </w:rPr>
        <w:t>Înțelegem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consimțim</w:t>
      </w:r>
      <w:proofErr w:type="spellEnd"/>
      <w:r w:rsidRPr="007A0413">
        <w:rPr>
          <w:sz w:val="21"/>
        </w:rPr>
        <w:t xml:space="preserve"> ca,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cazul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care </w:t>
      </w:r>
      <w:proofErr w:type="spellStart"/>
      <w:r w:rsidRPr="007A0413">
        <w:rPr>
          <w:sz w:val="21"/>
        </w:rPr>
        <w:t>oferta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noastră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este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declarată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câștigătoare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să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constituim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garanția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bună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execuție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cuantum</w:t>
      </w:r>
      <w:proofErr w:type="spellEnd"/>
      <w:r w:rsidRPr="007A0413">
        <w:rPr>
          <w:sz w:val="21"/>
        </w:rPr>
        <w:t xml:space="preserve"> de 5% din </w:t>
      </w:r>
      <w:proofErr w:type="spellStart"/>
      <w:r w:rsidRPr="007A0413">
        <w:rPr>
          <w:sz w:val="21"/>
        </w:rPr>
        <w:t>prețul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contractului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fără</w:t>
      </w:r>
      <w:proofErr w:type="spellEnd"/>
      <w:r w:rsidRPr="007A0413">
        <w:rPr>
          <w:sz w:val="21"/>
        </w:rPr>
        <w:t xml:space="preserve"> TVA,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forma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termenul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prevăzute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documentația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atribuire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lege</w:t>
      </w:r>
      <w:proofErr w:type="spellEnd"/>
      <w:r w:rsidRPr="007A0413">
        <w:rPr>
          <w:sz w:val="21"/>
        </w:rPr>
        <w:t>.</w:t>
      </w:r>
    </w:p>
    <w:p w14:paraId="698576D1" w14:textId="77777777" w:rsidR="005528C2" w:rsidRPr="007A0413" w:rsidRDefault="00A1736F">
      <w:pPr>
        <w:spacing w:after="60" w:line="240" w:lineRule="auto"/>
        <w:ind w:left="255" w:hanging="255"/>
        <w:jc w:val="both"/>
      </w:pPr>
      <w:r w:rsidRPr="007A0413">
        <w:rPr>
          <w:sz w:val="21"/>
        </w:rPr>
        <w:t xml:space="preserve">7. </w:t>
      </w:r>
      <w:proofErr w:type="spellStart"/>
      <w:r w:rsidRPr="007A0413">
        <w:rPr>
          <w:sz w:val="21"/>
        </w:rPr>
        <w:t>Confirmăm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prețul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ofertat</w:t>
      </w:r>
      <w:proofErr w:type="spellEnd"/>
      <w:r w:rsidRPr="007A0413">
        <w:rPr>
          <w:sz w:val="21"/>
        </w:rPr>
        <w:t xml:space="preserve"> include </w:t>
      </w:r>
      <w:proofErr w:type="spellStart"/>
      <w:r w:rsidRPr="007A0413">
        <w:rPr>
          <w:sz w:val="21"/>
        </w:rPr>
        <w:t>toate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costurile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directe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indirecte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necesare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executării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integrale</w:t>
      </w:r>
      <w:proofErr w:type="spellEnd"/>
      <w:r w:rsidRPr="007A0413">
        <w:rPr>
          <w:sz w:val="21"/>
        </w:rPr>
        <w:t xml:space="preserve"> a </w:t>
      </w:r>
      <w:proofErr w:type="spellStart"/>
      <w:r w:rsidRPr="007A0413">
        <w:rPr>
          <w:sz w:val="21"/>
        </w:rPr>
        <w:t>contractului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inclusiv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resursele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umane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artistice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tehnice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logistice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transportul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montajul</w:t>
      </w:r>
      <w:proofErr w:type="spellEnd"/>
      <w:r w:rsidRPr="007A0413">
        <w:rPr>
          <w:sz w:val="21"/>
        </w:rPr>
        <w:t>/</w:t>
      </w:r>
      <w:proofErr w:type="spellStart"/>
      <w:r w:rsidRPr="007A0413">
        <w:rPr>
          <w:sz w:val="21"/>
        </w:rPr>
        <w:t>demontajul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combustibilul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consumabilele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avizele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taxele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revin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prestatorului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licențele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drepturile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autor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conexe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asigurările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paza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serviciile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medicale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veterinare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promovarea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tipăriturile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salubrizarea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cazarea</w:t>
      </w:r>
      <w:proofErr w:type="spellEnd"/>
      <w:r w:rsidRPr="007A0413">
        <w:rPr>
          <w:sz w:val="21"/>
        </w:rPr>
        <w:t xml:space="preserve">, masa, </w:t>
      </w:r>
      <w:proofErr w:type="spellStart"/>
      <w:r w:rsidRPr="007A0413">
        <w:rPr>
          <w:sz w:val="21"/>
        </w:rPr>
        <w:t>diurnele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profitul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orice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alte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costuri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aferente</w:t>
      </w:r>
      <w:proofErr w:type="spellEnd"/>
      <w:r w:rsidRPr="007A0413">
        <w:rPr>
          <w:sz w:val="21"/>
        </w:rPr>
        <w:t>.</w:t>
      </w:r>
    </w:p>
    <w:p w14:paraId="402C2B7C" w14:textId="77777777" w:rsidR="005528C2" w:rsidRPr="007A0413" w:rsidRDefault="00A1736F">
      <w:pPr>
        <w:spacing w:after="60" w:line="240" w:lineRule="auto"/>
        <w:ind w:left="255" w:hanging="255"/>
        <w:jc w:val="both"/>
      </w:pPr>
      <w:r w:rsidRPr="007A0413">
        <w:rPr>
          <w:sz w:val="21"/>
        </w:rPr>
        <w:t xml:space="preserve">8. Am </w:t>
      </w:r>
      <w:proofErr w:type="spellStart"/>
      <w:r w:rsidRPr="007A0413">
        <w:rPr>
          <w:sz w:val="21"/>
        </w:rPr>
        <w:t>luat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cunoștință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acceptăm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clauza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suspensivă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privind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existența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aprobarea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creditelor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bugetare</w:t>
      </w:r>
      <w:proofErr w:type="spellEnd"/>
      <w:r w:rsidRPr="007A0413">
        <w:rPr>
          <w:sz w:val="21"/>
        </w:rPr>
        <w:t xml:space="preserve"> cu </w:t>
      </w:r>
      <w:proofErr w:type="spellStart"/>
      <w:r w:rsidRPr="007A0413">
        <w:rPr>
          <w:sz w:val="21"/>
        </w:rPr>
        <w:t>destinația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achiziției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condițiile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documentației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atribuire</w:t>
      </w:r>
      <w:proofErr w:type="spellEnd"/>
      <w:r w:rsidRPr="007A0413">
        <w:rPr>
          <w:sz w:val="21"/>
        </w:rPr>
        <w:t>.</w:t>
      </w:r>
    </w:p>
    <w:p w14:paraId="798CFBAD" w14:textId="77777777" w:rsidR="005528C2" w:rsidRPr="007A0413" w:rsidRDefault="00A1736F">
      <w:pPr>
        <w:spacing w:after="60" w:line="240" w:lineRule="auto"/>
      </w:pPr>
      <w:r w:rsidRPr="007A0413">
        <w:rPr>
          <w:sz w:val="21"/>
        </w:rPr>
        <w:t xml:space="preserve">Data </w:t>
      </w:r>
      <w:proofErr w:type="spellStart"/>
      <w:r w:rsidRPr="007A0413">
        <w:rPr>
          <w:sz w:val="21"/>
        </w:rPr>
        <w:t>completării</w:t>
      </w:r>
      <w:proofErr w:type="spellEnd"/>
      <w:r w:rsidRPr="007A0413">
        <w:rPr>
          <w:sz w:val="21"/>
        </w:rPr>
        <w:t>: ____________________</w:t>
      </w:r>
    </w:p>
    <w:p w14:paraId="30A00E90" w14:textId="77777777" w:rsidR="005528C2" w:rsidRPr="007A0413" w:rsidRDefault="00A1736F">
      <w:pPr>
        <w:spacing w:after="40" w:line="240" w:lineRule="auto"/>
      </w:pPr>
      <w:proofErr w:type="spellStart"/>
      <w:r w:rsidRPr="007A0413">
        <w:rPr>
          <w:sz w:val="21"/>
        </w:rPr>
        <w:t>Ofertant</w:t>
      </w:r>
      <w:proofErr w:type="spellEnd"/>
      <w:r w:rsidRPr="007A0413">
        <w:rPr>
          <w:sz w:val="21"/>
        </w:rPr>
        <w:t>: ________________________________________________</w:t>
      </w:r>
    </w:p>
    <w:p w14:paraId="075B87C0" w14:textId="77777777" w:rsidR="005528C2" w:rsidRPr="007A0413" w:rsidRDefault="00A1736F">
      <w:pPr>
        <w:spacing w:after="40" w:line="240" w:lineRule="auto"/>
      </w:pPr>
      <w:proofErr w:type="spellStart"/>
      <w:r w:rsidRPr="007A0413">
        <w:rPr>
          <w:sz w:val="21"/>
        </w:rPr>
        <w:t>Nume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prenume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reprezentant</w:t>
      </w:r>
      <w:proofErr w:type="spellEnd"/>
      <w:r w:rsidRPr="007A0413">
        <w:rPr>
          <w:sz w:val="21"/>
        </w:rPr>
        <w:t>/</w:t>
      </w:r>
      <w:proofErr w:type="spellStart"/>
      <w:r w:rsidRPr="007A0413">
        <w:rPr>
          <w:sz w:val="21"/>
        </w:rPr>
        <w:t>împuternicit</w:t>
      </w:r>
      <w:proofErr w:type="spellEnd"/>
      <w:r w:rsidRPr="007A0413">
        <w:rPr>
          <w:sz w:val="21"/>
        </w:rPr>
        <w:t>: ________________________________</w:t>
      </w:r>
    </w:p>
    <w:p w14:paraId="5D7397A1" w14:textId="77777777" w:rsidR="005528C2" w:rsidRPr="007A0413" w:rsidRDefault="00A1736F">
      <w:pPr>
        <w:spacing w:after="40" w:line="240" w:lineRule="auto"/>
      </w:pPr>
      <w:proofErr w:type="spellStart"/>
      <w:r w:rsidRPr="007A0413">
        <w:rPr>
          <w:sz w:val="21"/>
        </w:rPr>
        <w:t>Funcția</w:t>
      </w:r>
      <w:proofErr w:type="spellEnd"/>
      <w:r w:rsidRPr="007A0413">
        <w:rPr>
          <w:sz w:val="21"/>
        </w:rPr>
        <w:t>: ________________________________</w:t>
      </w:r>
    </w:p>
    <w:p w14:paraId="368CF53F" w14:textId="77777777" w:rsidR="005528C2" w:rsidRPr="007A0413" w:rsidRDefault="00A1736F">
      <w:pPr>
        <w:spacing w:after="0" w:line="240" w:lineRule="auto"/>
      </w:pPr>
      <w:proofErr w:type="spellStart"/>
      <w:r w:rsidRPr="007A0413">
        <w:rPr>
          <w:sz w:val="21"/>
        </w:rPr>
        <w:t>Semnătura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autorizată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ștampila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dacă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este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cazul</w:t>
      </w:r>
      <w:proofErr w:type="spellEnd"/>
      <w:r w:rsidRPr="007A0413">
        <w:rPr>
          <w:sz w:val="21"/>
        </w:rPr>
        <w:t>: __________________________</w:t>
      </w:r>
    </w:p>
    <w:p w14:paraId="58A95218" w14:textId="77777777" w:rsidR="005528C2" w:rsidRPr="007A0413" w:rsidRDefault="005528C2">
      <w:pPr>
        <w:spacing w:after="20"/>
      </w:pPr>
    </w:p>
    <w:p w14:paraId="72BF453F" w14:textId="77777777" w:rsidR="005528C2" w:rsidRPr="007A0413" w:rsidRDefault="00A1736F">
      <w:pPr>
        <w:pageBreakBefore/>
      </w:pPr>
      <w:proofErr w:type="spellStart"/>
      <w:r w:rsidRPr="007A0413">
        <w:rPr>
          <w:b/>
          <w:sz w:val="21"/>
        </w:rPr>
        <w:lastRenderedPageBreak/>
        <w:t>Denumire</w:t>
      </w:r>
      <w:proofErr w:type="spellEnd"/>
      <w:r w:rsidRPr="007A0413">
        <w:rPr>
          <w:b/>
          <w:sz w:val="21"/>
        </w:rPr>
        <w:t xml:space="preserve"> operator economic: </w:t>
      </w:r>
      <w:r w:rsidRPr="007A0413">
        <w:rPr>
          <w:sz w:val="21"/>
        </w:rPr>
        <w:t>____________________________________________</w:t>
      </w:r>
    </w:p>
    <w:p w14:paraId="70E4C70A" w14:textId="77777777" w:rsidR="00B06084" w:rsidRPr="007A0413" w:rsidRDefault="00B06084">
      <w:pPr>
        <w:keepNext/>
        <w:spacing w:after="80"/>
        <w:jc w:val="center"/>
        <w:rPr>
          <w:b/>
          <w:sz w:val="24"/>
        </w:rPr>
      </w:pPr>
    </w:p>
    <w:p w14:paraId="2ED07C9F" w14:textId="7F40B821" w:rsidR="005528C2" w:rsidRPr="007A0413" w:rsidRDefault="00A1736F">
      <w:pPr>
        <w:keepNext/>
        <w:spacing w:after="80"/>
        <w:jc w:val="center"/>
      </w:pPr>
      <w:r w:rsidRPr="007A0413">
        <w:rPr>
          <w:b/>
          <w:sz w:val="24"/>
        </w:rPr>
        <w:t>FORMULARUL NR. 6</w:t>
      </w:r>
    </w:p>
    <w:p w14:paraId="0F49A79F" w14:textId="77777777" w:rsidR="005528C2" w:rsidRPr="007A0413" w:rsidRDefault="00A1736F">
      <w:pPr>
        <w:keepNext/>
        <w:spacing w:after="180"/>
        <w:jc w:val="center"/>
      </w:pPr>
      <w:r w:rsidRPr="007A0413">
        <w:rPr>
          <w:b/>
          <w:sz w:val="24"/>
        </w:rPr>
        <w:t>DECLARAȚIE PRIVIND ÎNSUȘIREA DOCUMENTAȚIEI DE ATRIBUIRE ȘI CONFORMITATEA PROPUNERII TEHNICE</w:t>
      </w:r>
    </w:p>
    <w:p w14:paraId="17B039A8" w14:textId="77777777" w:rsidR="005528C2" w:rsidRPr="007A0413" w:rsidRDefault="00A1736F">
      <w:pPr>
        <w:spacing w:after="80" w:line="240" w:lineRule="auto"/>
        <w:jc w:val="both"/>
      </w:pPr>
      <w:proofErr w:type="spellStart"/>
      <w:r w:rsidRPr="007A0413">
        <w:rPr>
          <w:sz w:val="21"/>
        </w:rPr>
        <w:t>Subsemnatul</w:t>
      </w:r>
      <w:proofErr w:type="spellEnd"/>
      <w:r w:rsidRPr="007A0413">
        <w:rPr>
          <w:sz w:val="21"/>
        </w:rPr>
        <w:t xml:space="preserve">(a) ____________________________________, </w:t>
      </w:r>
      <w:proofErr w:type="spellStart"/>
      <w:r w:rsidRPr="007A0413">
        <w:rPr>
          <w:sz w:val="21"/>
        </w:rPr>
        <w:t>reprezentant</w:t>
      </w:r>
      <w:proofErr w:type="spellEnd"/>
      <w:r w:rsidRPr="007A0413">
        <w:rPr>
          <w:sz w:val="21"/>
        </w:rPr>
        <w:t xml:space="preserve"> legal/</w:t>
      </w:r>
      <w:proofErr w:type="spellStart"/>
      <w:r w:rsidRPr="007A0413">
        <w:rPr>
          <w:sz w:val="21"/>
        </w:rPr>
        <w:t>împuternicit</w:t>
      </w:r>
      <w:proofErr w:type="spellEnd"/>
      <w:r w:rsidRPr="007A0413">
        <w:rPr>
          <w:sz w:val="21"/>
        </w:rPr>
        <w:t xml:space="preserve"> al ____________________________________, participant la </w:t>
      </w:r>
      <w:proofErr w:type="spellStart"/>
      <w:r w:rsidRPr="007A0413">
        <w:rPr>
          <w:sz w:val="21"/>
        </w:rPr>
        <w:t>procedura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având</w:t>
      </w:r>
      <w:proofErr w:type="spellEnd"/>
      <w:r w:rsidRPr="007A0413">
        <w:rPr>
          <w:sz w:val="21"/>
        </w:rPr>
        <w:t xml:space="preserve"> ca </w:t>
      </w:r>
      <w:proofErr w:type="spellStart"/>
      <w:r w:rsidRPr="007A0413">
        <w:rPr>
          <w:sz w:val="21"/>
        </w:rPr>
        <w:t>obiect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b/>
          <w:sz w:val="21"/>
        </w:rPr>
        <w:t>servicii</w:t>
      </w:r>
      <w:proofErr w:type="spellEnd"/>
      <w:r w:rsidRPr="007A0413">
        <w:rPr>
          <w:b/>
          <w:sz w:val="21"/>
        </w:rPr>
        <w:t xml:space="preserve"> integrate </w:t>
      </w:r>
      <w:proofErr w:type="spellStart"/>
      <w:r w:rsidRPr="007A0413">
        <w:rPr>
          <w:b/>
          <w:sz w:val="21"/>
        </w:rPr>
        <w:t>pentru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organizarea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și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desfășurarea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evenimentului</w:t>
      </w:r>
      <w:proofErr w:type="spellEnd"/>
      <w:r w:rsidRPr="007A0413">
        <w:rPr>
          <w:b/>
          <w:sz w:val="21"/>
        </w:rPr>
        <w:t xml:space="preserve"> „</w:t>
      </w:r>
      <w:proofErr w:type="spellStart"/>
      <w:r w:rsidRPr="007A0413">
        <w:rPr>
          <w:b/>
          <w:sz w:val="21"/>
        </w:rPr>
        <w:t>Prietenii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Pufoși</w:t>
      </w:r>
      <w:proofErr w:type="spellEnd"/>
      <w:r w:rsidRPr="007A0413">
        <w:rPr>
          <w:b/>
          <w:sz w:val="21"/>
        </w:rPr>
        <w:t xml:space="preserve"> – </w:t>
      </w:r>
      <w:proofErr w:type="spellStart"/>
      <w:r w:rsidRPr="007A0413">
        <w:rPr>
          <w:b/>
          <w:sz w:val="21"/>
        </w:rPr>
        <w:t>Ediția</w:t>
      </w:r>
      <w:proofErr w:type="spellEnd"/>
      <w:r w:rsidRPr="007A0413">
        <w:rPr>
          <w:b/>
          <w:sz w:val="21"/>
        </w:rPr>
        <w:t xml:space="preserve"> </w:t>
      </w:r>
      <w:proofErr w:type="gramStart"/>
      <w:r w:rsidRPr="007A0413">
        <w:rPr>
          <w:b/>
          <w:sz w:val="21"/>
        </w:rPr>
        <w:t>a</w:t>
      </w:r>
      <w:proofErr w:type="gramEnd"/>
      <w:r w:rsidRPr="007A0413">
        <w:rPr>
          <w:b/>
          <w:sz w:val="21"/>
        </w:rPr>
        <w:t xml:space="preserve"> II-a”</w:t>
      </w:r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declar</w:t>
      </w:r>
      <w:proofErr w:type="spellEnd"/>
      <w:r w:rsidRPr="007A0413">
        <w:rPr>
          <w:sz w:val="21"/>
        </w:rPr>
        <w:t xml:space="preserve"> pe propria </w:t>
      </w:r>
      <w:proofErr w:type="spellStart"/>
      <w:r w:rsidRPr="007A0413">
        <w:rPr>
          <w:sz w:val="21"/>
        </w:rPr>
        <w:t>răspundere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că</w:t>
      </w:r>
      <w:proofErr w:type="spellEnd"/>
      <w:r w:rsidRPr="007A0413">
        <w:rPr>
          <w:sz w:val="21"/>
        </w:rPr>
        <w:t>:</w:t>
      </w:r>
    </w:p>
    <w:p w14:paraId="5EA0B307" w14:textId="77777777" w:rsidR="005528C2" w:rsidRPr="007A0413" w:rsidRDefault="00A1736F">
      <w:pPr>
        <w:spacing w:after="40" w:line="240" w:lineRule="auto"/>
        <w:ind w:left="312" w:hanging="312"/>
        <w:jc w:val="both"/>
      </w:pPr>
      <w:r w:rsidRPr="007A0413">
        <w:rPr>
          <w:sz w:val="21"/>
        </w:rPr>
        <w:t xml:space="preserve">a) am </w:t>
      </w:r>
      <w:proofErr w:type="spellStart"/>
      <w:r w:rsidRPr="007A0413">
        <w:rPr>
          <w:sz w:val="21"/>
        </w:rPr>
        <w:t>analizat</w:t>
      </w:r>
      <w:proofErr w:type="spellEnd"/>
      <w:r w:rsidRPr="007A0413">
        <w:rPr>
          <w:sz w:val="21"/>
        </w:rPr>
        <w:t xml:space="preserve"> integral </w:t>
      </w:r>
      <w:proofErr w:type="spellStart"/>
      <w:r w:rsidRPr="007A0413">
        <w:rPr>
          <w:sz w:val="21"/>
        </w:rPr>
        <w:t>documentația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atribuire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Caietul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sarcini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anexele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acestuia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proiectul</w:t>
      </w:r>
      <w:proofErr w:type="spellEnd"/>
      <w:r w:rsidRPr="007A0413">
        <w:rPr>
          <w:sz w:val="21"/>
        </w:rPr>
        <w:t xml:space="preserve"> de contract, </w:t>
      </w:r>
      <w:proofErr w:type="spellStart"/>
      <w:r w:rsidRPr="007A0413">
        <w:rPr>
          <w:sz w:val="21"/>
        </w:rPr>
        <w:t>clarificările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celelalte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documente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puse</w:t>
      </w:r>
      <w:proofErr w:type="spellEnd"/>
      <w:r w:rsidRPr="007A0413">
        <w:rPr>
          <w:sz w:val="21"/>
        </w:rPr>
        <w:t xml:space="preserve"> la </w:t>
      </w:r>
      <w:proofErr w:type="spellStart"/>
      <w:r w:rsidRPr="007A0413">
        <w:rPr>
          <w:sz w:val="21"/>
        </w:rPr>
        <w:t>dispoziție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autoritatea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contractantă</w:t>
      </w:r>
      <w:proofErr w:type="spellEnd"/>
      <w:r w:rsidRPr="007A0413">
        <w:rPr>
          <w:sz w:val="21"/>
        </w:rPr>
        <w:t>;</w:t>
      </w:r>
    </w:p>
    <w:p w14:paraId="5600FAF1" w14:textId="77777777" w:rsidR="005528C2" w:rsidRPr="007A0413" w:rsidRDefault="00A1736F">
      <w:pPr>
        <w:spacing w:after="40" w:line="240" w:lineRule="auto"/>
        <w:ind w:left="312" w:hanging="312"/>
        <w:jc w:val="both"/>
      </w:pPr>
      <w:r w:rsidRPr="007A0413">
        <w:rPr>
          <w:sz w:val="21"/>
        </w:rPr>
        <w:t xml:space="preserve">b) </w:t>
      </w:r>
      <w:proofErr w:type="spellStart"/>
      <w:r w:rsidRPr="007A0413">
        <w:rPr>
          <w:sz w:val="21"/>
        </w:rPr>
        <w:t>propunerea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tehnică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depusă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răspunde</w:t>
      </w:r>
      <w:proofErr w:type="spellEnd"/>
      <w:r w:rsidRPr="007A0413">
        <w:rPr>
          <w:sz w:val="21"/>
        </w:rPr>
        <w:t xml:space="preserve"> punctual </w:t>
      </w:r>
      <w:proofErr w:type="spellStart"/>
      <w:r w:rsidRPr="007A0413">
        <w:rPr>
          <w:sz w:val="21"/>
        </w:rPr>
        <w:t>tuturor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cerințelor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minime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obligatorii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descrie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soluția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concretă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îndeplinire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resursele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metodologia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calendarul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livrabilele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măsurile</w:t>
      </w:r>
      <w:proofErr w:type="spellEnd"/>
      <w:r w:rsidRPr="007A0413">
        <w:rPr>
          <w:sz w:val="21"/>
        </w:rPr>
        <w:t xml:space="preserve"> de control al </w:t>
      </w:r>
      <w:proofErr w:type="spellStart"/>
      <w:r w:rsidRPr="007A0413">
        <w:rPr>
          <w:sz w:val="21"/>
        </w:rPr>
        <w:t>calității</w:t>
      </w:r>
      <w:proofErr w:type="spellEnd"/>
      <w:r w:rsidRPr="007A0413">
        <w:rPr>
          <w:sz w:val="21"/>
        </w:rPr>
        <w:t>;</w:t>
      </w:r>
    </w:p>
    <w:p w14:paraId="7EA7E2DD" w14:textId="77777777" w:rsidR="005528C2" w:rsidRPr="007A0413" w:rsidRDefault="00A1736F">
      <w:pPr>
        <w:spacing w:after="40" w:line="240" w:lineRule="auto"/>
        <w:ind w:left="312" w:hanging="312"/>
        <w:jc w:val="both"/>
      </w:pPr>
      <w:r w:rsidRPr="007A0413">
        <w:rPr>
          <w:sz w:val="21"/>
        </w:rPr>
        <w:t xml:space="preserve">c) </w:t>
      </w:r>
      <w:proofErr w:type="spellStart"/>
      <w:r w:rsidRPr="007A0413">
        <w:rPr>
          <w:sz w:val="21"/>
        </w:rPr>
        <w:t>orice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abatere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rezervă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limitare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ori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condiționare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față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cerințele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minime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este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indicată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expres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propunerea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tehnică</w:t>
      </w:r>
      <w:proofErr w:type="spellEnd"/>
      <w:r w:rsidRPr="007A0413">
        <w:rPr>
          <w:sz w:val="21"/>
        </w:rPr>
        <w:t xml:space="preserve">;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lipsa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unei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mențiuni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exprese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cerințele</w:t>
      </w:r>
      <w:proofErr w:type="spellEnd"/>
      <w:r w:rsidRPr="007A0413">
        <w:rPr>
          <w:sz w:val="21"/>
        </w:rPr>
        <w:t xml:space="preserve"> sunt </w:t>
      </w:r>
      <w:proofErr w:type="spellStart"/>
      <w:r w:rsidRPr="007A0413">
        <w:rPr>
          <w:sz w:val="21"/>
        </w:rPr>
        <w:t>asumate</w:t>
      </w:r>
      <w:proofErr w:type="spellEnd"/>
      <w:r w:rsidRPr="007A0413">
        <w:rPr>
          <w:sz w:val="21"/>
        </w:rPr>
        <w:t xml:space="preserve"> integral;</w:t>
      </w:r>
    </w:p>
    <w:p w14:paraId="09B72708" w14:textId="77777777" w:rsidR="005528C2" w:rsidRPr="007A0413" w:rsidRDefault="00A1736F">
      <w:pPr>
        <w:spacing w:after="40" w:line="240" w:lineRule="auto"/>
        <w:ind w:left="312" w:hanging="312"/>
        <w:jc w:val="both"/>
      </w:pPr>
      <w:r w:rsidRPr="007A0413">
        <w:rPr>
          <w:sz w:val="21"/>
        </w:rPr>
        <w:t xml:space="preserve">d) </w:t>
      </w:r>
      <w:proofErr w:type="spellStart"/>
      <w:r w:rsidRPr="007A0413">
        <w:rPr>
          <w:sz w:val="21"/>
        </w:rPr>
        <w:t>soluțiile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tehnice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superioare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cerințelor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minime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dacă</w:t>
      </w:r>
      <w:proofErr w:type="spellEnd"/>
      <w:r w:rsidRPr="007A0413">
        <w:rPr>
          <w:sz w:val="21"/>
        </w:rPr>
        <w:t xml:space="preserve"> sunt </w:t>
      </w:r>
      <w:proofErr w:type="spellStart"/>
      <w:r w:rsidRPr="007A0413">
        <w:rPr>
          <w:sz w:val="21"/>
        </w:rPr>
        <w:t>propuse</w:t>
      </w:r>
      <w:proofErr w:type="spellEnd"/>
      <w:r w:rsidRPr="007A0413">
        <w:rPr>
          <w:sz w:val="21"/>
        </w:rPr>
        <w:t xml:space="preserve">, sunt </w:t>
      </w:r>
      <w:proofErr w:type="spellStart"/>
      <w:r w:rsidRPr="007A0413">
        <w:rPr>
          <w:sz w:val="21"/>
        </w:rPr>
        <w:t>incluse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prețul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ofertat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nu </w:t>
      </w:r>
      <w:proofErr w:type="spellStart"/>
      <w:r w:rsidRPr="007A0413">
        <w:rPr>
          <w:sz w:val="21"/>
        </w:rPr>
        <w:t>generează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costuri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suplimentare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pentru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autoritatea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contractantă</w:t>
      </w:r>
      <w:proofErr w:type="spellEnd"/>
      <w:r w:rsidRPr="007A0413">
        <w:rPr>
          <w:sz w:val="21"/>
        </w:rPr>
        <w:t>;</w:t>
      </w:r>
    </w:p>
    <w:p w14:paraId="5261235D" w14:textId="77777777" w:rsidR="005528C2" w:rsidRPr="007A0413" w:rsidRDefault="00A1736F">
      <w:pPr>
        <w:spacing w:after="40" w:line="240" w:lineRule="auto"/>
        <w:ind w:left="312" w:hanging="312"/>
        <w:jc w:val="both"/>
      </w:pPr>
      <w:r w:rsidRPr="007A0413">
        <w:rPr>
          <w:sz w:val="21"/>
        </w:rPr>
        <w:t xml:space="preserve">e) am </w:t>
      </w:r>
      <w:proofErr w:type="spellStart"/>
      <w:r w:rsidRPr="007A0413">
        <w:rPr>
          <w:sz w:val="21"/>
        </w:rPr>
        <w:t>inclus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propunerea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tehnică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toate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documentele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planurile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listele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declarațiile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dovezile</w:t>
      </w:r>
      <w:proofErr w:type="spellEnd"/>
      <w:r w:rsidRPr="007A0413">
        <w:rPr>
          <w:sz w:val="21"/>
        </w:rPr>
        <w:t xml:space="preserve"> solicitate </w:t>
      </w:r>
      <w:proofErr w:type="spellStart"/>
      <w:r w:rsidRPr="007A0413">
        <w:rPr>
          <w:sz w:val="21"/>
        </w:rPr>
        <w:t>prin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documentația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atribuire</w:t>
      </w:r>
      <w:proofErr w:type="spellEnd"/>
      <w:r w:rsidRPr="007A0413">
        <w:rPr>
          <w:sz w:val="21"/>
        </w:rPr>
        <w:t>;</w:t>
      </w:r>
    </w:p>
    <w:p w14:paraId="73968F3B" w14:textId="77777777" w:rsidR="005528C2" w:rsidRPr="007A0413" w:rsidRDefault="00A1736F">
      <w:pPr>
        <w:spacing w:after="40" w:line="240" w:lineRule="auto"/>
        <w:ind w:left="312" w:hanging="312"/>
        <w:jc w:val="both"/>
      </w:pPr>
      <w:r w:rsidRPr="007A0413">
        <w:rPr>
          <w:sz w:val="21"/>
        </w:rPr>
        <w:t xml:space="preserve">f) ne </w:t>
      </w:r>
      <w:proofErr w:type="spellStart"/>
      <w:r w:rsidRPr="007A0413">
        <w:rPr>
          <w:sz w:val="21"/>
        </w:rPr>
        <w:t>asumăm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executarea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contractului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conformitate</w:t>
      </w:r>
      <w:proofErr w:type="spellEnd"/>
      <w:r w:rsidRPr="007A0413">
        <w:rPr>
          <w:sz w:val="21"/>
        </w:rPr>
        <w:t xml:space="preserve"> cu </w:t>
      </w:r>
      <w:proofErr w:type="spellStart"/>
      <w:r w:rsidRPr="007A0413">
        <w:rPr>
          <w:sz w:val="21"/>
        </w:rPr>
        <w:t>documentația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atribuire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propunerea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tehnică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propunerea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financiară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acceptată</w:t>
      </w:r>
      <w:proofErr w:type="spellEnd"/>
      <w:r w:rsidRPr="007A0413">
        <w:rPr>
          <w:sz w:val="21"/>
        </w:rPr>
        <w:t>.</w:t>
      </w:r>
    </w:p>
    <w:p w14:paraId="7201D293" w14:textId="77777777" w:rsidR="005528C2" w:rsidRPr="007A0413" w:rsidRDefault="00A1736F">
      <w:pPr>
        <w:spacing w:after="80" w:line="240" w:lineRule="auto"/>
        <w:jc w:val="both"/>
      </w:pPr>
      <w:proofErr w:type="spellStart"/>
      <w:r w:rsidRPr="007A0413">
        <w:rPr>
          <w:sz w:val="21"/>
        </w:rPr>
        <w:t>Matricea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conformitate</w:t>
      </w:r>
      <w:proofErr w:type="spellEnd"/>
      <w:r w:rsidRPr="007A0413">
        <w:rPr>
          <w:sz w:val="21"/>
        </w:rPr>
        <w:t xml:space="preserve"> se </w:t>
      </w:r>
      <w:proofErr w:type="spellStart"/>
      <w:r w:rsidRPr="007A0413">
        <w:rPr>
          <w:sz w:val="21"/>
        </w:rPr>
        <w:t>completează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corelare</w:t>
      </w:r>
      <w:proofErr w:type="spellEnd"/>
      <w:r w:rsidRPr="007A0413">
        <w:rPr>
          <w:sz w:val="21"/>
        </w:rPr>
        <w:t xml:space="preserve"> cu </w:t>
      </w:r>
      <w:proofErr w:type="spellStart"/>
      <w:r w:rsidRPr="007A0413">
        <w:rPr>
          <w:sz w:val="21"/>
        </w:rPr>
        <w:t>Anexa</w:t>
      </w:r>
      <w:proofErr w:type="spellEnd"/>
      <w:r w:rsidRPr="007A0413">
        <w:rPr>
          <w:sz w:val="21"/>
        </w:rPr>
        <w:t xml:space="preserve"> nr. 3 la </w:t>
      </w:r>
      <w:proofErr w:type="spellStart"/>
      <w:r w:rsidRPr="007A0413">
        <w:rPr>
          <w:sz w:val="21"/>
        </w:rPr>
        <w:t>Caietul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sarcini</w:t>
      </w:r>
      <w:proofErr w:type="spellEnd"/>
      <w:r w:rsidRPr="007A0413">
        <w:rPr>
          <w:sz w:val="21"/>
        </w:rPr>
        <w:t xml:space="preserve">. </w:t>
      </w:r>
      <w:proofErr w:type="spellStart"/>
      <w:r w:rsidRPr="007A0413">
        <w:rPr>
          <w:sz w:val="21"/>
        </w:rPr>
        <w:t>Tabelul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mai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jos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poate</w:t>
      </w:r>
      <w:proofErr w:type="spellEnd"/>
      <w:r w:rsidRPr="007A0413">
        <w:rPr>
          <w:sz w:val="21"/>
        </w:rPr>
        <w:t xml:space="preserve"> fi </w:t>
      </w:r>
      <w:proofErr w:type="spellStart"/>
      <w:r w:rsidRPr="007A0413">
        <w:rPr>
          <w:sz w:val="21"/>
        </w:rPr>
        <w:t>utilizat</w:t>
      </w:r>
      <w:proofErr w:type="spellEnd"/>
      <w:r w:rsidRPr="007A0413">
        <w:rPr>
          <w:sz w:val="21"/>
        </w:rPr>
        <w:t xml:space="preserve"> ca index al </w:t>
      </w:r>
      <w:proofErr w:type="spellStart"/>
      <w:r w:rsidRPr="007A0413">
        <w:rPr>
          <w:sz w:val="21"/>
        </w:rPr>
        <w:t>propunerii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tehnice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nu </w:t>
      </w:r>
      <w:proofErr w:type="spellStart"/>
      <w:r w:rsidRPr="007A0413">
        <w:rPr>
          <w:sz w:val="21"/>
        </w:rPr>
        <w:t>înlocuiește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matricea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detaliată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solicitată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prin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Caiet</w:t>
      </w:r>
      <w:proofErr w:type="spellEnd"/>
      <w:r w:rsidRPr="007A0413">
        <w:rPr>
          <w:sz w:val="21"/>
        </w:rPr>
        <w:t>.</w:t>
      </w:r>
    </w:p>
    <w:tbl>
      <w:tblPr>
        <w:tblStyle w:val="Tabelgril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572"/>
        <w:gridCol w:w="2948"/>
        <w:gridCol w:w="1361"/>
        <w:gridCol w:w="2098"/>
      </w:tblGrid>
      <w:tr w:rsidR="005528C2" w:rsidRPr="007A0413" w14:paraId="32F1ECD0" w14:textId="77777777" w:rsidTr="00B06084">
        <w:trPr>
          <w:cantSplit/>
          <w:tblHeader/>
          <w:jc w:val="center"/>
        </w:trPr>
        <w:tc>
          <w:tcPr>
            <w:tcW w:w="56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AF85341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b/>
                <w:sz w:val="17"/>
              </w:rPr>
              <w:t>Nr.</w:t>
            </w:r>
          </w:p>
        </w:tc>
        <w:tc>
          <w:tcPr>
            <w:tcW w:w="357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39EB636" w14:textId="77777777" w:rsidR="005528C2" w:rsidRPr="007A0413" w:rsidRDefault="00A1736F">
            <w:pPr>
              <w:spacing w:after="0" w:line="240" w:lineRule="auto"/>
              <w:jc w:val="center"/>
            </w:pPr>
            <w:proofErr w:type="spellStart"/>
            <w:r w:rsidRPr="007A0413">
              <w:rPr>
                <w:b/>
                <w:sz w:val="17"/>
              </w:rPr>
              <w:t>Cerință</w:t>
            </w:r>
            <w:proofErr w:type="spellEnd"/>
            <w:r w:rsidRPr="007A0413">
              <w:rPr>
                <w:b/>
                <w:sz w:val="17"/>
              </w:rPr>
              <w:t xml:space="preserve"> / capitol</w:t>
            </w:r>
          </w:p>
        </w:tc>
        <w:tc>
          <w:tcPr>
            <w:tcW w:w="29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AC10809" w14:textId="77777777" w:rsidR="005528C2" w:rsidRPr="007A0413" w:rsidRDefault="00A1736F">
            <w:pPr>
              <w:spacing w:after="0" w:line="240" w:lineRule="auto"/>
              <w:jc w:val="center"/>
            </w:pPr>
            <w:proofErr w:type="spellStart"/>
            <w:r w:rsidRPr="007A0413">
              <w:rPr>
                <w:b/>
                <w:sz w:val="17"/>
              </w:rPr>
              <w:t>Soluția</w:t>
            </w:r>
            <w:proofErr w:type="spellEnd"/>
            <w:r w:rsidRPr="007A0413">
              <w:rPr>
                <w:b/>
                <w:sz w:val="17"/>
              </w:rPr>
              <w:t xml:space="preserve"> </w:t>
            </w:r>
            <w:proofErr w:type="spellStart"/>
            <w:r w:rsidRPr="007A0413">
              <w:rPr>
                <w:b/>
                <w:sz w:val="17"/>
              </w:rPr>
              <w:t>ofertată</w:t>
            </w:r>
            <w:proofErr w:type="spellEnd"/>
            <w:r w:rsidRPr="007A0413">
              <w:rPr>
                <w:b/>
                <w:sz w:val="17"/>
              </w:rPr>
              <w:t xml:space="preserve"> - </w:t>
            </w:r>
            <w:proofErr w:type="spellStart"/>
            <w:r w:rsidRPr="007A0413">
              <w:rPr>
                <w:b/>
                <w:sz w:val="17"/>
              </w:rPr>
              <w:t>sinteză</w:t>
            </w:r>
            <w:proofErr w:type="spellEnd"/>
          </w:p>
        </w:tc>
        <w:tc>
          <w:tcPr>
            <w:tcW w:w="136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A5E39FC" w14:textId="77777777" w:rsidR="005528C2" w:rsidRPr="007A0413" w:rsidRDefault="00A1736F">
            <w:pPr>
              <w:spacing w:after="0" w:line="240" w:lineRule="auto"/>
              <w:jc w:val="center"/>
            </w:pPr>
            <w:proofErr w:type="spellStart"/>
            <w:r w:rsidRPr="007A0413">
              <w:rPr>
                <w:b/>
                <w:sz w:val="17"/>
              </w:rPr>
              <w:t>Pagina</w:t>
            </w:r>
            <w:proofErr w:type="spellEnd"/>
            <w:r w:rsidRPr="007A0413">
              <w:rPr>
                <w:b/>
                <w:sz w:val="17"/>
              </w:rPr>
              <w:t xml:space="preserve"> din </w:t>
            </w:r>
            <w:proofErr w:type="spellStart"/>
            <w:r w:rsidRPr="007A0413">
              <w:rPr>
                <w:b/>
                <w:sz w:val="17"/>
              </w:rPr>
              <w:t>ofertă</w:t>
            </w:r>
            <w:proofErr w:type="spellEnd"/>
          </w:p>
        </w:tc>
        <w:tc>
          <w:tcPr>
            <w:tcW w:w="20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BE31D8F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b/>
                <w:sz w:val="17"/>
              </w:rPr>
              <w:t>Document suport</w:t>
            </w:r>
          </w:p>
        </w:tc>
      </w:tr>
      <w:tr w:rsidR="005528C2" w:rsidRPr="007A0413" w14:paraId="605745BD" w14:textId="77777777" w:rsidTr="00B06084">
        <w:trPr>
          <w:cantSplit/>
          <w:jc w:val="center"/>
        </w:trPr>
        <w:tc>
          <w:tcPr>
            <w:tcW w:w="56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616B6B1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7"/>
              </w:rPr>
              <w:t>1</w:t>
            </w:r>
          </w:p>
        </w:tc>
        <w:tc>
          <w:tcPr>
            <w:tcW w:w="357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06B5096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7"/>
              </w:rPr>
              <w:t xml:space="preserve">Management </w:t>
            </w:r>
            <w:proofErr w:type="spellStart"/>
            <w:r w:rsidRPr="007A0413">
              <w:rPr>
                <w:sz w:val="17"/>
              </w:rPr>
              <w:t>și</w:t>
            </w:r>
            <w:proofErr w:type="spellEnd"/>
            <w:r w:rsidRPr="007A0413">
              <w:rPr>
                <w:sz w:val="17"/>
              </w:rPr>
              <w:t xml:space="preserve"> </w:t>
            </w:r>
            <w:proofErr w:type="spellStart"/>
            <w:r w:rsidRPr="007A0413">
              <w:rPr>
                <w:sz w:val="17"/>
              </w:rPr>
              <w:t>coordonarea</w:t>
            </w:r>
            <w:proofErr w:type="spellEnd"/>
            <w:r w:rsidRPr="007A0413">
              <w:rPr>
                <w:sz w:val="17"/>
              </w:rPr>
              <w:t xml:space="preserve"> </w:t>
            </w:r>
            <w:proofErr w:type="spellStart"/>
            <w:r w:rsidRPr="007A0413">
              <w:rPr>
                <w:sz w:val="17"/>
              </w:rPr>
              <w:t>proiectului</w:t>
            </w:r>
            <w:proofErr w:type="spellEnd"/>
          </w:p>
        </w:tc>
        <w:tc>
          <w:tcPr>
            <w:tcW w:w="29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FFF4B62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7"/>
              </w:rPr>
              <w:t>________________</w:t>
            </w:r>
          </w:p>
        </w:tc>
        <w:tc>
          <w:tcPr>
            <w:tcW w:w="136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FFBAD9E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7"/>
              </w:rPr>
              <w:t>________</w:t>
            </w:r>
          </w:p>
        </w:tc>
        <w:tc>
          <w:tcPr>
            <w:tcW w:w="20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5405706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7"/>
              </w:rPr>
              <w:t>________________</w:t>
            </w:r>
          </w:p>
        </w:tc>
      </w:tr>
      <w:tr w:rsidR="005528C2" w:rsidRPr="007A0413" w14:paraId="48E2D005" w14:textId="77777777" w:rsidTr="00B06084">
        <w:trPr>
          <w:cantSplit/>
          <w:jc w:val="center"/>
        </w:trPr>
        <w:tc>
          <w:tcPr>
            <w:tcW w:w="56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F1B4538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7"/>
              </w:rPr>
              <w:t>2</w:t>
            </w:r>
          </w:p>
        </w:tc>
        <w:tc>
          <w:tcPr>
            <w:tcW w:w="357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43B3BDA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7"/>
              </w:rPr>
              <w:t xml:space="preserve">Concept, plan de </w:t>
            </w:r>
            <w:proofErr w:type="spellStart"/>
            <w:r w:rsidRPr="007A0413">
              <w:rPr>
                <w:sz w:val="17"/>
              </w:rPr>
              <w:t>amplasament</w:t>
            </w:r>
            <w:proofErr w:type="spellEnd"/>
            <w:r w:rsidRPr="007A0413">
              <w:rPr>
                <w:sz w:val="17"/>
              </w:rPr>
              <w:t xml:space="preserve">, </w:t>
            </w:r>
            <w:proofErr w:type="spellStart"/>
            <w:r w:rsidRPr="007A0413">
              <w:rPr>
                <w:sz w:val="17"/>
              </w:rPr>
              <w:t>zonare</w:t>
            </w:r>
            <w:proofErr w:type="spellEnd"/>
            <w:r w:rsidRPr="007A0413">
              <w:rPr>
                <w:sz w:val="17"/>
              </w:rPr>
              <w:t xml:space="preserve"> </w:t>
            </w:r>
            <w:proofErr w:type="spellStart"/>
            <w:r w:rsidRPr="007A0413">
              <w:rPr>
                <w:sz w:val="17"/>
              </w:rPr>
              <w:t>și</w:t>
            </w:r>
            <w:proofErr w:type="spellEnd"/>
            <w:r w:rsidRPr="007A0413">
              <w:rPr>
                <w:sz w:val="17"/>
              </w:rPr>
              <w:t xml:space="preserve"> </w:t>
            </w:r>
            <w:proofErr w:type="spellStart"/>
            <w:r w:rsidRPr="007A0413">
              <w:rPr>
                <w:sz w:val="17"/>
              </w:rPr>
              <w:t>fluxuri</w:t>
            </w:r>
            <w:proofErr w:type="spellEnd"/>
          </w:p>
        </w:tc>
        <w:tc>
          <w:tcPr>
            <w:tcW w:w="29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F73F11E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7"/>
              </w:rPr>
              <w:t>________________</w:t>
            </w:r>
          </w:p>
        </w:tc>
        <w:tc>
          <w:tcPr>
            <w:tcW w:w="136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DF5B3FC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7"/>
              </w:rPr>
              <w:t>________</w:t>
            </w:r>
          </w:p>
        </w:tc>
        <w:tc>
          <w:tcPr>
            <w:tcW w:w="20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606AB35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7"/>
              </w:rPr>
              <w:t>________________</w:t>
            </w:r>
          </w:p>
        </w:tc>
      </w:tr>
      <w:tr w:rsidR="005528C2" w:rsidRPr="007A0413" w14:paraId="16722EFE" w14:textId="77777777" w:rsidTr="00B06084">
        <w:trPr>
          <w:cantSplit/>
          <w:jc w:val="center"/>
        </w:trPr>
        <w:tc>
          <w:tcPr>
            <w:tcW w:w="56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0531965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7"/>
              </w:rPr>
              <w:t>3</w:t>
            </w:r>
          </w:p>
        </w:tc>
        <w:tc>
          <w:tcPr>
            <w:tcW w:w="357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F021FC4" w14:textId="77777777" w:rsidR="005528C2" w:rsidRPr="007A0413" w:rsidRDefault="00A1736F">
            <w:pPr>
              <w:spacing w:after="0" w:line="240" w:lineRule="auto"/>
            </w:pPr>
            <w:proofErr w:type="spellStart"/>
            <w:r w:rsidRPr="007A0413">
              <w:rPr>
                <w:sz w:val="17"/>
              </w:rPr>
              <w:t>Logistică</w:t>
            </w:r>
            <w:proofErr w:type="spellEnd"/>
            <w:r w:rsidRPr="007A0413">
              <w:rPr>
                <w:sz w:val="17"/>
              </w:rPr>
              <w:t xml:space="preserve"> </w:t>
            </w:r>
            <w:proofErr w:type="spellStart"/>
            <w:r w:rsidRPr="007A0413">
              <w:rPr>
                <w:sz w:val="17"/>
              </w:rPr>
              <w:t>și</w:t>
            </w:r>
            <w:proofErr w:type="spellEnd"/>
            <w:r w:rsidRPr="007A0413">
              <w:rPr>
                <w:sz w:val="17"/>
              </w:rPr>
              <w:t xml:space="preserve"> </w:t>
            </w:r>
            <w:proofErr w:type="spellStart"/>
            <w:r w:rsidRPr="007A0413">
              <w:rPr>
                <w:sz w:val="17"/>
              </w:rPr>
              <w:t>infrastructură</w:t>
            </w:r>
            <w:proofErr w:type="spellEnd"/>
            <w:r w:rsidRPr="007A0413">
              <w:rPr>
                <w:sz w:val="17"/>
              </w:rPr>
              <w:t xml:space="preserve"> </w:t>
            </w:r>
            <w:proofErr w:type="spellStart"/>
            <w:r w:rsidRPr="007A0413">
              <w:rPr>
                <w:sz w:val="17"/>
              </w:rPr>
              <w:t>tehnică</w:t>
            </w:r>
            <w:proofErr w:type="spellEnd"/>
          </w:p>
        </w:tc>
        <w:tc>
          <w:tcPr>
            <w:tcW w:w="29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F898782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7"/>
              </w:rPr>
              <w:t>________________</w:t>
            </w:r>
          </w:p>
        </w:tc>
        <w:tc>
          <w:tcPr>
            <w:tcW w:w="136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A204FE1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7"/>
              </w:rPr>
              <w:t>________</w:t>
            </w:r>
          </w:p>
        </w:tc>
        <w:tc>
          <w:tcPr>
            <w:tcW w:w="20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4A559C8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7"/>
              </w:rPr>
              <w:t>________________</w:t>
            </w:r>
          </w:p>
        </w:tc>
      </w:tr>
      <w:tr w:rsidR="005528C2" w:rsidRPr="007A0413" w14:paraId="6A262317" w14:textId="77777777" w:rsidTr="00B06084">
        <w:trPr>
          <w:cantSplit/>
          <w:jc w:val="center"/>
        </w:trPr>
        <w:tc>
          <w:tcPr>
            <w:tcW w:w="56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58177E0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7"/>
              </w:rPr>
              <w:t>4</w:t>
            </w:r>
          </w:p>
        </w:tc>
        <w:tc>
          <w:tcPr>
            <w:tcW w:w="357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2E0AFA8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7"/>
              </w:rPr>
              <w:t xml:space="preserve">Zona de </w:t>
            </w:r>
            <w:proofErr w:type="spellStart"/>
            <w:r w:rsidRPr="007A0413">
              <w:rPr>
                <w:sz w:val="17"/>
              </w:rPr>
              <w:t>adopții</w:t>
            </w:r>
            <w:proofErr w:type="spellEnd"/>
            <w:r w:rsidRPr="007A0413">
              <w:rPr>
                <w:sz w:val="17"/>
              </w:rPr>
              <w:t xml:space="preserve"> </w:t>
            </w:r>
            <w:proofErr w:type="spellStart"/>
            <w:r w:rsidRPr="007A0413">
              <w:rPr>
                <w:sz w:val="17"/>
              </w:rPr>
              <w:t>și</w:t>
            </w:r>
            <w:proofErr w:type="spellEnd"/>
            <w:r w:rsidRPr="007A0413">
              <w:rPr>
                <w:sz w:val="17"/>
              </w:rPr>
              <w:t xml:space="preserve"> </w:t>
            </w:r>
            <w:proofErr w:type="spellStart"/>
            <w:r w:rsidRPr="007A0413">
              <w:rPr>
                <w:sz w:val="17"/>
              </w:rPr>
              <w:t>bunăstarea</w:t>
            </w:r>
            <w:proofErr w:type="spellEnd"/>
            <w:r w:rsidRPr="007A0413">
              <w:rPr>
                <w:sz w:val="17"/>
              </w:rPr>
              <w:t xml:space="preserve"> </w:t>
            </w:r>
            <w:proofErr w:type="spellStart"/>
            <w:r w:rsidRPr="007A0413">
              <w:rPr>
                <w:sz w:val="17"/>
              </w:rPr>
              <w:t>animalelor</w:t>
            </w:r>
            <w:proofErr w:type="spellEnd"/>
          </w:p>
        </w:tc>
        <w:tc>
          <w:tcPr>
            <w:tcW w:w="29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0BF8D5C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7"/>
              </w:rPr>
              <w:t>________________</w:t>
            </w:r>
          </w:p>
        </w:tc>
        <w:tc>
          <w:tcPr>
            <w:tcW w:w="136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F9EC749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7"/>
              </w:rPr>
              <w:t>________</w:t>
            </w:r>
          </w:p>
        </w:tc>
        <w:tc>
          <w:tcPr>
            <w:tcW w:w="20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94FEC39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7"/>
              </w:rPr>
              <w:t>________________</w:t>
            </w:r>
          </w:p>
        </w:tc>
      </w:tr>
      <w:tr w:rsidR="005528C2" w:rsidRPr="007A0413" w14:paraId="32084F1A" w14:textId="77777777" w:rsidTr="00B06084">
        <w:trPr>
          <w:cantSplit/>
          <w:jc w:val="center"/>
        </w:trPr>
        <w:tc>
          <w:tcPr>
            <w:tcW w:w="56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41D2822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7"/>
              </w:rPr>
              <w:t>5</w:t>
            </w:r>
          </w:p>
        </w:tc>
        <w:tc>
          <w:tcPr>
            <w:tcW w:w="357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D998713" w14:textId="77777777" w:rsidR="005528C2" w:rsidRPr="007A0413" w:rsidRDefault="00A1736F">
            <w:pPr>
              <w:spacing w:after="0" w:line="240" w:lineRule="auto"/>
            </w:pPr>
            <w:proofErr w:type="spellStart"/>
            <w:r w:rsidRPr="007A0413">
              <w:rPr>
                <w:sz w:val="17"/>
              </w:rPr>
              <w:t>Activități</w:t>
            </w:r>
            <w:proofErr w:type="spellEnd"/>
            <w:r w:rsidRPr="007A0413">
              <w:rPr>
                <w:sz w:val="17"/>
              </w:rPr>
              <w:t xml:space="preserve"> educative, </w:t>
            </w:r>
            <w:proofErr w:type="spellStart"/>
            <w:r w:rsidRPr="007A0413">
              <w:rPr>
                <w:sz w:val="17"/>
              </w:rPr>
              <w:t>demonstrații</w:t>
            </w:r>
            <w:proofErr w:type="spellEnd"/>
            <w:r w:rsidRPr="007A0413">
              <w:rPr>
                <w:sz w:val="17"/>
              </w:rPr>
              <w:t xml:space="preserve"> </w:t>
            </w:r>
            <w:proofErr w:type="spellStart"/>
            <w:r w:rsidRPr="007A0413">
              <w:rPr>
                <w:sz w:val="17"/>
              </w:rPr>
              <w:t>și</w:t>
            </w:r>
            <w:proofErr w:type="spellEnd"/>
            <w:r w:rsidRPr="007A0413">
              <w:rPr>
                <w:sz w:val="17"/>
              </w:rPr>
              <w:t xml:space="preserve"> </w:t>
            </w:r>
            <w:proofErr w:type="spellStart"/>
            <w:r w:rsidRPr="007A0413">
              <w:rPr>
                <w:sz w:val="17"/>
              </w:rPr>
              <w:t>concursuri</w:t>
            </w:r>
            <w:proofErr w:type="spellEnd"/>
          </w:p>
        </w:tc>
        <w:tc>
          <w:tcPr>
            <w:tcW w:w="29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5DFE53C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7"/>
              </w:rPr>
              <w:t>________________</w:t>
            </w:r>
          </w:p>
        </w:tc>
        <w:tc>
          <w:tcPr>
            <w:tcW w:w="136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969CFB0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7"/>
              </w:rPr>
              <w:t>________</w:t>
            </w:r>
          </w:p>
        </w:tc>
        <w:tc>
          <w:tcPr>
            <w:tcW w:w="20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B51892C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7"/>
              </w:rPr>
              <w:t>________________</w:t>
            </w:r>
          </w:p>
        </w:tc>
      </w:tr>
      <w:tr w:rsidR="005528C2" w:rsidRPr="007A0413" w14:paraId="697447CD" w14:textId="77777777" w:rsidTr="00B06084">
        <w:trPr>
          <w:cantSplit/>
          <w:jc w:val="center"/>
        </w:trPr>
        <w:tc>
          <w:tcPr>
            <w:tcW w:w="56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3CF6480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7"/>
              </w:rPr>
              <w:t>6</w:t>
            </w:r>
          </w:p>
        </w:tc>
        <w:tc>
          <w:tcPr>
            <w:tcW w:w="357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64F43FD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7"/>
              </w:rPr>
              <w:t xml:space="preserve">Program artistic, </w:t>
            </w:r>
            <w:proofErr w:type="spellStart"/>
            <w:r w:rsidRPr="007A0413">
              <w:rPr>
                <w:sz w:val="17"/>
              </w:rPr>
              <w:t>prezentare</w:t>
            </w:r>
            <w:proofErr w:type="spellEnd"/>
            <w:r w:rsidRPr="007A0413">
              <w:rPr>
                <w:sz w:val="17"/>
              </w:rPr>
              <w:t xml:space="preserve"> </w:t>
            </w:r>
            <w:proofErr w:type="spellStart"/>
            <w:r w:rsidRPr="007A0413">
              <w:rPr>
                <w:sz w:val="17"/>
              </w:rPr>
              <w:t>și</w:t>
            </w:r>
            <w:proofErr w:type="spellEnd"/>
            <w:r w:rsidRPr="007A0413">
              <w:rPr>
                <w:sz w:val="17"/>
              </w:rPr>
              <w:t xml:space="preserve"> </w:t>
            </w:r>
            <w:proofErr w:type="spellStart"/>
            <w:r w:rsidRPr="007A0413">
              <w:rPr>
                <w:sz w:val="17"/>
              </w:rPr>
              <w:t>animație</w:t>
            </w:r>
            <w:proofErr w:type="spellEnd"/>
          </w:p>
        </w:tc>
        <w:tc>
          <w:tcPr>
            <w:tcW w:w="29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9F0114E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7"/>
              </w:rPr>
              <w:t>________________</w:t>
            </w:r>
          </w:p>
        </w:tc>
        <w:tc>
          <w:tcPr>
            <w:tcW w:w="136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9D4D9B8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7"/>
              </w:rPr>
              <w:t>________</w:t>
            </w:r>
          </w:p>
        </w:tc>
        <w:tc>
          <w:tcPr>
            <w:tcW w:w="20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5B12F67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7"/>
              </w:rPr>
              <w:t>________________</w:t>
            </w:r>
          </w:p>
        </w:tc>
      </w:tr>
      <w:tr w:rsidR="005528C2" w:rsidRPr="007A0413" w14:paraId="48548044" w14:textId="77777777" w:rsidTr="00B06084">
        <w:trPr>
          <w:cantSplit/>
          <w:jc w:val="center"/>
        </w:trPr>
        <w:tc>
          <w:tcPr>
            <w:tcW w:w="56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CF364F5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7"/>
              </w:rPr>
              <w:t>7</w:t>
            </w:r>
          </w:p>
        </w:tc>
        <w:tc>
          <w:tcPr>
            <w:tcW w:w="357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074CA8C" w14:textId="77777777" w:rsidR="005528C2" w:rsidRPr="007A0413" w:rsidRDefault="00A1736F">
            <w:pPr>
              <w:spacing w:after="0" w:line="240" w:lineRule="auto"/>
            </w:pPr>
            <w:proofErr w:type="spellStart"/>
            <w:r w:rsidRPr="007A0413">
              <w:rPr>
                <w:sz w:val="17"/>
              </w:rPr>
              <w:t>Promovare</w:t>
            </w:r>
            <w:proofErr w:type="spellEnd"/>
            <w:r w:rsidRPr="007A0413">
              <w:rPr>
                <w:sz w:val="17"/>
              </w:rPr>
              <w:t xml:space="preserve">, </w:t>
            </w:r>
            <w:proofErr w:type="spellStart"/>
            <w:r w:rsidRPr="007A0413">
              <w:rPr>
                <w:sz w:val="17"/>
              </w:rPr>
              <w:t>comunicare</w:t>
            </w:r>
            <w:proofErr w:type="spellEnd"/>
            <w:r w:rsidRPr="007A0413">
              <w:rPr>
                <w:sz w:val="17"/>
              </w:rPr>
              <w:t xml:space="preserve"> </w:t>
            </w:r>
            <w:proofErr w:type="spellStart"/>
            <w:r w:rsidRPr="007A0413">
              <w:rPr>
                <w:sz w:val="17"/>
              </w:rPr>
              <w:t>și</w:t>
            </w:r>
            <w:proofErr w:type="spellEnd"/>
            <w:r w:rsidRPr="007A0413">
              <w:rPr>
                <w:sz w:val="17"/>
              </w:rPr>
              <w:t xml:space="preserve"> </w:t>
            </w:r>
            <w:proofErr w:type="spellStart"/>
            <w:r w:rsidRPr="007A0413">
              <w:rPr>
                <w:sz w:val="17"/>
              </w:rPr>
              <w:t>identitate</w:t>
            </w:r>
            <w:proofErr w:type="spellEnd"/>
            <w:r w:rsidRPr="007A0413">
              <w:rPr>
                <w:sz w:val="17"/>
              </w:rPr>
              <w:t xml:space="preserve"> </w:t>
            </w:r>
            <w:proofErr w:type="spellStart"/>
            <w:r w:rsidRPr="007A0413">
              <w:rPr>
                <w:sz w:val="17"/>
              </w:rPr>
              <w:t>vizuală</w:t>
            </w:r>
            <w:proofErr w:type="spellEnd"/>
          </w:p>
        </w:tc>
        <w:tc>
          <w:tcPr>
            <w:tcW w:w="29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B8B1188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7"/>
              </w:rPr>
              <w:t>________________</w:t>
            </w:r>
          </w:p>
        </w:tc>
        <w:tc>
          <w:tcPr>
            <w:tcW w:w="136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12C82D8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7"/>
              </w:rPr>
              <w:t>________</w:t>
            </w:r>
          </w:p>
        </w:tc>
        <w:tc>
          <w:tcPr>
            <w:tcW w:w="20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3A47CCC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7"/>
              </w:rPr>
              <w:t>________________</w:t>
            </w:r>
          </w:p>
        </w:tc>
      </w:tr>
      <w:tr w:rsidR="005528C2" w:rsidRPr="007A0413" w14:paraId="30CC3FDD" w14:textId="77777777" w:rsidTr="00B06084">
        <w:trPr>
          <w:cantSplit/>
          <w:jc w:val="center"/>
        </w:trPr>
        <w:tc>
          <w:tcPr>
            <w:tcW w:w="56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CC98897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7"/>
              </w:rPr>
              <w:t>8</w:t>
            </w:r>
          </w:p>
        </w:tc>
        <w:tc>
          <w:tcPr>
            <w:tcW w:w="357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A8A0B89" w14:textId="77777777" w:rsidR="005528C2" w:rsidRPr="007A0413" w:rsidRDefault="00A1736F">
            <w:pPr>
              <w:spacing w:after="0" w:line="240" w:lineRule="auto"/>
            </w:pPr>
            <w:proofErr w:type="spellStart"/>
            <w:r w:rsidRPr="007A0413">
              <w:rPr>
                <w:sz w:val="17"/>
              </w:rPr>
              <w:t>Siguranță</w:t>
            </w:r>
            <w:proofErr w:type="spellEnd"/>
            <w:r w:rsidRPr="007A0413">
              <w:rPr>
                <w:sz w:val="17"/>
              </w:rPr>
              <w:t xml:space="preserve">, </w:t>
            </w:r>
            <w:proofErr w:type="spellStart"/>
            <w:r w:rsidRPr="007A0413">
              <w:rPr>
                <w:sz w:val="17"/>
              </w:rPr>
              <w:t>securitate</w:t>
            </w:r>
            <w:proofErr w:type="spellEnd"/>
            <w:r w:rsidRPr="007A0413">
              <w:rPr>
                <w:sz w:val="17"/>
              </w:rPr>
              <w:t xml:space="preserve">, medical </w:t>
            </w:r>
            <w:proofErr w:type="spellStart"/>
            <w:r w:rsidRPr="007A0413">
              <w:rPr>
                <w:sz w:val="17"/>
              </w:rPr>
              <w:t>și</w:t>
            </w:r>
            <w:proofErr w:type="spellEnd"/>
            <w:r w:rsidRPr="007A0413">
              <w:rPr>
                <w:sz w:val="17"/>
              </w:rPr>
              <w:t xml:space="preserve"> </w:t>
            </w:r>
            <w:proofErr w:type="spellStart"/>
            <w:r w:rsidRPr="007A0413">
              <w:rPr>
                <w:sz w:val="17"/>
              </w:rPr>
              <w:t>veterinar</w:t>
            </w:r>
            <w:proofErr w:type="spellEnd"/>
          </w:p>
        </w:tc>
        <w:tc>
          <w:tcPr>
            <w:tcW w:w="29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CE931DA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7"/>
              </w:rPr>
              <w:t>________________</w:t>
            </w:r>
          </w:p>
        </w:tc>
        <w:tc>
          <w:tcPr>
            <w:tcW w:w="136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92A630B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7"/>
              </w:rPr>
              <w:t>________</w:t>
            </w:r>
          </w:p>
        </w:tc>
        <w:tc>
          <w:tcPr>
            <w:tcW w:w="20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A2677BB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7"/>
              </w:rPr>
              <w:t>________________</w:t>
            </w:r>
          </w:p>
        </w:tc>
      </w:tr>
      <w:tr w:rsidR="005528C2" w:rsidRPr="007A0413" w14:paraId="044C97DB" w14:textId="77777777" w:rsidTr="00B06084">
        <w:trPr>
          <w:cantSplit/>
          <w:jc w:val="center"/>
        </w:trPr>
        <w:tc>
          <w:tcPr>
            <w:tcW w:w="56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6BACFBD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7"/>
              </w:rPr>
              <w:t>9</w:t>
            </w:r>
          </w:p>
        </w:tc>
        <w:tc>
          <w:tcPr>
            <w:tcW w:w="357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7C03FF4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7"/>
              </w:rPr>
              <w:t xml:space="preserve">Food-court </w:t>
            </w:r>
            <w:proofErr w:type="spellStart"/>
            <w:r w:rsidRPr="007A0413">
              <w:rPr>
                <w:sz w:val="17"/>
              </w:rPr>
              <w:t>și</w:t>
            </w:r>
            <w:proofErr w:type="spellEnd"/>
            <w:r w:rsidRPr="007A0413">
              <w:rPr>
                <w:sz w:val="17"/>
              </w:rPr>
              <w:t xml:space="preserve"> </w:t>
            </w:r>
            <w:proofErr w:type="spellStart"/>
            <w:r w:rsidRPr="007A0413">
              <w:rPr>
                <w:sz w:val="17"/>
              </w:rPr>
              <w:t>operatori</w:t>
            </w:r>
            <w:proofErr w:type="spellEnd"/>
            <w:r w:rsidRPr="007A0413">
              <w:rPr>
                <w:sz w:val="17"/>
              </w:rPr>
              <w:t xml:space="preserve"> economici</w:t>
            </w:r>
          </w:p>
        </w:tc>
        <w:tc>
          <w:tcPr>
            <w:tcW w:w="29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562599E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7"/>
              </w:rPr>
              <w:t>________________</w:t>
            </w:r>
          </w:p>
        </w:tc>
        <w:tc>
          <w:tcPr>
            <w:tcW w:w="136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914E468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7"/>
              </w:rPr>
              <w:t>________</w:t>
            </w:r>
          </w:p>
        </w:tc>
        <w:tc>
          <w:tcPr>
            <w:tcW w:w="20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18B33BC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7"/>
              </w:rPr>
              <w:t>________________</w:t>
            </w:r>
          </w:p>
        </w:tc>
      </w:tr>
      <w:tr w:rsidR="005528C2" w:rsidRPr="007A0413" w14:paraId="528C1C90" w14:textId="77777777" w:rsidTr="00B06084">
        <w:trPr>
          <w:cantSplit/>
          <w:jc w:val="center"/>
        </w:trPr>
        <w:tc>
          <w:tcPr>
            <w:tcW w:w="56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96A570C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7"/>
              </w:rPr>
              <w:t>10</w:t>
            </w:r>
          </w:p>
        </w:tc>
        <w:tc>
          <w:tcPr>
            <w:tcW w:w="357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F9A1A76" w14:textId="77777777" w:rsidR="005528C2" w:rsidRPr="007A0413" w:rsidRDefault="00A1736F">
            <w:pPr>
              <w:spacing w:after="0" w:line="240" w:lineRule="auto"/>
            </w:pPr>
            <w:proofErr w:type="spellStart"/>
            <w:r w:rsidRPr="007A0413">
              <w:rPr>
                <w:sz w:val="17"/>
              </w:rPr>
              <w:t>Curățenie</w:t>
            </w:r>
            <w:proofErr w:type="spellEnd"/>
            <w:r w:rsidRPr="007A0413">
              <w:rPr>
                <w:sz w:val="17"/>
              </w:rPr>
              <w:t xml:space="preserve">, </w:t>
            </w:r>
            <w:proofErr w:type="spellStart"/>
            <w:r w:rsidRPr="007A0413">
              <w:rPr>
                <w:sz w:val="17"/>
              </w:rPr>
              <w:t>salubrizare</w:t>
            </w:r>
            <w:proofErr w:type="spellEnd"/>
            <w:r w:rsidRPr="007A0413">
              <w:rPr>
                <w:sz w:val="17"/>
              </w:rPr>
              <w:t xml:space="preserve"> </w:t>
            </w:r>
            <w:proofErr w:type="spellStart"/>
            <w:r w:rsidRPr="007A0413">
              <w:rPr>
                <w:sz w:val="17"/>
              </w:rPr>
              <w:t>și</w:t>
            </w:r>
            <w:proofErr w:type="spellEnd"/>
            <w:r w:rsidRPr="007A0413">
              <w:rPr>
                <w:sz w:val="17"/>
              </w:rPr>
              <w:t xml:space="preserve"> </w:t>
            </w:r>
            <w:proofErr w:type="spellStart"/>
            <w:r w:rsidRPr="007A0413">
              <w:rPr>
                <w:sz w:val="17"/>
              </w:rPr>
              <w:t>protecția</w:t>
            </w:r>
            <w:proofErr w:type="spellEnd"/>
            <w:r w:rsidRPr="007A0413">
              <w:rPr>
                <w:sz w:val="17"/>
              </w:rPr>
              <w:t xml:space="preserve"> </w:t>
            </w:r>
            <w:proofErr w:type="spellStart"/>
            <w:r w:rsidRPr="007A0413">
              <w:rPr>
                <w:sz w:val="17"/>
              </w:rPr>
              <w:t>amplasamentului</w:t>
            </w:r>
            <w:proofErr w:type="spellEnd"/>
          </w:p>
        </w:tc>
        <w:tc>
          <w:tcPr>
            <w:tcW w:w="29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5F5F60F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7"/>
              </w:rPr>
              <w:t>________________</w:t>
            </w:r>
          </w:p>
        </w:tc>
        <w:tc>
          <w:tcPr>
            <w:tcW w:w="136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7ED8B72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7"/>
              </w:rPr>
              <w:t>________</w:t>
            </w:r>
          </w:p>
        </w:tc>
        <w:tc>
          <w:tcPr>
            <w:tcW w:w="20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F0B60C4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7"/>
              </w:rPr>
              <w:t>________________</w:t>
            </w:r>
          </w:p>
        </w:tc>
      </w:tr>
      <w:tr w:rsidR="005528C2" w:rsidRPr="007A0413" w14:paraId="6F60B194" w14:textId="77777777" w:rsidTr="00B06084">
        <w:trPr>
          <w:cantSplit/>
          <w:jc w:val="center"/>
        </w:trPr>
        <w:tc>
          <w:tcPr>
            <w:tcW w:w="56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430A696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7"/>
              </w:rPr>
              <w:t>11</w:t>
            </w:r>
          </w:p>
        </w:tc>
        <w:tc>
          <w:tcPr>
            <w:tcW w:w="357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973C65F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7"/>
              </w:rPr>
              <w:t xml:space="preserve">Personal minim </w:t>
            </w:r>
            <w:proofErr w:type="spellStart"/>
            <w:r w:rsidRPr="007A0413">
              <w:rPr>
                <w:sz w:val="17"/>
              </w:rPr>
              <w:t>și</w:t>
            </w:r>
            <w:proofErr w:type="spellEnd"/>
            <w:r w:rsidRPr="007A0413">
              <w:rPr>
                <w:sz w:val="17"/>
              </w:rPr>
              <w:t xml:space="preserve"> </w:t>
            </w:r>
            <w:proofErr w:type="spellStart"/>
            <w:r w:rsidRPr="007A0413">
              <w:rPr>
                <w:sz w:val="17"/>
              </w:rPr>
              <w:t>responsabilități</w:t>
            </w:r>
            <w:proofErr w:type="spellEnd"/>
          </w:p>
        </w:tc>
        <w:tc>
          <w:tcPr>
            <w:tcW w:w="29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98E0A59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7"/>
              </w:rPr>
              <w:t>________________</w:t>
            </w:r>
          </w:p>
        </w:tc>
        <w:tc>
          <w:tcPr>
            <w:tcW w:w="136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92FB805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7"/>
              </w:rPr>
              <w:t>________</w:t>
            </w:r>
          </w:p>
        </w:tc>
        <w:tc>
          <w:tcPr>
            <w:tcW w:w="20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6B380CA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7"/>
              </w:rPr>
              <w:t>________________</w:t>
            </w:r>
          </w:p>
        </w:tc>
      </w:tr>
      <w:tr w:rsidR="005528C2" w:rsidRPr="007A0413" w14:paraId="0706F23B" w14:textId="77777777" w:rsidTr="00B06084">
        <w:trPr>
          <w:cantSplit/>
          <w:jc w:val="center"/>
        </w:trPr>
        <w:tc>
          <w:tcPr>
            <w:tcW w:w="56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B895FB1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7"/>
              </w:rPr>
              <w:t>12</w:t>
            </w:r>
          </w:p>
        </w:tc>
        <w:tc>
          <w:tcPr>
            <w:tcW w:w="357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028FCEB" w14:textId="77777777" w:rsidR="005528C2" w:rsidRPr="007A0413" w:rsidRDefault="00A1736F">
            <w:pPr>
              <w:spacing w:after="0" w:line="240" w:lineRule="auto"/>
            </w:pPr>
            <w:proofErr w:type="spellStart"/>
            <w:r w:rsidRPr="007A0413">
              <w:rPr>
                <w:sz w:val="17"/>
              </w:rPr>
              <w:t>Avize</w:t>
            </w:r>
            <w:proofErr w:type="spellEnd"/>
            <w:r w:rsidRPr="007A0413">
              <w:rPr>
                <w:sz w:val="17"/>
              </w:rPr>
              <w:t xml:space="preserve">, </w:t>
            </w:r>
            <w:proofErr w:type="spellStart"/>
            <w:r w:rsidRPr="007A0413">
              <w:rPr>
                <w:sz w:val="17"/>
              </w:rPr>
              <w:t>autorizații</w:t>
            </w:r>
            <w:proofErr w:type="spellEnd"/>
            <w:r w:rsidRPr="007A0413">
              <w:rPr>
                <w:sz w:val="17"/>
              </w:rPr>
              <w:t xml:space="preserve">, </w:t>
            </w:r>
            <w:proofErr w:type="spellStart"/>
            <w:r w:rsidRPr="007A0413">
              <w:rPr>
                <w:sz w:val="17"/>
              </w:rPr>
              <w:t>licențe</w:t>
            </w:r>
            <w:proofErr w:type="spellEnd"/>
            <w:r w:rsidRPr="007A0413">
              <w:rPr>
                <w:sz w:val="17"/>
              </w:rPr>
              <w:t xml:space="preserve"> </w:t>
            </w:r>
            <w:proofErr w:type="spellStart"/>
            <w:r w:rsidRPr="007A0413">
              <w:rPr>
                <w:sz w:val="17"/>
              </w:rPr>
              <w:t>și</w:t>
            </w:r>
            <w:proofErr w:type="spellEnd"/>
            <w:r w:rsidRPr="007A0413">
              <w:rPr>
                <w:sz w:val="17"/>
              </w:rPr>
              <w:t xml:space="preserve"> </w:t>
            </w:r>
            <w:proofErr w:type="spellStart"/>
            <w:r w:rsidRPr="007A0413">
              <w:rPr>
                <w:sz w:val="17"/>
              </w:rPr>
              <w:t>conformitate</w:t>
            </w:r>
            <w:proofErr w:type="spellEnd"/>
          </w:p>
        </w:tc>
        <w:tc>
          <w:tcPr>
            <w:tcW w:w="29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F7B8157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7"/>
              </w:rPr>
              <w:t>________________</w:t>
            </w:r>
          </w:p>
        </w:tc>
        <w:tc>
          <w:tcPr>
            <w:tcW w:w="136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01DA267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7"/>
              </w:rPr>
              <w:t>________</w:t>
            </w:r>
          </w:p>
        </w:tc>
        <w:tc>
          <w:tcPr>
            <w:tcW w:w="20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BEBFAF2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7"/>
              </w:rPr>
              <w:t>________________</w:t>
            </w:r>
          </w:p>
        </w:tc>
      </w:tr>
      <w:tr w:rsidR="005528C2" w:rsidRPr="007A0413" w14:paraId="373F0744" w14:textId="77777777" w:rsidTr="00B06084">
        <w:trPr>
          <w:cantSplit/>
          <w:jc w:val="center"/>
        </w:trPr>
        <w:tc>
          <w:tcPr>
            <w:tcW w:w="56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0876C85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7"/>
              </w:rPr>
              <w:t>13</w:t>
            </w:r>
          </w:p>
        </w:tc>
        <w:tc>
          <w:tcPr>
            <w:tcW w:w="357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65AEECD" w14:textId="77777777" w:rsidR="005528C2" w:rsidRPr="007A0413" w:rsidRDefault="00A1736F">
            <w:pPr>
              <w:spacing w:after="0" w:line="240" w:lineRule="auto"/>
            </w:pPr>
            <w:proofErr w:type="spellStart"/>
            <w:r w:rsidRPr="007A0413">
              <w:rPr>
                <w:sz w:val="17"/>
              </w:rPr>
              <w:t>Livrabile</w:t>
            </w:r>
            <w:proofErr w:type="spellEnd"/>
            <w:r w:rsidRPr="007A0413">
              <w:rPr>
                <w:sz w:val="17"/>
              </w:rPr>
              <w:t xml:space="preserve">, </w:t>
            </w:r>
            <w:proofErr w:type="spellStart"/>
            <w:r w:rsidRPr="007A0413">
              <w:rPr>
                <w:sz w:val="17"/>
              </w:rPr>
              <w:t>raportare</w:t>
            </w:r>
            <w:proofErr w:type="spellEnd"/>
            <w:r w:rsidRPr="007A0413">
              <w:rPr>
                <w:sz w:val="17"/>
              </w:rPr>
              <w:t xml:space="preserve">, </w:t>
            </w:r>
            <w:proofErr w:type="spellStart"/>
            <w:r w:rsidRPr="007A0413">
              <w:rPr>
                <w:sz w:val="17"/>
              </w:rPr>
              <w:t>recepție</w:t>
            </w:r>
            <w:proofErr w:type="spellEnd"/>
            <w:r w:rsidRPr="007A0413">
              <w:rPr>
                <w:sz w:val="17"/>
              </w:rPr>
              <w:t xml:space="preserve"> </w:t>
            </w:r>
            <w:proofErr w:type="spellStart"/>
            <w:r w:rsidRPr="007A0413">
              <w:rPr>
                <w:sz w:val="17"/>
              </w:rPr>
              <w:t>și</w:t>
            </w:r>
            <w:proofErr w:type="spellEnd"/>
            <w:r w:rsidRPr="007A0413">
              <w:rPr>
                <w:sz w:val="17"/>
              </w:rPr>
              <w:t xml:space="preserve"> </w:t>
            </w:r>
            <w:proofErr w:type="spellStart"/>
            <w:r w:rsidRPr="007A0413">
              <w:rPr>
                <w:sz w:val="17"/>
              </w:rPr>
              <w:t>controlul</w:t>
            </w:r>
            <w:proofErr w:type="spellEnd"/>
            <w:r w:rsidRPr="007A0413">
              <w:rPr>
                <w:sz w:val="17"/>
              </w:rPr>
              <w:t xml:space="preserve"> </w:t>
            </w:r>
            <w:proofErr w:type="spellStart"/>
            <w:r w:rsidRPr="007A0413">
              <w:rPr>
                <w:sz w:val="17"/>
              </w:rPr>
              <w:t>calității</w:t>
            </w:r>
            <w:proofErr w:type="spellEnd"/>
          </w:p>
        </w:tc>
        <w:tc>
          <w:tcPr>
            <w:tcW w:w="29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988090F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7"/>
              </w:rPr>
              <w:t>________________</w:t>
            </w:r>
          </w:p>
        </w:tc>
        <w:tc>
          <w:tcPr>
            <w:tcW w:w="136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2D07570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7"/>
              </w:rPr>
              <w:t>________</w:t>
            </w:r>
          </w:p>
        </w:tc>
        <w:tc>
          <w:tcPr>
            <w:tcW w:w="20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2364698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7"/>
              </w:rPr>
              <w:t>________________</w:t>
            </w:r>
          </w:p>
        </w:tc>
      </w:tr>
    </w:tbl>
    <w:p w14:paraId="08069193" w14:textId="77777777" w:rsidR="005528C2" w:rsidRPr="007A0413" w:rsidRDefault="005528C2">
      <w:pPr>
        <w:spacing w:after="20"/>
      </w:pPr>
    </w:p>
    <w:p w14:paraId="7F0B6E05" w14:textId="77777777" w:rsidR="005528C2" w:rsidRPr="007A0413" w:rsidRDefault="00A1736F">
      <w:pPr>
        <w:spacing w:after="60" w:line="240" w:lineRule="auto"/>
      </w:pPr>
      <w:r w:rsidRPr="007A0413">
        <w:rPr>
          <w:sz w:val="21"/>
        </w:rPr>
        <w:t xml:space="preserve">Data </w:t>
      </w:r>
      <w:proofErr w:type="spellStart"/>
      <w:r w:rsidRPr="007A0413">
        <w:rPr>
          <w:sz w:val="21"/>
        </w:rPr>
        <w:t>completării</w:t>
      </w:r>
      <w:proofErr w:type="spellEnd"/>
      <w:r w:rsidRPr="007A0413">
        <w:rPr>
          <w:sz w:val="21"/>
        </w:rPr>
        <w:t>: ____________________</w:t>
      </w:r>
    </w:p>
    <w:p w14:paraId="7488A9CD" w14:textId="77777777" w:rsidR="005528C2" w:rsidRPr="007A0413" w:rsidRDefault="00A1736F">
      <w:pPr>
        <w:spacing w:after="40" w:line="240" w:lineRule="auto"/>
      </w:pPr>
      <w:r w:rsidRPr="007A0413">
        <w:rPr>
          <w:sz w:val="21"/>
        </w:rPr>
        <w:t>Operator economic: ________________________________________________</w:t>
      </w:r>
    </w:p>
    <w:p w14:paraId="39E72492" w14:textId="77777777" w:rsidR="005528C2" w:rsidRPr="007A0413" w:rsidRDefault="00A1736F">
      <w:pPr>
        <w:spacing w:after="40" w:line="240" w:lineRule="auto"/>
      </w:pPr>
      <w:proofErr w:type="spellStart"/>
      <w:r w:rsidRPr="007A0413">
        <w:rPr>
          <w:sz w:val="21"/>
        </w:rPr>
        <w:t>Nume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prenume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reprezentant</w:t>
      </w:r>
      <w:proofErr w:type="spellEnd"/>
      <w:r w:rsidRPr="007A0413">
        <w:rPr>
          <w:sz w:val="21"/>
        </w:rPr>
        <w:t>/</w:t>
      </w:r>
      <w:proofErr w:type="spellStart"/>
      <w:r w:rsidRPr="007A0413">
        <w:rPr>
          <w:sz w:val="21"/>
        </w:rPr>
        <w:t>împuternicit</w:t>
      </w:r>
      <w:proofErr w:type="spellEnd"/>
      <w:r w:rsidRPr="007A0413">
        <w:rPr>
          <w:sz w:val="21"/>
        </w:rPr>
        <w:t>: ________________________________</w:t>
      </w:r>
    </w:p>
    <w:p w14:paraId="7372BBB2" w14:textId="77777777" w:rsidR="005528C2" w:rsidRPr="007A0413" w:rsidRDefault="00A1736F">
      <w:pPr>
        <w:spacing w:after="40" w:line="240" w:lineRule="auto"/>
      </w:pPr>
      <w:proofErr w:type="spellStart"/>
      <w:r w:rsidRPr="007A0413">
        <w:rPr>
          <w:sz w:val="21"/>
        </w:rPr>
        <w:lastRenderedPageBreak/>
        <w:t>Funcția</w:t>
      </w:r>
      <w:proofErr w:type="spellEnd"/>
      <w:r w:rsidRPr="007A0413">
        <w:rPr>
          <w:sz w:val="21"/>
        </w:rPr>
        <w:t>: ________________________________</w:t>
      </w:r>
    </w:p>
    <w:p w14:paraId="13978085" w14:textId="77777777" w:rsidR="005528C2" w:rsidRPr="007A0413" w:rsidRDefault="00A1736F">
      <w:pPr>
        <w:spacing w:after="0" w:line="240" w:lineRule="auto"/>
      </w:pPr>
      <w:proofErr w:type="spellStart"/>
      <w:r w:rsidRPr="007A0413">
        <w:rPr>
          <w:sz w:val="21"/>
        </w:rPr>
        <w:t>Semnătura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autorizată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ștampila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dacă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este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cazul</w:t>
      </w:r>
      <w:proofErr w:type="spellEnd"/>
      <w:r w:rsidRPr="007A0413">
        <w:rPr>
          <w:sz w:val="21"/>
        </w:rPr>
        <w:t>: __________________________</w:t>
      </w:r>
    </w:p>
    <w:p w14:paraId="362A34AD" w14:textId="77777777" w:rsidR="005528C2" w:rsidRPr="007A0413" w:rsidRDefault="00A1736F">
      <w:pPr>
        <w:pageBreakBefore/>
      </w:pPr>
      <w:proofErr w:type="spellStart"/>
      <w:r w:rsidRPr="007A0413">
        <w:rPr>
          <w:b/>
          <w:sz w:val="21"/>
        </w:rPr>
        <w:lastRenderedPageBreak/>
        <w:t>Denumire</w:t>
      </w:r>
      <w:proofErr w:type="spellEnd"/>
      <w:r w:rsidRPr="007A0413">
        <w:rPr>
          <w:b/>
          <w:sz w:val="21"/>
        </w:rPr>
        <w:t xml:space="preserve"> operator economic: </w:t>
      </w:r>
      <w:r w:rsidRPr="007A0413">
        <w:rPr>
          <w:sz w:val="21"/>
        </w:rPr>
        <w:t>____________________________________________</w:t>
      </w:r>
    </w:p>
    <w:p w14:paraId="116F8B53" w14:textId="77777777" w:rsidR="00B06084" w:rsidRPr="007A0413" w:rsidRDefault="00B06084">
      <w:pPr>
        <w:keepNext/>
        <w:spacing w:after="80"/>
        <w:jc w:val="center"/>
        <w:rPr>
          <w:b/>
          <w:sz w:val="24"/>
        </w:rPr>
      </w:pPr>
    </w:p>
    <w:p w14:paraId="0C3399D5" w14:textId="42A6BB63" w:rsidR="005528C2" w:rsidRPr="007A0413" w:rsidRDefault="00A1736F">
      <w:pPr>
        <w:keepNext/>
        <w:spacing w:after="80"/>
        <w:jc w:val="center"/>
      </w:pPr>
      <w:r w:rsidRPr="007A0413">
        <w:rPr>
          <w:b/>
          <w:sz w:val="24"/>
        </w:rPr>
        <w:t>FORMULARUL NR. 7</w:t>
      </w:r>
    </w:p>
    <w:p w14:paraId="32A130B5" w14:textId="77777777" w:rsidR="005528C2" w:rsidRPr="007A0413" w:rsidRDefault="00A1736F">
      <w:pPr>
        <w:keepNext/>
        <w:spacing w:after="180"/>
        <w:jc w:val="center"/>
      </w:pPr>
      <w:r w:rsidRPr="007A0413">
        <w:rPr>
          <w:b/>
          <w:sz w:val="24"/>
        </w:rPr>
        <w:t>DECLARAȚIE PRIVIND PRINCIPALELE SERVICII SIMILARE PRESTATE</w:t>
      </w:r>
    </w:p>
    <w:p w14:paraId="6CD66FA9" w14:textId="77777777" w:rsidR="005528C2" w:rsidRPr="007A0413" w:rsidRDefault="00A1736F">
      <w:pPr>
        <w:spacing w:after="80" w:line="240" w:lineRule="auto"/>
        <w:jc w:val="both"/>
      </w:pPr>
      <w:proofErr w:type="spellStart"/>
      <w:r w:rsidRPr="007A0413">
        <w:rPr>
          <w:sz w:val="21"/>
        </w:rPr>
        <w:t>Subsemnatul</w:t>
      </w:r>
      <w:proofErr w:type="spellEnd"/>
      <w:r w:rsidRPr="007A0413">
        <w:rPr>
          <w:sz w:val="21"/>
        </w:rPr>
        <w:t xml:space="preserve">(a) ____________________________________, </w:t>
      </w:r>
      <w:proofErr w:type="spellStart"/>
      <w:r w:rsidRPr="007A0413">
        <w:rPr>
          <w:sz w:val="21"/>
        </w:rPr>
        <w:t>reprezentant</w:t>
      </w:r>
      <w:proofErr w:type="spellEnd"/>
      <w:r w:rsidRPr="007A0413">
        <w:rPr>
          <w:sz w:val="21"/>
        </w:rPr>
        <w:t xml:space="preserve"> legal/</w:t>
      </w:r>
      <w:proofErr w:type="spellStart"/>
      <w:r w:rsidRPr="007A0413">
        <w:rPr>
          <w:sz w:val="21"/>
        </w:rPr>
        <w:t>împuternicit</w:t>
      </w:r>
      <w:proofErr w:type="spellEnd"/>
      <w:r w:rsidRPr="007A0413">
        <w:rPr>
          <w:sz w:val="21"/>
        </w:rPr>
        <w:t xml:space="preserve"> al ____________________________________, </w:t>
      </w:r>
      <w:proofErr w:type="spellStart"/>
      <w:r w:rsidRPr="007A0413">
        <w:rPr>
          <w:sz w:val="21"/>
        </w:rPr>
        <w:t>declar</w:t>
      </w:r>
      <w:proofErr w:type="spellEnd"/>
      <w:r w:rsidRPr="007A0413">
        <w:rPr>
          <w:sz w:val="21"/>
        </w:rPr>
        <w:t xml:space="preserve"> pe propria </w:t>
      </w:r>
      <w:proofErr w:type="spellStart"/>
      <w:r w:rsidRPr="007A0413">
        <w:rPr>
          <w:sz w:val="21"/>
        </w:rPr>
        <w:t>răspundere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informațiile</w:t>
      </w:r>
      <w:proofErr w:type="spellEnd"/>
      <w:r w:rsidRPr="007A0413">
        <w:rPr>
          <w:sz w:val="21"/>
        </w:rPr>
        <w:t xml:space="preserve"> din </w:t>
      </w:r>
      <w:proofErr w:type="spellStart"/>
      <w:r w:rsidRPr="007A0413">
        <w:rPr>
          <w:sz w:val="21"/>
        </w:rPr>
        <w:t>tabelul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mai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jos</w:t>
      </w:r>
      <w:proofErr w:type="spellEnd"/>
      <w:r w:rsidRPr="007A0413">
        <w:rPr>
          <w:sz w:val="21"/>
        </w:rPr>
        <w:t xml:space="preserve"> sunt </w:t>
      </w:r>
      <w:proofErr w:type="spellStart"/>
      <w:r w:rsidRPr="007A0413">
        <w:rPr>
          <w:sz w:val="21"/>
        </w:rPr>
        <w:t>reale</w:t>
      </w:r>
      <w:proofErr w:type="spellEnd"/>
      <w:r w:rsidRPr="007A0413">
        <w:rPr>
          <w:sz w:val="21"/>
        </w:rPr>
        <w:t xml:space="preserve">, complete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verificabile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sunt </w:t>
      </w:r>
      <w:proofErr w:type="spellStart"/>
      <w:r w:rsidRPr="007A0413">
        <w:rPr>
          <w:sz w:val="21"/>
        </w:rPr>
        <w:t>prezentate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pentru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demonstrarea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experienței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similare</w:t>
      </w:r>
      <w:proofErr w:type="spellEnd"/>
      <w:r w:rsidRPr="007A0413">
        <w:rPr>
          <w:sz w:val="21"/>
        </w:rPr>
        <w:t xml:space="preserve"> solicitate </w:t>
      </w:r>
      <w:proofErr w:type="spellStart"/>
      <w:r w:rsidRPr="007A0413">
        <w:rPr>
          <w:sz w:val="21"/>
        </w:rPr>
        <w:t>prin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documentația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atribuire</w:t>
      </w:r>
      <w:proofErr w:type="spellEnd"/>
      <w:r w:rsidRPr="007A0413">
        <w:rPr>
          <w:sz w:val="21"/>
        </w:rPr>
        <w:t>.</w:t>
      </w:r>
    </w:p>
    <w:p w14:paraId="79869369" w14:textId="4461A704" w:rsidR="005528C2" w:rsidRPr="007A0413" w:rsidRDefault="00A1736F">
      <w:pPr>
        <w:spacing w:after="80" w:line="240" w:lineRule="auto"/>
        <w:jc w:val="both"/>
      </w:pPr>
      <w:proofErr w:type="spellStart"/>
      <w:r w:rsidRPr="007A0413">
        <w:rPr>
          <w:sz w:val="21"/>
        </w:rPr>
        <w:t>Pentru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îndeplinirea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cerinței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ofertantul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va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prezenta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servicii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similare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prestate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duse</w:t>
      </w:r>
      <w:proofErr w:type="spellEnd"/>
      <w:r w:rsidRPr="007A0413">
        <w:rPr>
          <w:sz w:val="21"/>
        </w:rPr>
        <w:t xml:space="preserve"> la bun </w:t>
      </w:r>
      <w:proofErr w:type="spellStart"/>
      <w:r w:rsidRPr="007A0413">
        <w:rPr>
          <w:sz w:val="21"/>
        </w:rPr>
        <w:t>sfârșit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ultimii</w:t>
      </w:r>
      <w:proofErr w:type="spellEnd"/>
      <w:r w:rsidRPr="007A0413">
        <w:rPr>
          <w:sz w:val="21"/>
        </w:rPr>
        <w:t xml:space="preserve"> 3 ani </w:t>
      </w:r>
      <w:proofErr w:type="spellStart"/>
      <w:r w:rsidRPr="007A0413">
        <w:rPr>
          <w:sz w:val="21"/>
        </w:rPr>
        <w:t>împliniți</w:t>
      </w:r>
      <w:proofErr w:type="spellEnd"/>
      <w:r w:rsidRPr="007A0413">
        <w:rPr>
          <w:sz w:val="21"/>
        </w:rPr>
        <w:t xml:space="preserve"> la data</w:t>
      </w:r>
      <w:r w:rsidR="00AE28BA" w:rsidRPr="007A0413">
        <w:rPr>
          <w:sz w:val="21"/>
        </w:rPr>
        <w:t>-</w:t>
      </w:r>
      <w:proofErr w:type="spellStart"/>
      <w:r w:rsidR="00AE28BA" w:rsidRPr="007A0413">
        <w:rPr>
          <w:sz w:val="21"/>
        </w:rPr>
        <w:t>limită</w:t>
      </w:r>
      <w:proofErr w:type="spellEnd"/>
      <w:r w:rsidR="00AE28BA" w:rsidRPr="007A0413">
        <w:rPr>
          <w:sz w:val="21"/>
        </w:rPr>
        <w:t xml:space="preserve"> de </w:t>
      </w:r>
      <w:proofErr w:type="spellStart"/>
      <w:r w:rsidR="00AE28BA" w:rsidRPr="007A0413">
        <w:rPr>
          <w:sz w:val="21"/>
        </w:rPr>
        <w:t>depunere</w:t>
      </w:r>
      <w:proofErr w:type="spellEnd"/>
      <w:r w:rsidR="00AE28BA" w:rsidRPr="007A0413">
        <w:rPr>
          <w:sz w:val="21"/>
        </w:rPr>
        <w:t xml:space="preserve"> </w:t>
      </w:r>
      <w:proofErr w:type="gramStart"/>
      <w:r w:rsidR="00AE28BA" w:rsidRPr="007A0413">
        <w:rPr>
          <w:sz w:val="21"/>
        </w:rPr>
        <w:t>a</w:t>
      </w:r>
      <w:proofErr w:type="gramEnd"/>
      <w:r w:rsidR="00AE28BA" w:rsidRPr="007A0413">
        <w:rPr>
          <w:sz w:val="21"/>
        </w:rPr>
        <w:t xml:space="preserve"> </w:t>
      </w:r>
      <w:proofErr w:type="spellStart"/>
      <w:r w:rsidR="00AE28BA" w:rsidRPr="007A0413">
        <w:rPr>
          <w:sz w:val="21"/>
        </w:rPr>
        <w:t>ofertelor</w:t>
      </w:r>
      <w:proofErr w:type="spellEnd"/>
      <w:r w:rsidRPr="007A0413">
        <w:rPr>
          <w:sz w:val="21"/>
        </w:rPr>
        <w:t xml:space="preserve">, la </w:t>
      </w:r>
      <w:proofErr w:type="spellStart"/>
      <w:r w:rsidRPr="007A0413">
        <w:rPr>
          <w:sz w:val="21"/>
        </w:rPr>
        <w:t>nivelul</w:t>
      </w:r>
      <w:proofErr w:type="spellEnd"/>
      <w:r w:rsidRPr="007A0413">
        <w:rPr>
          <w:sz w:val="21"/>
        </w:rPr>
        <w:t xml:space="preserve"> a maximum 3 </w:t>
      </w:r>
      <w:proofErr w:type="spellStart"/>
      <w:r w:rsidRPr="007A0413">
        <w:rPr>
          <w:sz w:val="21"/>
        </w:rPr>
        <w:t>contracte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conformitate</w:t>
      </w:r>
      <w:proofErr w:type="spellEnd"/>
      <w:r w:rsidRPr="007A0413">
        <w:rPr>
          <w:sz w:val="21"/>
        </w:rPr>
        <w:t xml:space="preserve"> cu </w:t>
      </w:r>
      <w:proofErr w:type="spellStart"/>
      <w:r w:rsidRPr="007A0413">
        <w:rPr>
          <w:sz w:val="21"/>
        </w:rPr>
        <w:t>Fișa</w:t>
      </w:r>
      <w:proofErr w:type="spellEnd"/>
      <w:r w:rsidRPr="007A0413">
        <w:rPr>
          <w:sz w:val="21"/>
        </w:rPr>
        <w:t xml:space="preserve"> de date </w:t>
      </w:r>
      <w:proofErr w:type="gramStart"/>
      <w:r w:rsidRPr="007A0413">
        <w:rPr>
          <w:sz w:val="21"/>
        </w:rPr>
        <w:t>a</w:t>
      </w:r>
      <w:proofErr w:type="gram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achiziției</w:t>
      </w:r>
      <w:proofErr w:type="spellEnd"/>
      <w:r w:rsidRPr="007A0413">
        <w:rPr>
          <w:sz w:val="21"/>
        </w:rPr>
        <w:t>.</w:t>
      </w:r>
    </w:p>
    <w:p w14:paraId="3AD22E70" w14:textId="3FB1BA6C" w:rsidR="0004245F" w:rsidRPr="007A0413" w:rsidRDefault="003B57DB">
      <w:r w:rsidRPr="007A0413">
        <w:t xml:space="preserve">Prin </w:t>
      </w:r>
      <w:proofErr w:type="spellStart"/>
      <w:r w:rsidRPr="007A0413">
        <w:t>servicii</w:t>
      </w:r>
      <w:proofErr w:type="spellEnd"/>
      <w:r w:rsidRPr="007A0413">
        <w:t xml:space="preserve"> </w:t>
      </w:r>
      <w:proofErr w:type="spellStart"/>
      <w:r w:rsidRPr="007A0413">
        <w:t>similare</w:t>
      </w:r>
      <w:proofErr w:type="spellEnd"/>
      <w:r w:rsidRPr="007A0413">
        <w:t xml:space="preserve"> se </w:t>
      </w:r>
      <w:proofErr w:type="spellStart"/>
      <w:r w:rsidRPr="007A0413">
        <w:t>înțeleg</w:t>
      </w:r>
      <w:proofErr w:type="spellEnd"/>
      <w:r w:rsidRPr="007A0413">
        <w:t xml:space="preserve"> </w:t>
      </w:r>
      <w:proofErr w:type="spellStart"/>
      <w:r w:rsidRPr="007A0413">
        <w:t>servicii</w:t>
      </w:r>
      <w:proofErr w:type="spellEnd"/>
      <w:r w:rsidRPr="007A0413">
        <w:t xml:space="preserve"> de </w:t>
      </w:r>
      <w:proofErr w:type="spellStart"/>
      <w:r w:rsidRPr="007A0413">
        <w:t>organizare</w:t>
      </w:r>
      <w:proofErr w:type="spellEnd"/>
      <w:r w:rsidRPr="007A0413">
        <w:t xml:space="preserve"> </w:t>
      </w:r>
      <w:proofErr w:type="spellStart"/>
      <w:r w:rsidRPr="007A0413">
        <w:t>și</w:t>
      </w:r>
      <w:proofErr w:type="spellEnd"/>
      <w:r w:rsidRPr="007A0413">
        <w:t>/</w:t>
      </w:r>
      <w:proofErr w:type="spellStart"/>
      <w:r w:rsidRPr="007A0413">
        <w:t>sau</w:t>
      </w:r>
      <w:proofErr w:type="spellEnd"/>
      <w:r w:rsidRPr="007A0413">
        <w:t xml:space="preserve"> management </w:t>
      </w:r>
      <w:proofErr w:type="spellStart"/>
      <w:r w:rsidRPr="007A0413">
        <w:t>și</w:t>
      </w:r>
      <w:proofErr w:type="spellEnd"/>
      <w:r w:rsidRPr="007A0413">
        <w:t>/</w:t>
      </w:r>
      <w:proofErr w:type="spellStart"/>
      <w:r w:rsidRPr="007A0413">
        <w:t>sau</w:t>
      </w:r>
      <w:proofErr w:type="spellEnd"/>
      <w:r w:rsidRPr="007A0413">
        <w:t xml:space="preserve"> </w:t>
      </w:r>
      <w:proofErr w:type="spellStart"/>
      <w:r w:rsidRPr="007A0413">
        <w:t>producție</w:t>
      </w:r>
      <w:proofErr w:type="spellEnd"/>
      <w:r w:rsidRPr="007A0413">
        <w:t xml:space="preserve"> a </w:t>
      </w:r>
      <w:proofErr w:type="spellStart"/>
      <w:r w:rsidRPr="007A0413">
        <w:t>unor</w:t>
      </w:r>
      <w:proofErr w:type="spellEnd"/>
      <w:r w:rsidRPr="007A0413">
        <w:t xml:space="preserve"> </w:t>
      </w:r>
      <w:proofErr w:type="spellStart"/>
      <w:r w:rsidRPr="007A0413">
        <w:t>evenimente</w:t>
      </w:r>
      <w:proofErr w:type="spellEnd"/>
      <w:r w:rsidRPr="007A0413">
        <w:t xml:space="preserve"> </w:t>
      </w:r>
      <w:proofErr w:type="spellStart"/>
      <w:r w:rsidRPr="007A0413">
        <w:t>publice</w:t>
      </w:r>
      <w:proofErr w:type="spellEnd"/>
      <w:r w:rsidRPr="007A0413">
        <w:t xml:space="preserve"> </w:t>
      </w:r>
      <w:proofErr w:type="spellStart"/>
      <w:r w:rsidRPr="007A0413">
        <w:t>având</w:t>
      </w:r>
      <w:proofErr w:type="spellEnd"/>
      <w:r w:rsidRPr="007A0413">
        <w:t xml:space="preserve"> ca </w:t>
      </w:r>
      <w:proofErr w:type="spellStart"/>
      <w:r w:rsidRPr="007A0413">
        <w:t>tematică</w:t>
      </w:r>
      <w:proofErr w:type="spellEnd"/>
      <w:r w:rsidRPr="007A0413">
        <w:t xml:space="preserve"> </w:t>
      </w:r>
      <w:proofErr w:type="spellStart"/>
      <w:r w:rsidRPr="007A0413">
        <w:t>protecția</w:t>
      </w:r>
      <w:proofErr w:type="spellEnd"/>
      <w:r w:rsidRPr="007A0413">
        <w:t xml:space="preserve"> </w:t>
      </w:r>
      <w:proofErr w:type="spellStart"/>
      <w:r w:rsidRPr="007A0413">
        <w:t>și</w:t>
      </w:r>
      <w:proofErr w:type="spellEnd"/>
      <w:r w:rsidRPr="007A0413">
        <w:t>/</w:t>
      </w:r>
      <w:proofErr w:type="spellStart"/>
      <w:r w:rsidRPr="007A0413">
        <w:t>sau</w:t>
      </w:r>
      <w:proofErr w:type="spellEnd"/>
      <w:r w:rsidRPr="007A0413">
        <w:t xml:space="preserve"> </w:t>
      </w:r>
      <w:proofErr w:type="spellStart"/>
      <w:r w:rsidRPr="007A0413">
        <w:t>bunăstarea</w:t>
      </w:r>
      <w:proofErr w:type="spellEnd"/>
      <w:r w:rsidRPr="007A0413">
        <w:t xml:space="preserve"> </w:t>
      </w:r>
      <w:proofErr w:type="spellStart"/>
      <w:r w:rsidRPr="007A0413">
        <w:t>animalelor</w:t>
      </w:r>
      <w:proofErr w:type="spellEnd"/>
      <w:r w:rsidRPr="007A0413">
        <w:t xml:space="preserve">, </w:t>
      </w:r>
      <w:proofErr w:type="spellStart"/>
      <w:r w:rsidRPr="007A0413">
        <w:t>promovarea</w:t>
      </w:r>
      <w:proofErr w:type="spellEnd"/>
      <w:r w:rsidRPr="007A0413">
        <w:t xml:space="preserve"> </w:t>
      </w:r>
      <w:proofErr w:type="spellStart"/>
      <w:r w:rsidRPr="007A0413">
        <w:t>adopției</w:t>
      </w:r>
      <w:proofErr w:type="spellEnd"/>
      <w:r w:rsidRPr="007A0413">
        <w:t xml:space="preserve"> </w:t>
      </w:r>
      <w:proofErr w:type="spellStart"/>
      <w:r w:rsidRPr="007A0413">
        <w:t>animalelor</w:t>
      </w:r>
      <w:proofErr w:type="spellEnd"/>
      <w:r w:rsidRPr="007A0413">
        <w:t xml:space="preserve">, </w:t>
      </w:r>
      <w:proofErr w:type="spellStart"/>
      <w:r w:rsidRPr="007A0413">
        <w:t>responsabilitatea</w:t>
      </w:r>
      <w:proofErr w:type="spellEnd"/>
      <w:r w:rsidRPr="007A0413">
        <w:t xml:space="preserve"> </w:t>
      </w:r>
      <w:proofErr w:type="spellStart"/>
      <w:r w:rsidRPr="007A0413">
        <w:t>față</w:t>
      </w:r>
      <w:proofErr w:type="spellEnd"/>
      <w:r w:rsidRPr="007A0413">
        <w:t xml:space="preserve"> de </w:t>
      </w:r>
      <w:proofErr w:type="spellStart"/>
      <w:r w:rsidRPr="007A0413">
        <w:t>animalele</w:t>
      </w:r>
      <w:proofErr w:type="spellEnd"/>
      <w:r w:rsidRPr="007A0413">
        <w:t xml:space="preserve"> de </w:t>
      </w:r>
      <w:proofErr w:type="spellStart"/>
      <w:r w:rsidRPr="007A0413">
        <w:t>companie</w:t>
      </w:r>
      <w:proofErr w:type="spellEnd"/>
      <w:r w:rsidRPr="007A0413">
        <w:t xml:space="preserve"> </w:t>
      </w:r>
      <w:proofErr w:type="spellStart"/>
      <w:r w:rsidRPr="007A0413">
        <w:t>ori</w:t>
      </w:r>
      <w:proofErr w:type="spellEnd"/>
      <w:r w:rsidRPr="007A0413">
        <w:t xml:space="preserve"> </w:t>
      </w:r>
      <w:proofErr w:type="spellStart"/>
      <w:r w:rsidRPr="007A0413">
        <w:t>alte</w:t>
      </w:r>
      <w:proofErr w:type="spellEnd"/>
      <w:r w:rsidRPr="007A0413">
        <w:t xml:space="preserve"> </w:t>
      </w:r>
      <w:proofErr w:type="spellStart"/>
      <w:r w:rsidRPr="007A0413">
        <w:t>tematici</w:t>
      </w:r>
      <w:proofErr w:type="spellEnd"/>
      <w:r w:rsidRPr="007A0413">
        <w:t xml:space="preserve"> </w:t>
      </w:r>
      <w:proofErr w:type="spellStart"/>
      <w:r w:rsidRPr="007A0413">
        <w:t>conexe</w:t>
      </w:r>
      <w:proofErr w:type="spellEnd"/>
      <w:r w:rsidRPr="007A0413">
        <w:t xml:space="preserve">, care au </w:t>
      </w:r>
      <w:proofErr w:type="spellStart"/>
      <w:r w:rsidRPr="007A0413">
        <w:t>inclus</w:t>
      </w:r>
      <w:proofErr w:type="spellEnd"/>
      <w:r w:rsidRPr="007A0413">
        <w:t xml:space="preserve"> </w:t>
      </w:r>
      <w:proofErr w:type="spellStart"/>
      <w:r w:rsidRPr="007A0413">
        <w:t>componente</w:t>
      </w:r>
      <w:proofErr w:type="spellEnd"/>
      <w:r w:rsidRPr="007A0413">
        <w:t xml:space="preserve"> de </w:t>
      </w:r>
      <w:proofErr w:type="spellStart"/>
      <w:r w:rsidRPr="007A0413">
        <w:t>organizare</w:t>
      </w:r>
      <w:proofErr w:type="spellEnd"/>
      <w:r w:rsidRPr="007A0413">
        <w:t xml:space="preserve">, </w:t>
      </w:r>
      <w:proofErr w:type="spellStart"/>
      <w:r w:rsidRPr="007A0413">
        <w:t>logistică</w:t>
      </w:r>
      <w:proofErr w:type="spellEnd"/>
      <w:r w:rsidRPr="007A0413">
        <w:t xml:space="preserve"> </w:t>
      </w:r>
      <w:proofErr w:type="spellStart"/>
      <w:r w:rsidRPr="007A0413">
        <w:t>și</w:t>
      </w:r>
      <w:proofErr w:type="spellEnd"/>
      <w:r w:rsidRPr="007A0413">
        <w:t xml:space="preserve"> </w:t>
      </w:r>
      <w:proofErr w:type="spellStart"/>
      <w:r w:rsidRPr="007A0413">
        <w:t>producție</w:t>
      </w:r>
      <w:proofErr w:type="spellEnd"/>
      <w:r w:rsidRPr="007A0413">
        <w:t xml:space="preserve"> </w:t>
      </w:r>
      <w:proofErr w:type="spellStart"/>
      <w:r w:rsidRPr="007A0413">
        <w:t>tehnică</w:t>
      </w:r>
      <w:proofErr w:type="spellEnd"/>
      <w:r w:rsidRPr="007A0413">
        <w:t>.</w:t>
      </w:r>
    </w:p>
    <w:p w14:paraId="20499A07" w14:textId="77777777" w:rsidR="00B06084" w:rsidRPr="007A0413" w:rsidRDefault="00B06084"/>
    <w:tbl>
      <w:tblPr>
        <w:tblStyle w:val="Tabelgril"/>
        <w:tblW w:w="9261" w:type="dxa"/>
        <w:jc w:val="center"/>
        <w:tblLayout w:type="fixed"/>
        <w:tblLook w:val="04A0" w:firstRow="1" w:lastRow="0" w:firstColumn="1" w:lastColumn="0" w:noHBand="0" w:noVBand="1"/>
      </w:tblPr>
      <w:tblGrid>
        <w:gridCol w:w="1092"/>
        <w:gridCol w:w="1126"/>
        <w:gridCol w:w="1320"/>
        <w:gridCol w:w="2502"/>
        <w:gridCol w:w="1569"/>
        <w:gridCol w:w="1652"/>
      </w:tblGrid>
      <w:tr w:rsidR="00AE28BA" w:rsidRPr="007A0413" w14:paraId="1A02084B" w14:textId="77777777" w:rsidTr="00AE28BA">
        <w:trPr>
          <w:cantSplit/>
          <w:trHeight w:val="518"/>
          <w:tblHeader/>
          <w:jc w:val="center"/>
        </w:trPr>
        <w:tc>
          <w:tcPr>
            <w:tcW w:w="109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C4C4BF1" w14:textId="77777777" w:rsidR="00AE28BA" w:rsidRPr="007A0413" w:rsidRDefault="00AE28BA" w:rsidP="00B06084">
            <w:pPr>
              <w:spacing w:after="0" w:line="240" w:lineRule="auto"/>
              <w:ind w:left="48"/>
              <w:jc w:val="center"/>
            </w:pPr>
            <w:r w:rsidRPr="007A0413">
              <w:rPr>
                <w:b/>
                <w:sz w:val="16"/>
              </w:rPr>
              <w:t>Nr.</w:t>
            </w:r>
          </w:p>
        </w:tc>
        <w:tc>
          <w:tcPr>
            <w:tcW w:w="112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60A1A72" w14:textId="77777777" w:rsidR="00AE28BA" w:rsidRPr="007A0413" w:rsidRDefault="00AE28BA">
            <w:pPr>
              <w:spacing w:after="0" w:line="240" w:lineRule="auto"/>
              <w:jc w:val="center"/>
            </w:pPr>
            <w:proofErr w:type="spellStart"/>
            <w:r w:rsidRPr="007A0413">
              <w:rPr>
                <w:b/>
                <w:sz w:val="16"/>
              </w:rPr>
              <w:t>Beneficiar</w:t>
            </w:r>
            <w:proofErr w:type="spellEnd"/>
          </w:p>
        </w:tc>
        <w:tc>
          <w:tcPr>
            <w:tcW w:w="13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CA53C3D" w14:textId="77777777" w:rsidR="00AE28BA" w:rsidRPr="007A0413" w:rsidRDefault="00AE28BA">
            <w:pPr>
              <w:spacing w:after="0" w:line="240" w:lineRule="auto"/>
              <w:jc w:val="center"/>
            </w:pPr>
            <w:proofErr w:type="gramStart"/>
            <w:r w:rsidRPr="007A0413">
              <w:rPr>
                <w:b/>
                <w:sz w:val="16"/>
              </w:rPr>
              <w:t>Nr./</w:t>
            </w:r>
            <w:proofErr w:type="gramEnd"/>
            <w:r w:rsidRPr="007A0413">
              <w:rPr>
                <w:b/>
                <w:sz w:val="16"/>
              </w:rPr>
              <w:t>data contract</w:t>
            </w:r>
          </w:p>
        </w:tc>
        <w:tc>
          <w:tcPr>
            <w:tcW w:w="250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A04CC2B" w14:textId="77777777" w:rsidR="00AE28BA" w:rsidRPr="007A0413" w:rsidRDefault="00AE28BA">
            <w:pPr>
              <w:spacing w:after="0" w:line="240" w:lineRule="auto"/>
              <w:jc w:val="center"/>
            </w:pPr>
            <w:proofErr w:type="spellStart"/>
            <w:r w:rsidRPr="007A0413">
              <w:rPr>
                <w:b/>
                <w:sz w:val="16"/>
              </w:rPr>
              <w:t>Obiect</w:t>
            </w:r>
            <w:proofErr w:type="spellEnd"/>
            <w:r w:rsidRPr="007A0413">
              <w:rPr>
                <w:b/>
                <w:sz w:val="16"/>
              </w:rPr>
              <w:t xml:space="preserve"> / tip </w:t>
            </w:r>
            <w:proofErr w:type="spellStart"/>
            <w:r w:rsidRPr="007A0413">
              <w:rPr>
                <w:b/>
                <w:sz w:val="16"/>
              </w:rPr>
              <w:t>eveniment</w:t>
            </w:r>
            <w:proofErr w:type="spellEnd"/>
          </w:p>
        </w:tc>
        <w:tc>
          <w:tcPr>
            <w:tcW w:w="156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5198FEC" w14:textId="77777777" w:rsidR="00AE28BA" w:rsidRPr="007A0413" w:rsidRDefault="00AE28BA">
            <w:pPr>
              <w:spacing w:after="0" w:line="240" w:lineRule="auto"/>
              <w:jc w:val="center"/>
            </w:pPr>
            <w:proofErr w:type="spellStart"/>
            <w:r w:rsidRPr="007A0413">
              <w:rPr>
                <w:b/>
                <w:sz w:val="16"/>
              </w:rPr>
              <w:t>Perioada</w:t>
            </w:r>
            <w:proofErr w:type="spellEnd"/>
            <w:r w:rsidRPr="007A0413">
              <w:rPr>
                <w:b/>
                <w:sz w:val="16"/>
              </w:rPr>
              <w:t xml:space="preserve"> </w:t>
            </w:r>
            <w:proofErr w:type="spellStart"/>
            <w:r w:rsidRPr="007A0413">
              <w:rPr>
                <w:b/>
                <w:sz w:val="16"/>
              </w:rPr>
              <w:t>prestării</w:t>
            </w:r>
            <w:proofErr w:type="spellEnd"/>
          </w:p>
        </w:tc>
        <w:tc>
          <w:tcPr>
            <w:tcW w:w="165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3BD235A" w14:textId="77777777" w:rsidR="00AE28BA" w:rsidRPr="007A0413" w:rsidRDefault="00AE28BA">
            <w:pPr>
              <w:spacing w:after="0" w:line="240" w:lineRule="auto"/>
              <w:jc w:val="center"/>
            </w:pPr>
            <w:r w:rsidRPr="007A0413">
              <w:rPr>
                <w:b/>
                <w:sz w:val="16"/>
              </w:rPr>
              <w:t>Document suport</w:t>
            </w:r>
          </w:p>
        </w:tc>
      </w:tr>
      <w:tr w:rsidR="00AE28BA" w:rsidRPr="007A0413" w14:paraId="26FB09E3" w14:textId="77777777" w:rsidTr="00AE28BA">
        <w:trPr>
          <w:cantSplit/>
          <w:trHeight w:val="241"/>
          <w:jc w:val="center"/>
        </w:trPr>
        <w:tc>
          <w:tcPr>
            <w:tcW w:w="109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B04DB7E" w14:textId="77777777" w:rsidR="00AE28BA" w:rsidRPr="007A0413" w:rsidRDefault="00AE28BA">
            <w:pPr>
              <w:spacing w:after="0" w:line="240" w:lineRule="auto"/>
              <w:jc w:val="center"/>
            </w:pPr>
            <w:r w:rsidRPr="007A0413">
              <w:rPr>
                <w:sz w:val="16"/>
              </w:rPr>
              <w:t>1</w:t>
            </w:r>
          </w:p>
        </w:tc>
        <w:tc>
          <w:tcPr>
            <w:tcW w:w="112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4655E18" w14:textId="77777777" w:rsidR="00AE28BA" w:rsidRPr="007A0413" w:rsidRDefault="00AE28BA">
            <w:pPr>
              <w:spacing w:after="0" w:line="240" w:lineRule="auto"/>
            </w:pPr>
          </w:p>
        </w:tc>
        <w:tc>
          <w:tcPr>
            <w:tcW w:w="13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FD79916" w14:textId="77777777" w:rsidR="00AE28BA" w:rsidRPr="007A0413" w:rsidRDefault="00AE28BA">
            <w:pPr>
              <w:spacing w:after="0" w:line="240" w:lineRule="auto"/>
              <w:jc w:val="center"/>
            </w:pPr>
          </w:p>
        </w:tc>
        <w:tc>
          <w:tcPr>
            <w:tcW w:w="250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D1896B8" w14:textId="77777777" w:rsidR="00AE28BA" w:rsidRPr="007A0413" w:rsidRDefault="00AE28BA">
            <w:pPr>
              <w:spacing w:after="0" w:line="240" w:lineRule="auto"/>
            </w:pPr>
          </w:p>
        </w:tc>
        <w:tc>
          <w:tcPr>
            <w:tcW w:w="156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35ACD63" w14:textId="77777777" w:rsidR="00AE28BA" w:rsidRPr="007A0413" w:rsidRDefault="00AE28BA">
            <w:pPr>
              <w:spacing w:after="0" w:line="240" w:lineRule="auto"/>
              <w:jc w:val="center"/>
            </w:pPr>
          </w:p>
        </w:tc>
        <w:tc>
          <w:tcPr>
            <w:tcW w:w="165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D7F4807" w14:textId="77777777" w:rsidR="00AE28BA" w:rsidRPr="007A0413" w:rsidRDefault="00AE28BA">
            <w:pPr>
              <w:spacing w:after="0" w:line="240" w:lineRule="auto"/>
            </w:pPr>
          </w:p>
        </w:tc>
      </w:tr>
      <w:tr w:rsidR="00AE28BA" w:rsidRPr="007A0413" w14:paraId="6E5DBB30" w14:textId="77777777" w:rsidTr="00AE28BA">
        <w:trPr>
          <w:cantSplit/>
          <w:trHeight w:val="241"/>
          <w:jc w:val="center"/>
        </w:trPr>
        <w:tc>
          <w:tcPr>
            <w:tcW w:w="109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7B71F09" w14:textId="77777777" w:rsidR="00AE28BA" w:rsidRPr="007A0413" w:rsidRDefault="00AE28BA">
            <w:pPr>
              <w:spacing w:after="0" w:line="240" w:lineRule="auto"/>
              <w:jc w:val="center"/>
            </w:pPr>
            <w:r w:rsidRPr="007A0413">
              <w:rPr>
                <w:sz w:val="16"/>
              </w:rPr>
              <w:t>2</w:t>
            </w:r>
          </w:p>
        </w:tc>
        <w:tc>
          <w:tcPr>
            <w:tcW w:w="112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72E6062" w14:textId="77777777" w:rsidR="00AE28BA" w:rsidRPr="007A0413" w:rsidRDefault="00AE28BA">
            <w:pPr>
              <w:spacing w:after="0" w:line="240" w:lineRule="auto"/>
            </w:pPr>
          </w:p>
        </w:tc>
        <w:tc>
          <w:tcPr>
            <w:tcW w:w="13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9344759" w14:textId="77777777" w:rsidR="00AE28BA" w:rsidRPr="007A0413" w:rsidRDefault="00AE28BA">
            <w:pPr>
              <w:spacing w:after="0" w:line="240" w:lineRule="auto"/>
              <w:jc w:val="center"/>
            </w:pPr>
          </w:p>
        </w:tc>
        <w:tc>
          <w:tcPr>
            <w:tcW w:w="250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5A20092" w14:textId="77777777" w:rsidR="00AE28BA" w:rsidRPr="007A0413" w:rsidRDefault="00AE28BA">
            <w:pPr>
              <w:spacing w:after="0" w:line="240" w:lineRule="auto"/>
            </w:pPr>
          </w:p>
        </w:tc>
        <w:tc>
          <w:tcPr>
            <w:tcW w:w="156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2FC8F59" w14:textId="77777777" w:rsidR="00AE28BA" w:rsidRPr="007A0413" w:rsidRDefault="00AE28BA">
            <w:pPr>
              <w:spacing w:after="0" w:line="240" w:lineRule="auto"/>
              <w:jc w:val="center"/>
            </w:pPr>
          </w:p>
        </w:tc>
        <w:tc>
          <w:tcPr>
            <w:tcW w:w="165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14C120F" w14:textId="77777777" w:rsidR="00AE28BA" w:rsidRPr="007A0413" w:rsidRDefault="00AE28BA">
            <w:pPr>
              <w:spacing w:after="0" w:line="240" w:lineRule="auto"/>
            </w:pPr>
          </w:p>
        </w:tc>
      </w:tr>
      <w:tr w:rsidR="00AE28BA" w:rsidRPr="007A0413" w14:paraId="6A45FF9F" w14:textId="77777777" w:rsidTr="00AE28BA">
        <w:trPr>
          <w:cantSplit/>
          <w:trHeight w:val="230"/>
          <w:jc w:val="center"/>
        </w:trPr>
        <w:tc>
          <w:tcPr>
            <w:tcW w:w="109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CE3164D" w14:textId="77777777" w:rsidR="00AE28BA" w:rsidRPr="007A0413" w:rsidRDefault="00AE28BA">
            <w:pPr>
              <w:spacing w:after="0" w:line="240" w:lineRule="auto"/>
              <w:jc w:val="center"/>
            </w:pPr>
            <w:r w:rsidRPr="007A0413">
              <w:rPr>
                <w:sz w:val="16"/>
              </w:rPr>
              <w:t>3</w:t>
            </w:r>
          </w:p>
        </w:tc>
        <w:tc>
          <w:tcPr>
            <w:tcW w:w="112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DB572C" w14:textId="77777777" w:rsidR="00AE28BA" w:rsidRPr="007A0413" w:rsidRDefault="00AE28BA">
            <w:pPr>
              <w:spacing w:after="0" w:line="240" w:lineRule="auto"/>
            </w:pPr>
          </w:p>
        </w:tc>
        <w:tc>
          <w:tcPr>
            <w:tcW w:w="13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FAC0C99" w14:textId="77777777" w:rsidR="00AE28BA" w:rsidRPr="007A0413" w:rsidRDefault="00AE28BA">
            <w:pPr>
              <w:spacing w:after="0" w:line="240" w:lineRule="auto"/>
              <w:jc w:val="center"/>
            </w:pPr>
          </w:p>
        </w:tc>
        <w:tc>
          <w:tcPr>
            <w:tcW w:w="250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66C2CB7" w14:textId="77777777" w:rsidR="00AE28BA" w:rsidRPr="007A0413" w:rsidRDefault="00AE28BA">
            <w:pPr>
              <w:spacing w:after="0" w:line="240" w:lineRule="auto"/>
            </w:pPr>
          </w:p>
        </w:tc>
        <w:tc>
          <w:tcPr>
            <w:tcW w:w="156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FC27DF" w14:textId="77777777" w:rsidR="00AE28BA" w:rsidRPr="007A0413" w:rsidRDefault="00AE28BA">
            <w:pPr>
              <w:spacing w:after="0" w:line="240" w:lineRule="auto"/>
              <w:jc w:val="center"/>
            </w:pPr>
          </w:p>
        </w:tc>
        <w:tc>
          <w:tcPr>
            <w:tcW w:w="165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CF125DB" w14:textId="77777777" w:rsidR="00AE28BA" w:rsidRPr="007A0413" w:rsidRDefault="00AE28BA">
            <w:pPr>
              <w:spacing w:after="0" w:line="240" w:lineRule="auto"/>
            </w:pPr>
          </w:p>
        </w:tc>
      </w:tr>
    </w:tbl>
    <w:p w14:paraId="1A6C7864" w14:textId="77777777" w:rsidR="005528C2" w:rsidRPr="007A0413" w:rsidRDefault="005528C2">
      <w:pPr>
        <w:spacing w:after="20"/>
      </w:pPr>
    </w:p>
    <w:p w14:paraId="6D552BBA" w14:textId="33D16816" w:rsidR="005528C2" w:rsidRPr="007A0413" w:rsidRDefault="00A1736F">
      <w:pPr>
        <w:spacing w:after="80" w:line="240" w:lineRule="auto"/>
        <w:jc w:val="both"/>
      </w:pPr>
      <w:r w:rsidRPr="007A0413">
        <w:rPr>
          <w:sz w:val="21"/>
        </w:rPr>
        <w:t xml:space="preserve">Se </w:t>
      </w:r>
      <w:proofErr w:type="spellStart"/>
      <w:r w:rsidRPr="007A0413">
        <w:rPr>
          <w:sz w:val="21"/>
        </w:rPr>
        <w:t>vor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anexa</w:t>
      </w:r>
      <w:proofErr w:type="spellEnd"/>
      <w:r w:rsidRPr="007A0413">
        <w:rPr>
          <w:sz w:val="21"/>
        </w:rPr>
        <w:t xml:space="preserve"> certificate, </w:t>
      </w:r>
      <w:proofErr w:type="spellStart"/>
      <w:r w:rsidRPr="007A0413">
        <w:rPr>
          <w:sz w:val="21"/>
        </w:rPr>
        <w:t>recomandări</w:t>
      </w:r>
      <w:proofErr w:type="spellEnd"/>
      <w:r w:rsidRPr="007A0413">
        <w:rPr>
          <w:sz w:val="21"/>
        </w:rPr>
        <w:t xml:space="preserve">, procese-verbale de </w:t>
      </w:r>
      <w:proofErr w:type="spellStart"/>
      <w:r w:rsidRPr="007A0413">
        <w:rPr>
          <w:sz w:val="21"/>
        </w:rPr>
        <w:t>recepție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documente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constatatoare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ori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alte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documente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emise</w:t>
      </w:r>
      <w:proofErr w:type="spellEnd"/>
      <w:r w:rsidRPr="007A0413">
        <w:rPr>
          <w:sz w:val="21"/>
        </w:rPr>
        <w:t>/</w:t>
      </w:r>
      <w:proofErr w:type="spellStart"/>
      <w:r w:rsidRPr="007A0413">
        <w:rPr>
          <w:sz w:val="21"/>
        </w:rPr>
        <w:t>contrasemnate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beneficiari</w:t>
      </w:r>
      <w:proofErr w:type="spellEnd"/>
      <w:r w:rsidRPr="007A0413">
        <w:rPr>
          <w:sz w:val="21"/>
        </w:rPr>
        <w:t xml:space="preserve"> din care </w:t>
      </w:r>
      <w:proofErr w:type="spellStart"/>
      <w:r w:rsidRPr="007A0413">
        <w:rPr>
          <w:sz w:val="21"/>
        </w:rPr>
        <w:t>să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rezulte</w:t>
      </w:r>
      <w:proofErr w:type="spellEnd"/>
      <w:r w:rsidRPr="007A0413">
        <w:rPr>
          <w:sz w:val="21"/>
        </w:rPr>
        <w:t xml:space="preserve"> cel </w:t>
      </w:r>
      <w:proofErr w:type="spellStart"/>
      <w:r w:rsidRPr="007A0413">
        <w:rPr>
          <w:sz w:val="21"/>
        </w:rPr>
        <w:t>puțin</w:t>
      </w:r>
      <w:proofErr w:type="spellEnd"/>
      <w:r w:rsidR="00AE28BA" w:rsidRPr="007A0413">
        <w:rPr>
          <w:sz w:val="21"/>
        </w:rPr>
        <w:t xml:space="preserve"> </w:t>
      </w:r>
      <w:proofErr w:type="spellStart"/>
      <w:r w:rsidR="00AE28BA" w:rsidRPr="007A0413">
        <w:rPr>
          <w:sz w:val="21"/>
        </w:rPr>
        <w:t>obiectul</w:t>
      </w:r>
      <w:proofErr w:type="spellEnd"/>
      <w:r w:rsidR="00AE28BA" w:rsidRPr="007A0413">
        <w:rPr>
          <w:sz w:val="21"/>
        </w:rPr>
        <w:t xml:space="preserve">, </w:t>
      </w:r>
      <w:proofErr w:type="spellStart"/>
      <w:r w:rsidR="00AE28BA" w:rsidRPr="007A0413">
        <w:rPr>
          <w:sz w:val="21"/>
        </w:rPr>
        <w:t>perioada</w:t>
      </w:r>
      <w:proofErr w:type="spellEnd"/>
      <w:r w:rsidR="00AE28BA" w:rsidRPr="007A0413">
        <w:rPr>
          <w:sz w:val="21"/>
        </w:rPr>
        <w:t xml:space="preserve"> </w:t>
      </w:r>
      <w:proofErr w:type="spellStart"/>
      <w:r w:rsidR="00AE28BA"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confirmarea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bunei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prestări</w:t>
      </w:r>
      <w:proofErr w:type="spellEnd"/>
      <w:r w:rsidRPr="007A0413">
        <w:rPr>
          <w:sz w:val="21"/>
        </w:rPr>
        <w:t>.</w:t>
      </w:r>
    </w:p>
    <w:p w14:paraId="777B7A46" w14:textId="77777777" w:rsidR="005528C2" w:rsidRPr="007A0413" w:rsidRDefault="00A1736F">
      <w:pPr>
        <w:spacing w:after="80" w:line="240" w:lineRule="auto"/>
        <w:jc w:val="both"/>
      </w:pP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cazul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unei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asocieri</w:t>
      </w:r>
      <w:proofErr w:type="spellEnd"/>
      <w:r w:rsidRPr="007A0413">
        <w:rPr>
          <w:sz w:val="21"/>
        </w:rPr>
        <w:t xml:space="preserve"> se </w:t>
      </w:r>
      <w:proofErr w:type="spellStart"/>
      <w:r w:rsidRPr="007A0413">
        <w:rPr>
          <w:sz w:val="21"/>
        </w:rPr>
        <w:t>va</w:t>
      </w:r>
      <w:proofErr w:type="spellEnd"/>
      <w:r w:rsidRPr="007A0413">
        <w:rPr>
          <w:sz w:val="21"/>
        </w:rPr>
        <w:t xml:space="preserve"> indica </w:t>
      </w:r>
      <w:proofErr w:type="spellStart"/>
      <w:r w:rsidRPr="007A0413">
        <w:rPr>
          <w:sz w:val="21"/>
        </w:rPr>
        <w:t>membrul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asocierii</w:t>
      </w:r>
      <w:proofErr w:type="spellEnd"/>
      <w:r w:rsidRPr="007A0413">
        <w:rPr>
          <w:sz w:val="21"/>
        </w:rPr>
        <w:t xml:space="preserve"> care a </w:t>
      </w:r>
      <w:proofErr w:type="spellStart"/>
      <w:r w:rsidRPr="007A0413">
        <w:rPr>
          <w:sz w:val="21"/>
        </w:rPr>
        <w:t>prestat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fiecare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serviciu</w:t>
      </w:r>
      <w:proofErr w:type="spellEnd"/>
      <w:r w:rsidRPr="007A0413">
        <w:rPr>
          <w:sz w:val="21"/>
        </w:rPr>
        <w:t xml:space="preserve">. </w:t>
      </w:r>
      <w:proofErr w:type="spellStart"/>
      <w:r w:rsidRPr="007A0413">
        <w:rPr>
          <w:sz w:val="21"/>
        </w:rPr>
        <w:t>Dacă</w:t>
      </w:r>
      <w:proofErr w:type="spellEnd"/>
      <w:r w:rsidRPr="007A0413">
        <w:rPr>
          <w:sz w:val="21"/>
        </w:rPr>
        <w:t xml:space="preserve"> se </w:t>
      </w:r>
      <w:proofErr w:type="spellStart"/>
      <w:r w:rsidRPr="007A0413">
        <w:rPr>
          <w:sz w:val="21"/>
        </w:rPr>
        <w:t>invocă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susținerea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unui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terț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informațiile</w:t>
      </w:r>
      <w:proofErr w:type="spellEnd"/>
      <w:r w:rsidRPr="007A0413">
        <w:rPr>
          <w:sz w:val="21"/>
        </w:rPr>
        <w:t xml:space="preserve"> se </w:t>
      </w:r>
      <w:proofErr w:type="spellStart"/>
      <w:r w:rsidRPr="007A0413">
        <w:rPr>
          <w:sz w:val="21"/>
        </w:rPr>
        <w:t>corelează</w:t>
      </w:r>
      <w:proofErr w:type="spellEnd"/>
      <w:r w:rsidRPr="007A0413">
        <w:rPr>
          <w:sz w:val="21"/>
        </w:rPr>
        <w:t xml:space="preserve"> cu </w:t>
      </w:r>
      <w:proofErr w:type="spellStart"/>
      <w:r w:rsidRPr="007A0413">
        <w:rPr>
          <w:sz w:val="21"/>
        </w:rPr>
        <w:t>Formularul</w:t>
      </w:r>
      <w:proofErr w:type="spellEnd"/>
      <w:r w:rsidRPr="007A0413">
        <w:rPr>
          <w:sz w:val="21"/>
        </w:rPr>
        <w:t xml:space="preserve"> nr. 12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documentele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anexate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acestuia</w:t>
      </w:r>
      <w:proofErr w:type="spellEnd"/>
      <w:r w:rsidRPr="007A0413">
        <w:rPr>
          <w:sz w:val="21"/>
        </w:rPr>
        <w:t>.</w:t>
      </w:r>
    </w:p>
    <w:p w14:paraId="570ECB6F" w14:textId="77777777" w:rsidR="005528C2" w:rsidRPr="007A0413" w:rsidRDefault="00A1736F">
      <w:pPr>
        <w:spacing w:after="60" w:line="240" w:lineRule="auto"/>
      </w:pPr>
      <w:r w:rsidRPr="007A0413">
        <w:rPr>
          <w:sz w:val="21"/>
        </w:rPr>
        <w:t xml:space="preserve">Data </w:t>
      </w:r>
      <w:proofErr w:type="spellStart"/>
      <w:r w:rsidRPr="007A0413">
        <w:rPr>
          <w:sz w:val="21"/>
        </w:rPr>
        <w:t>completării</w:t>
      </w:r>
      <w:proofErr w:type="spellEnd"/>
      <w:r w:rsidRPr="007A0413">
        <w:rPr>
          <w:sz w:val="21"/>
        </w:rPr>
        <w:t>: ____________________</w:t>
      </w:r>
    </w:p>
    <w:p w14:paraId="6D9F52D7" w14:textId="77777777" w:rsidR="005528C2" w:rsidRPr="007A0413" w:rsidRDefault="00A1736F">
      <w:pPr>
        <w:spacing w:after="40" w:line="240" w:lineRule="auto"/>
      </w:pPr>
      <w:r w:rsidRPr="007A0413">
        <w:rPr>
          <w:sz w:val="21"/>
        </w:rPr>
        <w:t>Operator economic: ________________________________________________</w:t>
      </w:r>
    </w:p>
    <w:p w14:paraId="1439E311" w14:textId="77777777" w:rsidR="005528C2" w:rsidRPr="007A0413" w:rsidRDefault="00A1736F">
      <w:pPr>
        <w:spacing w:after="40" w:line="240" w:lineRule="auto"/>
      </w:pPr>
      <w:proofErr w:type="spellStart"/>
      <w:r w:rsidRPr="007A0413">
        <w:rPr>
          <w:sz w:val="21"/>
        </w:rPr>
        <w:t>Nume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prenume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reprezentant</w:t>
      </w:r>
      <w:proofErr w:type="spellEnd"/>
      <w:r w:rsidRPr="007A0413">
        <w:rPr>
          <w:sz w:val="21"/>
        </w:rPr>
        <w:t>/</w:t>
      </w:r>
      <w:proofErr w:type="spellStart"/>
      <w:r w:rsidRPr="007A0413">
        <w:rPr>
          <w:sz w:val="21"/>
        </w:rPr>
        <w:t>împuternicit</w:t>
      </w:r>
      <w:proofErr w:type="spellEnd"/>
      <w:r w:rsidRPr="007A0413">
        <w:rPr>
          <w:sz w:val="21"/>
        </w:rPr>
        <w:t>: ________________________________</w:t>
      </w:r>
    </w:p>
    <w:p w14:paraId="0BC8B874" w14:textId="77777777" w:rsidR="005528C2" w:rsidRPr="007A0413" w:rsidRDefault="00A1736F">
      <w:pPr>
        <w:spacing w:after="40" w:line="240" w:lineRule="auto"/>
      </w:pPr>
      <w:proofErr w:type="spellStart"/>
      <w:r w:rsidRPr="007A0413">
        <w:rPr>
          <w:sz w:val="21"/>
        </w:rPr>
        <w:t>Funcția</w:t>
      </w:r>
      <w:proofErr w:type="spellEnd"/>
      <w:r w:rsidRPr="007A0413">
        <w:rPr>
          <w:sz w:val="21"/>
        </w:rPr>
        <w:t>: ________________________________</w:t>
      </w:r>
    </w:p>
    <w:p w14:paraId="2E58F33D" w14:textId="77777777" w:rsidR="005528C2" w:rsidRPr="007A0413" w:rsidRDefault="00A1736F">
      <w:pPr>
        <w:spacing w:after="0" w:line="240" w:lineRule="auto"/>
      </w:pPr>
      <w:proofErr w:type="spellStart"/>
      <w:r w:rsidRPr="007A0413">
        <w:rPr>
          <w:sz w:val="21"/>
        </w:rPr>
        <w:t>Semnătura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autorizată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ștampila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dacă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este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cazul</w:t>
      </w:r>
      <w:proofErr w:type="spellEnd"/>
      <w:r w:rsidRPr="007A0413">
        <w:rPr>
          <w:sz w:val="21"/>
        </w:rPr>
        <w:t>: __________________________</w:t>
      </w:r>
    </w:p>
    <w:p w14:paraId="25782E5F" w14:textId="77777777" w:rsidR="005528C2" w:rsidRPr="007A0413" w:rsidRDefault="00A1736F">
      <w:pPr>
        <w:pageBreakBefore/>
      </w:pPr>
      <w:proofErr w:type="spellStart"/>
      <w:r w:rsidRPr="007A0413">
        <w:rPr>
          <w:b/>
          <w:sz w:val="21"/>
        </w:rPr>
        <w:lastRenderedPageBreak/>
        <w:t>Denumire</w:t>
      </w:r>
      <w:proofErr w:type="spellEnd"/>
      <w:r w:rsidRPr="007A0413">
        <w:rPr>
          <w:b/>
          <w:sz w:val="21"/>
        </w:rPr>
        <w:t xml:space="preserve"> operator economic: </w:t>
      </w:r>
      <w:r w:rsidRPr="007A0413">
        <w:rPr>
          <w:sz w:val="21"/>
        </w:rPr>
        <w:t>____________________________________________</w:t>
      </w:r>
    </w:p>
    <w:p w14:paraId="335EB00C" w14:textId="77777777" w:rsidR="00B06084" w:rsidRPr="007A0413" w:rsidRDefault="00B06084">
      <w:pPr>
        <w:keepNext/>
        <w:spacing w:after="80"/>
        <w:jc w:val="center"/>
        <w:rPr>
          <w:b/>
          <w:sz w:val="24"/>
        </w:rPr>
      </w:pPr>
    </w:p>
    <w:p w14:paraId="2630F848" w14:textId="77777777" w:rsidR="00B06084" w:rsidRPr="007A0413" w:rsidRDefault="00B06084">
      <w:pPr>
        <w:keepNext/>
        <w:spacing w:after="80"/>
        <w:jc w:val="center"/>
        <w:rPr>
          <w:b/>
          <w:sz w:val="24"/>
        </w:rPr>
      </w:pPr>
    </w:p>
    <w:p w14:paraId="0E97C9BB" w14:textId="5294814B" w:rsidR="005528C2" w:rsidRPr="007A0413" w:rsidRDefault="00A1736F">
      <w:pPr>
        <w:keepNext/>
        <w:spacing w:after="80"/>
        <w:jc w:val="center"/>
      </w:pPr>
      <w:r w:rsidRPr="007A0413">
        <w:rPr>
          <w:b/>
          <w:sz w:val="24"/>
        </w:rPr>
        <w:t>FORMULARUL NR. 8</w:t>
      </w:r>
    </w:p>
    <w:p w14:paraId="7022CEE4" w14:textId="77777777" w:rsidR="005528C2" w:rsidRPr="007A0413" w:rsidRDefault="00A1736F">
      <w:pPr>
        <w:keepNext/>
        <w:spacing w:after="180"/>
        <w:jc w:val="center"/>
      </w:pPr>
      <w:r w:rsidRPr="007A0413">
        <w:rPr>
          <w:b/>
          <w:sz w:val="24"/>
        </w:rPr>
        <w:t>DECLARAȚIE PRIVIND PERSONALUL TEHNIC DE SPECIALITATE IMPLICAT ÎN DERULAREA CONTRACTULUI</w:t>
      </w:r>
    </w:p>
    <w:p w14:paraId="0267F75E" w14:textId="77777777" w:rsidR="005528C2" w:rsidRPr="007A0413" w:rsidRDefault="00A1736F">
      <w:pPr>
        <w:spacing w:after="80" w:line="240" w:lineRule="auto"/>
        <w:jc w:val="both"/>
      </w:pPr>
      <w:proofErr w:type="spellStart"/>
      <w:r w:rsidRPr="007A0413">
        <w:rPr>
          <w:sz w:val="21"/>
        </w:rPr>
        <w:t>Subsemnatul</w:t>
      </w:r>
      <w:proofErr w:type="spellEnd"/>
      <w:r w:rsidRPr="007A0413">
        <w:rPr>
          <w:sz w:val="21"/>
        </w:rPr>
        <w:t xml:space="preserve">(a) ____________________________________, </w:t>
      </w:r>
      <w:proofErr w:type="spellStart"/>
      <w:r w:rsidRPr="007A0413">
        <w:rPr>
          <w:sz w:val="21"/>
        </w:rPr>
        <w:t>reprezentant</w:t>
      </w:r>
      <w:proofErr w:type="spellEnd"/>
      <w:r w:rsidRPr="007A0413">
        <w:rPr>
          <w:sz w:val="21"/>
        </w:rPr>
        <w:t xml:space="preserve"> legal/</w:t>
      </w:r>
      <w:proofErr w:type="spellStart"/>
      <w:r w:rsidRPr="007A0413">
        <w:rPr>
          <w:sz w:val="21"/>
        </w:rPr>
        <w:t>împuternicit</w:t>
      </w:r>
      <w:proofErr w:type="spellEnd"/>
      <w:r w:rsidRPr="007A0413">
        <w:rPr>
          <w:sz w:val="21"/>
        </w:rPr>
        <w:t xml:space="preserve"> al ____________________________________, </w:t>
      </w:r>
      <w:proofErr w:type="spellStart"/>
      <w:r w:rsidRPr="007A0413">
        <w:rPr>
          <w:sz w:val="21"/>
        </w:rPr>
        <w:t>declar</w:t>
      </w:r>
      <w:proofErr w:type="spellEnd"/>
      <w:r w:rsidRPr="007A0413">
        <w:rPr>
          <w:sz w:val="21"/>
        </w:rPr>
        <w:t xml:space="preserve"> pe propria </w:t>
      </w:r>
      <w:proofErr w:type="spellStart"/>
      <w:r w:rsidRPr="007A0413">
        <w:rPr>
          <w:sz w:val="21"/>
        </w:rPr>
        <w:t>răspundere</w:t>
      </w:r>
      <w:proofErr w:type="spellEnd"/>
      <w:r w:rsidRPr="007A0413">
        <w:rPr>
          <w:sz w:val="21"/>
        </w:rPr>
        <w:t xml:space="preserve">, sub </w:t>
      </w:r>
      <w:proofErr w:type="spellStart"/>
      <w:r w:rsidRPr="007A0413">
        <w:rPr>
          <w:sz w:val="21"/>
        </w:rPr>
        <w:t>sancțiunile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aplicabile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faptei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fals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declarații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datele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prezentate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tabelul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anexat</w:t>
      </w:r>
      <w:proofErr w:type="spellEnd"/>
      <w:r w:rsidRPr="007A0413">
        <w:rPr>
          <w:sz w:val="21"/>
        </w:rPr>
        <w:t xml:space="preserve"> sunt </w:t>
      </w:r>
      <w:proofErr w:type="spellStart"/>
      <w:r w:rsidRPr="007A0413">
        <w:rPr>
          <w:sz w:val="21"/>
        </w:rPr>
        <w:t>reale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personalul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indicat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va</w:t>
      </w:r>
      <w:proofErr w:type="spellEnd"/>
      <w:r w:rsidRPr="007A0413">
        <w:rPr>
          <w:sz w:val="21"/>
        </w:rPr>
        <w:t xml:space="preserve"> fi </w:t>
      </w:r>
      <w:proofErr w:type="spellStart"/>
      <w:r w:rsidRPr="007A0413">
        <w:rPr>
          <w:sz w:val="21"/>
        </w:rPr>
        <w:t>disponibil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pentru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executarea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contractului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condițiile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asumate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prin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ofertă</w:t>
      </w:r>
      <w:proofErr w:type="spellEnd"/>
      <w:r w:rsidRPr="007A0413">
        <w:rPr>
          <w:sz w:val="21"/>
        </w:rPr>
        <w:t>.</w:t>
      </w:r>
    </w:p>
    <w:p w14:paraId="69899269" w14:textId="77777777" w:rsidR="005528C2" w:rsidRPr="007A0413" w:rsidRDefault="00A1736F">
      <w:pPr>
        <w:spacing w:after="80" w:line="240" w:lineRule="auto"/>
        <w:jc w:val="both"/>
      </w:pPr>
      <w:proofErr w:type="spellStart"/>
      <w:r w:rsidRPr="007A0413">
        <w:rPr>
          <w:sz w:val="21"/>
        </w:rPr>
        <w:t>Declar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informațiile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furnizate</w:t>
      </w:r>
      <w:proofErr w:type="spellEnd"/>
      <w:r w:rsidRPr="007A0413">
        <w:rPr>
          <w:sz w:val="21"/>
        </w:rPr>
        <w:t xml:space="preserve"> sunt complete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corecte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fiecare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detaliu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înțeleg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autoritatea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contractantă</w:t>
      </w:r>
      <w:proofErr w:type="spellEnd"/>
      <w:r w:rsidRPr="007A0413">
        <w:rPr>
          <w:sz w:val="21"/>
        </w:rPr>
        <w:t xml:space="preserve"> are </w:t>
      </w:r>
      <w:proofErr w:type="spellStart"/>
      <w:r w:rsidRPr="007A0413">
        <w:rPr>
          <w:sz w:val="21"/>
        </w:rPr>
        <w:t>dreptul</w:t>
      </w:r>
      <w:proofErr w:type="spellEnd"/>
      <w:r w:rsidRPr="007A0413">
        <w:rPr>
          <w:sz w:val="21"/>
        </w:rPr>
        <w:t xml:space="preserve"> de a </w:t>
      </w:r>
      <w:proofErr w:type="spellStart"/>
      <w:r w:rsidRPr="007A0413">
        <w:rPr>
          <w:sz w:val="21"/>
        </w:rPr>
        <w:t>solicita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documente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informații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suplimentare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pentru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verificarea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calificărilor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atestărilor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autorizațiilor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experienței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disponibilității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personalului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propus</w:t>
      </w:r>
      <w:proofErr w:type="spellEnd"/>
      <w:r w:rsidRPr="007A0413">
        <w:rPr>
          <w:sz w:val="21"/>
        </w:rPr>
        <w:t>.</w:t>
      </w:r>
    </w:p>
    <w:p w14:paraId="5DC2A800" w14:textId="77777777" w:rsidR="005528C2" w:rsidRPr="007A0413" w:rsidRDefault="00A1736F">
      <w:pPr>
        <w:spacing w:after="80" w:line="240" w:lineRule="auto"/>
        <w:jc w:val="both"/>
      </w:pPr>
      <w:proofErr w:type="spellStart"/>
      <w:r w:rsidRPr="007A0413">
        <w:rPr>
          <w:sz w:val="21"/>
        </w:rPr>
        <w:t>Ofertantul</w:t>
      </w:r>
      <w:proofErr w:type="spellEnd"/>
      <w:r w:rsidRPr="007A0413">
        <w:rPr>
          <w:sz w:val="21"/>
        </w:rPr>
        <w:t xml:space="preserve"> se </w:t>
      </w:r>
      <w:proofErr w:type="spellStart"/>
      <w:r w:rsidRPr="007A0413">
        <w:rPr>
          <w:sz w:val="21"/>
        </w:rPr>
        <w:t>obligă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asigure</w:t>
      </w:r>
      <w:proofErr w:type="spellEnd"/>
      <w:r w:rsidRPr="007A0413">
        <w:rPr>
          <w:sz w:val="21"/>
        </w:rPr>
        <w:t xml:space="preserve">, pe </w:t>
      </w:r>
      <w:proofErr w:type="spellStart"/>
      <w:r w:rsidRPr="007A0413">
        <w:rPr>
          <w:sz w:val="21"/>
        </w:rPr>
        <w:t>toată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perioada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relevantă</w:t>
      </w:r>
      <w:proofErr w:type="spellEnd"/>
      <w:r w:rsidRPr="007A0413">
        <w:rPr>
          <w:sz w:val="21"/>
        </w:rPr>
        <w:t xml:space="preserve"> a </w:t>
      </w:r>
      <w:proofErr w:type="spellStart"/>
      <w:r w:rsidRPr="007A0413">
        <w:rPr>
          <w:sz w:val="21"/>
        </w:rPr>
        <w:t>contractului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personalul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specialitate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necesar</w:t>
      </w:r>
      <w:proofErr w:type="spellEnd"/>
      <w:r w:rsidRPr="007A0413">
        <w:rPr>
          <w:sz w:val="21"/>
        </w:rPr>
        <w:t xml:space="preserve">. </w:t>
      </w:r>
      <w:proofErr w:type="spellStart"/>
      <w:r w:rsidRPr="007A0413">
        <w:rPr>
          <w:sz w:val="21"/>
        </w:rPr>
        <w:t>Înlocuirea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unei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persoane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propuse</w:t>
      </w:r>
      <w:proofErr w:type="spellEnd"/>
      <w:r w:rsidRPr="007A0413">
        <w:rPr>
          <w:sz w:val="21"/>
        </w:rPr>
        <w:t xml:space="preserve"> se </w:t>
      </w:r>
      <w:proofErr w:type="spellStart"/>
      <w:r w:rsidRPr="007A0413">
        <w:rPr>
          <w:sz w:val="21"/>
        </w:rPr>
        <w:t>va</w:t>
      </w:r>
      <w:proofErr w:type="spellEnd"/>
      <w:r w:rsidRPr="007A0413">
        <w:rPr>
          <w:sz w:val="21"/>
        </w:rPr>
        <w:t xml:space="preserve"> face </w:t>
      </w:r>
      <w:proofErr w:type="spellStart"/>
      <w:r w:rsidRPr="007A0413">
        <w:rPr>
          <w:sz w:val="21"/>
        </w:rPr>
        <w:t>numai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condițiile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documentației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ale </w:t>
      </w:r>
      <w:proofErr w:type="spellStart"/>
      <w:r w:rsidRPr="007A0413">
        <w:rPr>
          <w:sz w:val="21"/>
        </w:rPr>
        <w:t>contractului</w:t>
      </w:r>
      <w:proofErr w:type="spellEnd"/>
      <w:r w:rsidRPr="007A0413">
        <w:rPr>
          <w:sz w:val="21"/>
        </w:rPr>
        <w:t xml:space="preserve">, cu o </w:t>
      </w:r>
      <w:proofErr w:type="spellStart"/>
      <w:r w:rsidRPr="007A0413">
        <w:rPr>
          <w:sz w:val="21"/>
        </w:rPr>
        <w:t>persoană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având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calificări</w:t>
      </w:r>
      <w:proofErr w:type="spellEnd"/>
      <w:r w:rsidRPr="007A0413">
        <w:rPr>
          <w:sz w:val="21"/>
        </w:rPr>
        <w:t>/</w:t>
      </w:r>
      <w:proofErr w:type="spellStart"/>
      <w:r w:rsidRPr="007A0413">
        <w:rPr>
          <w:sz w:val="21"/>
        </w:rPr>
        <w:t>autorizații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experiență</w:t>
      </w:r>
      <w:proofErr w:type="spellEnd"/>
      <w:r w:rsidRPr="007A0413">
        <w:rPr>
          <w:sz w:val="21"/>
        </w:rPr>
        <w:t xml:space="preserve"> cel </w:t>
      </w:r>
      <w:proofErr w:type="spellStart"/>
      <w:r w:rsidRPr="007A0413">
        <w:rPr>
          <w:sz w:val="21"/>
        </w:rPr>
        <w:t>puțin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echivalente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atunci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când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acestea</w:t>
      </w:r>
      <w:proofErr w:type="spellEnd"/>
      <w:r w:rsidRPr="007A0413">
        <w:rPr>
          <w:sz w:val="21"/>
        </w:rPr>
        <w:t xml:space="preserve"> sunt </w:t>
      </w:r>
      <w:proofErr w:type="spellStart"/>
      <w:r w:rsidRPr="007A0413">
        <w:rPr>
          <w:sz w:val="21"/>
        </w:rPr>
        <w:t>cerute</w:t>
      </w:r>
      <w:proofErr w:type="spellEnd"/>
      <w:r w:rsidRPr="007A0413">
        <w:rPr>
          <w:sz w:val="21"/>
        </w:rPr>
        <w:t>.</w:t>
      </w:r>
    </w:p>
    <w:p w14:paraId="0FB40163" w14:textId="77777777" w:rsidR="005528C2" w:rsidRPr="007A0413" w:rsidRDefault="00A1736F">
      <w:pPr>
        <w:spacing w:after="60" w:line="240" w:lineRule="auto"/>
      </w:pPr>
      <w:r w:rsidRPr="007A0413">
        <w:rPr>
          <w:sz w:val="21"/>
        </w:rPr>
        <w:t xml:space="preserve">Data </w:t>
      </w:r>
      <w:proofErr w:type="spellStart"/>
      <w:r w:rsidRPr="007A0413">
        <w:rPr>
          <w:sz w:val="21"/>
        </w:rPr>
        <w:t>completării</w:t>
      </w:r>
      <w:proofErr w:type="spellEnd"/>
      <w:r w:rsidRPr="007A0413">
        <w:rPr>
          <w:sz w:val="21"/>
        </w:rPr>
        <w:t>: ____________________</w:t>
      </w:r>
    </w:p>
    <w:p w14:paraId="07A5F056" w14:textId="77777777" w:rsidR="005528C2" w:rsidRPr="007A0413" w:rsidRDefault="00A1736F">
      <w:pPr>
        <w:spacing w:after="40" w:line="240" w:lineRule="auto"/>
      </w:pPr>
      <w:r w:rsidRPr="007A0413">
        <w:rPr>
          <w:sz w:val="21"/>
        </w:rPr>
        <w:t>Operator economic: ________________________________________________</w:t>
      </w:r>
    </w:p>
    <w:p w14:paraId="0401BDA8" w14:textId="77777777" w:rsidR="005528C2" w:rsidRPr="007A0413" w:rsidRDefault="00A1736F">
      <w:pPr>
        <w:spacing w:after="40" w:line="240" w:lineRule="auto"/>
      </w:pPr>
      <w:proofErr w:type="spellStart"/>
      <w:r w:rsidRPr="007A0413">
        <w:rPr>
          <w:sz w:val="21"/>
        </w:rPr>
        <w:t>Nume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prenume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reprezentant</w:t>
      </w:r>
      <w:proofErr w:type="spellEnd"/>
      <w:r w:rsidRPr="007A0413">
        <w:rPr>
          <w:sz w:val="21"/>
        </w:rPr>
        <w:t>/</w:t>
      </w:r>
      <w:proofErr w:type="spellStart"/>
      <w:r w:rsidRPr="007A0413">
        <w:rPr>
          <w:sz w:val="21"/>
        </w:rPr>
        <w:t>împuternicit</w:t>
      </w:r>
      <w:proofErr w:type="spellEnd"/>
      <w:r w:rsidRPr="007A0413">
        <w:rPr>
          <w:sz w:val="21"/>
        </w:rPr>
        <w:t>: ________________________________</w:t>
      </w:r>
    </w:p>
    <w:p w14:paraId="51D5822A" w14:textId="77777777" w:rsidR="005528C2" w:rsidRPr="007A0413" w:rsidRDefault="00A1736F">
      <w:pPr>
        <w:spacing w:after="40" w:line="240" w:lineRule="auto"/>
      </w:pPr>
      <w:proofErr w:type="spellStart"/>
      <w:r w:rsidRPr="007A0413">
        <w:rPr>
          <w:sz w:val="21"/>
        </w:rPr>
        <w:t>Funcția</w:t>
      </w:r>
      <w:proofErr w:type="spellEnd"/>
      <w:r w:rsidRPr="007A0413">
        <w:rPr>
          <w:sz w:val="21"/>
        </w:rPr>
        <w:t>: ________________________________</w:t>
      </w:r>
    </w:p>
    <w:p w14:paraId="06EF5E93" w14:textId="77777777" w:rsidR="005528C2" w:rsidRPr="007A0413" w:rsidRDefault="00A1736F">
      <w:pPr>
        <w:spacing w:after="0" w:line="240" w:lineRule="auto"/>
      </w:pPr>
      <w:proofErr w:type="spellStart"/>
      <w:r w:rsidRPr="007A0413">
        <w:rPr>
          <w:sz w:val="21"/>
        </w:rPr>
        <w:t>Semnătura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autorizată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ștampila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dacă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este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cazul</w:t>
      </w:r>
      <w:proofErr w:type="spellEnd"/>
      <w:r w:rsidRPr="007A0413">
        <w:rPr>
          <w:sz w:val="21"/>
        </w:rPr>
        <w:t>: __________________________</w:t>
      </w:r>
    </w:p>
    <w:p w14:paraId="04F6AA87" w14:textId="77777777" w:rsidR="00B06084" w:rsidRPr="007A0413" w:rsidRDefault="00B06084">
      <w:pPr>
        <w:keepNext/>
        <w:spacing w:before="160" w:after="120" w:line="240" w:lineRule="auto"/>
        <w:jc w:val="center"/>
        <w:rPr>
          <w:b/>
          <w:sz w:val="21"/>
        </w:rPr>
      </w:pPr>
    </w:p>
    <w:p w14:paraId="280BF4A9" w14:textId="430DD6CF" w:rsidR="005528C2" w:rsidRPr="007A0413" w:rsidRDefault="00A1736F">
      <w:pPr>
        <w:keepNext/>
        <w:spacing w:before="160" w:after="120" w:line="240" w:lineRule="auto"/>
        <w:jc w:val="center"/>
      </w:pPr>
      <w:r w:rsidRPr="007A0413">
        <w:rPr>
          <w:b/>
          <w:sz w:val="21"/>
        </w:rPr>
        <w:t>ANEXĂ LA FORMULARUL NR. 8 - LISTA PERSONALULUI PROPUS PENTRU ÎNDEPLINIREA CONTRACTULUI</w:t>
      </w:r>
    </w:p>
    <w:tbl>
      <w:tblPr>
        <w:tblStyle w:val="Tabelgril"/>
        <w:tblW w:w="10820" w:type="dxa"/>
        <w:jc w:val="center"/>
        <w:tblLayout w:type="fixed"/>
        <w:tblLook w:val="04A0" w:firstRow="1" w:lastRow="0" w:firstColumn="1" w:lastColumn="0" w:noHBand="0" w:noVBand="1"/>
      </w:tblPr>
      <w:tblGrid>
        <w:gridCol w:w="522"/>
        <w:gridCol w:w="2509"/>
        <w:gridCol w:w="2091"/>
        <w:gridCol w:w="1725"/>
        <w:gridCol w:w="2091"/>
        <w:gridCol w:w="1882"/>
      </w:tblGrid>
      <w:tr w:rsidR="005528C2" w:rsidRPr="007A0413" w14:paraId="38E68A22" w14:textId="77777777" w:rsidTr="00B06084">
        <w:trPr>
          <w:cantSplit/>
          <w:trHeight w:val="359"/>
          <w:tblHeader/>
          <w:jc w:val="center"/>
        </w:trPr>
        <w:tc>
          <w:tcPr>
            <w:tcW w:w="52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DB5C744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b/>
                <w:sz w:val="16"/>
              </w:rPr>
              <w:t>Nr.</w:t>
            </w:r>
          </w:p>
        </w:tc>
        <w:tc>
          <w:tcPr>
            <w:tcW w:w="250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1AA6DAB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b/>
                <w:sz w:val="16"/>
              </w:rPr>
              <w:t xml:space="preserve">Rol / </w:t>
            </w:r>
            <w:proofErr w:type="spellStart"/>
            <w:r w:rsidRPr="007A0413">
              <w:rPr>
                <w:b/>
                <w:sz w:val="16"/>
              </w:rPr>
              <w:t>funcție</w:t>
            </w:r>
            <w:proofErr w:type="spellEnd"/>
          </w:p>
        </w:tc>
        <w:tc>
          <w:tcPr>
            <w:tcW w:w="20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23E1D9A" w14:textId="77777777" w:rsidR="005528C2" w:rsidRPr="007A0413" w:rsidRDefault="00A1736F">
            <w:pPr>
              <w:spacing w:after="0" w:line="240" w:lineRule="auto"/>
              <w:jc w:val="center"/>
            </w:pPr>
            <w:proofErr w:type="spellStart"/>
            <w:r w:rsidRPr="007A0413">
              <w:rPr>
                <w:b/>
                <w:sz w:val="16"/>
              </w:rPr>
              <w:t>Nume</w:t>
            </w:r>
            <w:proofErr w:type="spellEnd"/>
            <w:r w:rsidRPr="007A0413">
              <w:rPr>
                <w:b/>
                <w:sz w:val="16"/>
              </w:rPr>
              <w:t xml:space="preserve"> </w:t>
            </w:r>
            <w:proofErr w:type="spellStart"/>
            <w:r w:rsidRPr="007A0413">
              <w:rPr>
                <w:b/>
                <w:sz w:val="16"/>
              </w:rPr>
              <w:t>și</w:t>
            </w:r>
            <w:proofErr w:type="spellEnd"/>
            <w:r w:rsidRPr="007A0413">
              <w:rPr>
                <w:b/>
                <w:sz w:val="16"/>
              </w:rPr>
              <w:t xml:space="preserve"> </w:t>
            </w:r>
            <w:proofErr w:type="spellStart"/>
            <w:r w:rsidRPr="007A0413">
              <w:rPr>
                <w:b/>
                <w:sz w:val="16"/>
              </w:rPr>
              <w:t>prenume</w:t>
            </w:r>
            <w:proofErr w:type="spellEnd"/>
            <w:r w:rsidRPr="007A0413">
              <w:rPr>
                <w:b/>
                <w:sz w:val="16"/>
              </w:rPr>
              <w:t xml:space="preserve"> / </w:t>
            </w:r>
            <w:proofErr w:type="spellStart"/>
            <w:r w:rsidRPr="007A0413">
              <w:rPr>
                <w:b/>
                <w:sz w:val="16"/>
              </w:rPr>
              <w:t>furnizor</w:t>
            </w:r>
            <w:proofErr w:type="spellEnd"/>
          </w:p>
        </w:tc>
        <w:tc>
          <w:tcPr>
            <w:tcW w:w="172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40266C1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b/>
                <w:sz w:val="16"/>
              </w:rPr>
              <w:t xml:space="preserve">Forma de </w:t>
            </w:r>
            <w:proofErr w:type="spellStart"/>
            <w:r w:rsidRPr="007A0413">
              <w:rPr>
                <w:b/>
                <w:sz w:val="16"/>
              </w:rPr>
              <w:t>disponibilitate</w:t>
            </w:r>
            <w:proofErr w:type="spellEnd"/>
          </w:p>
        </w:tc>
        <w:tc>
          <w:tcPr>
            <w:tcW w:w="20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B2CAA5E" w14:textId="77777777" w:rsidR="005528C2" w:rsidRPr="007A0413" w:rsidRDefault="00A1736F">
            <w:pPr>
              <w:spacing w:after="0" w:line="240" w:lineRule="auto"/>
              <w:jc w:val="center"/>
            </w:pPr>
            <w:proofErr w:type="spellStart"/>
            <w:r w:rsidRPr="007A0413">
              <w:rPr>
                <w:b/>
                <w:sz w:val="16"/>
              </w:rPr>
              <w:t>Calificări</w:t>
            </w:r>
            <w:proofErr w:type="spellEnd"/>
            <w:r w:rsidRPr="007A0413">
              <w:rPr>
                <w:b/>
                <w:sz w:val="16"/>
              </w:rPr>
              <w:t xml:space="preserve"> / </w:t>
            </w:r>
            <w:proofErr w:type="spellStart"/>
            <w:r w:rsidRPr="007A0413">
              <w:rPr>
                <w:b/>
                <w:sz w:val="16"/>
              </w:rPr>
              <w:t>autorizații</w:t>
            </w:r>
            <w:proofErr w:type="spellEnd"/>
            <w:r w:rsidRPr="007A0413">
              <w:rPr>
                <w:b/>
                <w:sz w:val="16"/>
              </w:rPr>
              <w:t xml:space="preserve"> </w:t>
            </w:r>
            <w:proofErr w:type="spellStart"/>
            <w:r w:rsidRPr="007A0413">
              <w:rPr>
                <w:b/>
                <w:sz w:val="16"/>
              </w:rPr>
              <w:t>relevante</w:t>
            </w:r>
            <w:proofErr w:type="spellEnd"/>
          </w:p>
        </w:tc>
        <w:tc>
          <w:tcPr>
            <w:tcW w:w="18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B90B117" w14:textId="77777777" w:rsidR="005528C2" w:rsidRPr="007A0413" w:rsidRDefault="00A1736F">
            <w:pPr>
              <w:spacing w:after="0" w:line="240" w:lineRule="auto"/>
              <w:jc w:val="center"/>
            </w:pPr>
            <w:proofErr w:type="spellStart"/>
            <w:r w:rsidRPr="007A0413">
              <w:rPr>
                <w:b/>
                <w:sz w:val="16"/>
              </w:rPr>
              <w:t>Documente</w:t>
            </w:r>
            <w:proofErr w:type="spellEnd"/>
            <w:r w:rsidRPr="007A0413">
              <w:rPr>
                <w:b/>
                <w:sz w:val="16"/>
              </w:rPr>
              <w:t xml:space="preserve"> suport</w:t>
            </w:r>
          </w:p>
        </w:tc>
      </w:tr>
      <w:tr w:rsidR="005528C2" w:rsidRPr="007A0413" w14:paraId="5D1EB72A" w14:textId="77777777" w:rsidTr="00B06084">
        <w:trPr>
          <w:cantSplit/>
          <w:trHeight w:val="251"/>
          <w:jc w:val="center"/>
        </w:trPr>
        <w:tc>
          <w:tcPr>
            <w:tcW w:w="52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F4E1ED4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6"/>
              </w:rPr>
              <w:t>1</w:t>
            </w:r>
          </w:p>
        </w:tc>
        <w:tc>
          <w:tcPr>
            <w:tcW w:w="250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3019B1B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6"/>
              </w:rPr>
              <w:t xml:space="preserve">Manager de </w:t>
            </w:r>
            <w:proofErr w:type="spellStart"/>
            <w:r w:rsidRPr="007A0413">
              <w:rPr>
                <w:sz w:val="16"/>
              </w:rPr>
              <w:t>proiect</w:t>
            </w:r>
            <w:proofErr w:type="spellEnd"/>
          </w:p>
        </w:tc>
        <w:tc>
          <w:tcPr>
            <w:tcW w:w="20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FA850D3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72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731656E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20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D0CD7F8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8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0C628F9" w14:textId="77777777" w:rsidR="005528C2" w:rsidRPr="007A0413" w:rsidRDefault="005528C2">
            <w:pPr>
              <w:spacing w:after="0" w:line="240" w:lineRule="auto"/>
            </w:pPr>
          </w:p>
        </w:tc>
      </w:tr>
      <w:tr w:rsidR="005528C2" w:rsidRPr="007A0413" w14:paraId="4143AC29" w14:textId="77777777" w:rsidTr="00B06084">
        <w:trPr>
          <w:cantSplit/>
          <w:trHeight w:val="239"/>
          <w:jc w:val="center"/>
        </w:trPr>
        <w:tc>
          <w:tcPr>
            <w:tcW w:w="52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E65B6DF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6"/>
              </w:rPr>
              <w:t>2</w:t>
            </w:r>
          </w:p>
        </w:tc>
        <w:tc>
          <w:tcPr>
            <w:tcW w:w="250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F258971" w14:textId="77777777" w:rsidR="005528C2" w:rsidRPr="007A0413" w:rsidRDefault="00A1736F">
            <w:pPr>
              <w:spacing w:after="0" w:line="240" w:lineRule="auto"/>
            </w:pPr>
            <w:proofErr w:type="spellStart"/>
            <w:r w:rsidRPr="007A0413">
              <w:rPr>
                <w:sz w:val="16"/>
              </w:rPr>
              <w:t>Responsabil</w:t>
            </w:r>
            <w:proofErr w:type="spellEnd"/>
            <w:r w:rsidRPr="007A0413">
              <w:rPr>
                <w:sz w:val="16"/>
              </w:rPr>
              <w:t xml:space="preserve"> logistic</w:t>
            </w:r>
          </w:p>
        </w:tc>
        <w:tc>
          <w:tcPr>
            <w:tcW w:w="20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E167469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72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E7CE179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20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7E2A636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8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D0F5BDB" w14:textId="77777777" w:rsidR="005528C2" w:rsidRPr="007A0413" w:rsidRDefault="005528C2">
            <w:pPr>
              <w:spacing w:after="0" w:line="240" w:lineRule="auto"/>
            </w:pPr>
          </w:p>
        </w:tc>
      </w:tr>
      <w:tr w:rsidR="005528C2" w:rsidRPr="007A0413" w14:paraId="5CA80446" w14:textId="77777777" w:rsidTr="00B06084">
        <w:trPr>
          <w:cantSplit/>
          <w:trHeight w:val="251"/>
          <w:jc w:val="center"/>
        </w:trPr>
        <w:tc>
          <w:tcPr>
            <w:tcW w:w="52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C30854C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6"/>
              </w:rPr>
              <w:t>3</w:t>
            </w:r>
          </w:p>
        </w:tc>
        <w:tc>
          <w:tcPr>
            <w:tcW w:w="250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C769DBC" w14:textId="77777777" w:rsidR="005528C2" w:rsidRPr="007A0413" w:rsidRDefault="00A1736F">
            <w:pPr>
              <w:spacing w:after="0" w:line="240" w:lineRule="auto"/>
            </w:pPr>
            <w:proofErr w:type="spellStart"/>
            <w:r w:rsidRPr="007A0413">
              <w:rPr>
                <w:sz w:val="16"/>
              </w:rPr>
              <w:t>Responsabil</w:t>
            </w:r>
            <w:proofErr w:type="spellEnd"/>
            <w:r w:rsidRPr="007A0413">
              <w:rPr>
                <w:sz w:val="16"/>
              </w:rPr>
              <w:t xml:space="preserve"> </w:t>
            </w:r>
            <w:proofErr w:type="spellStart"/>
            <w:r w:rsidRPr="007A0413">
              <w:rPr>
                <w:sz w:val="16"/>
              </w:rPr>
              <w:t>tehnic</w:t>
            </w:r>
            <w:proofErr w:type="spellEnd"/>
            <w:r w:rsidRPr="007A0413">
              <w:rPr>
                <w:sz w:val="16"/>
              </w:rPr>
              <w:t>/</w:t>
            </w:r>
            <w:proofErr w:type="spellStart"/>
            <w:r w:rsidRPr="007A0413">
              <w:rPr>
                <w:sz w:val="16"/>
              </w:rPr>
              <w:t>producție</w:t>
            </w:r>
            <w:proofErr w:type="spellEnd"/>
          </w:p>
        </w:tc>
        <w:tc>
          <w:tcPr>
            <w:tcW w:w="20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D8E0910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72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CFEADDD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20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160C549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8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87D5EBB" w14:textId="77777777" w:rsidR="005528C2" w:rsidRPr="007A0413" w:rsidRDefault="005528C2">
            <w:pPr>
              <w:spacing w:after="0" w:line="240" w:lineRule="auto"/>
            </w:pPr>
          </w:p>
        </w:tc>
      </w:tr>
      <w:tr w:rsidR="005528C2" w:rsidRPr="007A0413" w14:paraId="09473E31" w14:textId="77777777" w:rsidTr="00B06084">
        <w:trPr>
          <w:cantSplit/>
          <w:trHeight w:val="359"/>
          <w:jc w:val="center"/>
        </w:trPr>
        <w:tc>
          <w:tcPr>
            <w:tcW w:w="52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4B8D130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6"/>
              </w:rPr>
              <w:t>4</w:t>
            </w:r>
          </w:p>
        </w:tc>
        <w:tc>
          <w:tcPr>
            <w:tcW w:w="250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13DFD86" w14:textId="77777777" w:rsidR="005528C2" w:rsidRPr="007A0413" w:rsidRDefault="00A1736F">
            <w:pPr>
              <w:spacing w:after="0" w:line="240" w:lineRule="auto"/>
            </w:pPr>
            <w:proofErr w:type="spellStart"/>
            <w:r w:rsidRPr="007A0413">
              <w:rPr>
                <w:sz w:val="16"/>
              </w:rPr>
              <w:t>Responsabil</w:t>
            </w:r>
            <w:proofErr w:type="spellEnd"/>
            <w:r w:rsidRPr="007A0413">
              <w:rPr>
                <w:sz w:val="16"/>
              </w:rPr>
              <w:t xml:space="preserve"> </w:t>
            </w:r>
            <w:proofErr w:type="spellStart"/>
            <w:r w:rsidRPr="007A0413">
              <w:rPr>
                <w:sz w:val="16"/>
              </w:rPr>
              <w:t>securitate</w:t>
            </w:r>
            <w:proofErr w:type="spellEnd"/>
            <w:r w:rsidRPr="007A0413">
              <w:rPr>
                <w:sz w:val="16"/>
              </w:rPr>
              <w:t xml:space="preserve"> </w:t>
            </w:r>
            <w:proofErr w:type="spellStart"/>
            <w:r w:rsidRPr="007A0413">
              <w:rPr>
                <w:sz w:val="16"/>
              </w:rPr>
              <w:t>și</w:t>
            </w:r>
            <w:proofErr w:type="spellEnd"/>
            <w:r w:rsidRPr="007A0413">
              <w:rPr>
                <w:sz w:val="16"/>
              </w:rPr>
              <w:t xml:space="preserve"> </w:t>
            </w:r>
            <w:proofErr w:type="spellStart"/>
            <w:r w:rsidRPr="007A0413">
              <w:rPr>
                <w:sz w:val="16"/>
              </w:rPr>
              <w:t>situații</w:t>
            </w:r>
            <w:proofErr w:type="spellEnd"/>
            <w:r w:rsidRPr="007A0413">
              <w:rPr>
                <w:sz w:val="16"/>
              </w:rPr>
              <w:t xml:space="preserve"> de </w:t>
            </w:r>
            <w:proofErr w:type="spellStart"/>
            <w:r w:rsidRPr="007A0413">
              <w:rPr>
                <w:sz w:val="16"/>
              </w:rPr>
              <w:t>urgență</w:t>
            </w:r>
            <w:proofErr w:type="spellEnd"/>
          </w:p>
        </w:tc>
        <w:tc>
          <w:tcPr>
            <w:tcW w:w="20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233C46A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72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702DBF8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20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3BD7B2F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8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72B757E" w14:textId="77777777" w:rsidR="005528C2" w:rsidRPr="007A0413" w:rsidRDefault="005528C2">
            <w:pPr>
              <w:spacing w:after="0" w:line="240" w:lineRule="auto"/>
            </w:pPr>
          </w:p>
        </w:tc>
      </w:tr>
      <w:tr w:rsidR="005528C2" w:rsidRPr="007A0413" w14:paraId="3445DFAD" w14:textId="77777777" w:rsidTr="00B06084">
        <w:trPr>
          <w:cantSplit/>
          <w:trHeight w:val="251"/>
          <w:jc w:val="center"/>
        </w:trPr>
        <w:tc>
          <w:tcPr>
            <w:tcW w:w="52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D2981FF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6"/>
              </w:rPr>
              <w:t>5</w:t>
            </w:r>
          </w:p>
        </w:tc>
        <w:tc>
          <w:tcPr>
            <w:tcW w:w="250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C6CBCDA" w14:textId="77777777" w:rsidR="005528C2" w:rsidRPr="007A0413" w:rsidRDefault="00A1736F">
            <w:pPr>
              <w:spacing w:after="0" w:line="240" w:lineRule="auto"/>
            </w:pPr>
            <w:proofErr w:type="spellStart"/>
            <w:r w:rsidRPr="007A0413">
              <w:rPr>
                <w:sz w:val="16"/>
              </w:rPr>
              <w:t>Coordonator</w:t>
            </w:r>
            <w:proofErr w:type="spellEnd"/>
            <w:r w:rsidRPr="007A0413">
              <w:rPr>
                <w:sz w:val="16"/>
              </w:rPr>
              <w:t xml:space="preserve"> </w:t>
            </w:r>
            <w:proofErr w:type="spellStart"/>
            <w:r w:rsidRPr="007A0413">
              <w:rPr>
                <w:sz w:val="16"/>
              </w:rPr>
              <w:t>bunăstare</w:t>
            </w:r>
            <w:proofErr w:type="spellEnd"/>
            <w:r w:rsidRPr="007A0413">
              <w:rPr>
                <w:sz w:val="16"/>
              </w:rPr>
              <w:t xml:space="preserve"> </w:t>
            </w:r>
            <w:proofErr w:type="spellStart"/>
            <w:r w:rsidRPr="007A0413">
              <w:rPr>
                <w:sz w:val="16"/>
              </w:rPr>
              <w:t>animală</w:t>
            </w:r>
            <w:proofErr w:type="spellEnd"/>
          </w:p>
        </w:tc>
        <w:tc>
          <w:tcPr>
            <w:tcW w:w="20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295A6ED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72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231A0A0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20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4EBDB63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8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74C46D3" w14:textId="77777777" w:rsidR="005528C2" w:rsidRPr="007A0413" w:rsidRDefault="005528C2">
            <w:pPr>
              <w:spacing w:after="0" w:line="240" w:lineRule="auto"/>
            </w:pPr>
          </w:p>
        </w:tc>
      </w:tr>
      <w:tr w:rsidR="005528C2" w:rsidRPr="007A0413" w14:paraId="017F0E5A" w14:textId="77777777" w:rsidTr="00B06084">
        <w:trPr>
          <w:cantSplit/>
          <w:trHeight w:val="239"/>
          <w:jc w:val="center"/>
        </w:trPr>
        <w:tc>
          <w:tcPr>
            <w:tcW w:w="52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7A2AD36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6"/>
              </w:rPr>
              <w:t>6</w:t>
            </w:r>
          </w:p>
        </w:tc>
        <w:tc>
          <w:tcPr>
            <w:tcW w:w="250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6DBE7C1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6"/>
              </w:rPr>
              <w:t xml:space="preserve">Medic </w:t>
            </w:r>
            <w:proofErr w:type="spellStart"/>
            <w:r w:rsidRPr="007A0413">
              <w:rPr>
                <w:sz w:val="16"/>
              </w:rPr>
              <w:t>veterinar</w:t>
            </w:r>
            <w:proofErr w:type="spellEnd"/>
            <w:r w:rsidRPr="007A0413">
              <w:rPr>
                <w:sz w:val="16"/>
              </w:rPr>
              <w:t xml:space="preserve"> </w:t>
            </w:r>
            <w:proofErr w:type="spellStart"/>
            <w:r w:rsidRPr="007A0413">
              <w:rPr>
                <w:sz w:val="16"/>
              </w:rPr>
              <w:t>autorizat</w:t>
            </w:r>
            <w:proofErr w:type="spellEnd"/>
          </w:p>
        </w:tc>
        <w:tc>
          <w:tcPr>
            <w:tcW w:w="20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D56A9C3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72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0BB5EBA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20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F2DEAF2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8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F9B3CF9" w14:textId="77777777" w:rsidR="005528C2" w:rsidRPr="007A0413" w:rsidRDefault="005528C2">
            <w:pPr>
              <w:spacing w:after="0" w:line="240" w:lineRule="auto"/>
            </w:pPr>
          </w:p>
        </w:tc>
      </w:tr>
      <w:tr w:rsidR="005528C2" w:rsidRPr="007A0413" w14:paraId="5E96C6F3" w14:textId="77777777" w:rsidTr="00B06084">
        <w:trPr>
          <w:cantSplit/>
          <w:trHeight w:val="251"/>
          <w:jc w:val="center"/>
        </w:trPr>
        <w:tc>
          <w:tcPr>
            <w:tcW w:w="52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25649C6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6"/>
              </w:rPr>
              <w:t>7</w:t>
            </w:r>
          </w:p>
        </w:tc>
        <w:tc>
          <w:tcPr>
            <w:tcW w:w="250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358D173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6"/>
              </w:rPr>
              <w:t xml:space="preserve">Stage manager / </w:t>
            </w:r>
            <w:proofErr w:type="spellStart"/>
            <w:r w:rsidRPr="007A0413">
              <w:rPr>
                <w:sz w:val="16"/>
              </w:rPr>
              <w:t>coordonator</w:t>
            </w:r>
            <w:proofErr w:type="spellEnd"/>
            <w:r w:rsidRPr="007A0413">
              <w:rPr>
                <w:sz w:val="16"/>
              </w:rPr>
              <w:t xml:space="preserve"> program</w:t>
            </w:r>
          </w:p>
        </w:tc>
        <w:tc>
          <w:tcPr>
            <w:tcW w:w="20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16807AC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72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FB2960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20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46F2431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8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6CC16E3" w14:textId="77777777" w:rsidR="005528C2" w:rsidRPr="007A0413" w:rsidRDefault="005528C2">
            <w:pPr>
              <w:spacing w:after="0" w:line="240" w:lineRule="auto"/>
            </w:pPr>
          </w:p>
        </w:tc>
      </w:tr>
      <w:tr w:rsidR="005528C2" w:rsidRPr="007A0413" w14:paraId="3ED8CEB8" w14:textId="77777777" w:rsidTr="00B06084">
        <w:trPr>
          <w:cantSplit/>
          <w:trHeight w:val="239"/>
          <w:jc w:val="center"/>
        </w:trPr>
        <w:tc>
          <w:tcPr>
            <w:tcW w:w="52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95B32DD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6"/>
              </w:rPr>
              <w:t>8</w:t>
            </w:r>
          </w:p>
        </w:tc>
        <w:tc>
          <w:tcPr>
            <w:tcW w:w="250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ABB3948" w14:textId="77777777" w:rsidR="005528C2" w:rsidRPr="007A0413" w:rsidRDefault="00A1736F">
            <w:pPr>
              <w:spacing w:after="0" w:line="240" w:lineRule="auto"/>
            </w:pPr>
            <w:proofErr w:type="spellStart"/>
            <w:r w:rsidRPr="007A0413">
              <w:rPr>
                <w:sz w:val="16"/>
              </w:rPr>
              <w:t>Prezentator</w:t>
            </w:r>
            <w:proofErr w:type="spellEnd"/>
            <w:r w:rsidRPr="007A0413">
              <w:rPr>
                <w:sz w:val="16"/>
              </w:rPr>
              <w:t xml:space="preserve"> / MC</w:t>
            </w:r>
          </w:p>
        </w:tc>
        <w:tc>
          <w:tcPr>
            <w:tcW w:w="20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B912F56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72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BD1C837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20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9FAB4E2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8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1F9FFD8" w14:textId="77777777" w:rsidR="005528C2" w:rsidRPr="007A0413" w:rsidRDefault="005528C2">
            <w:pPr>
              <w:spacing w:after="0" w:line="240" w:lineRule="auto"/>
            </w:pPr>
          </w:p>
        </w:tc>
      </w:tr>
      <w:tr w:rsidR="005528C2" w:rsidRPr="007A0413" w14:paraId="799E10CD" w14:textId="77777777" w:rsidTr="00B06084">
        <w:trPr>
          <w:cantSplit/>
          <w:trHeight w:val="251"/>
          <w:jc w:val="center"/>
        </w:trPr>
        <w:tc>
          <w:tcPr>
            <w:tcW w:w="52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E7F4D1A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6"/>
              </w:rPr>
              <w:t>9</w:t>
            </w:r>
          </w:p>
        </w:tc>
        <w:tc>
          <w:tcPr>
            <w:tcW w:w="250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4BD9346" w14:textId="77777777" w:rsidR="005528C2" w:rsidRPr="007A0413" w:rsidRDefault="00A1736F">
            <w:pPr>
              <w:spacing w:after="0" w:line="240" w:lineRule="auto"/>
            </w:pPr>
            <w:proofErr w:type="spellStart"/>
            <w:r w:rsidRPr="007A0413">
              <w:rPr>
                <w:sz w:val="16"/>
              </w:rPr>
              <w:t>Operatori</w:t>
            </w:r>
            <w:proofErr w:type="spellEnd"/>
            <w:r w:rsidRPr="007A0413">
              <w:rPr>
                <w:sz w:val="16"/>
              </w:rPr>
              <w:t xml:space="preserve"> </w:t>
            </w:r>
            <w:proofErr w:type="spellStart"/>
            <w:r w:rsidRPr="007A0413">
              <w:rPr>
                <w:sz w:val="16"/>
              </w:rPr>
              <w:t>sunet</w:t>
            </w:r>
            <w:proofErr w:type="spellEnd"/>
            <w:r w:rsidRPr="007A0413">
              <w:rPr>
                <w:sz w:val="16"/>
              </w:rPr>
              <w:t xml:space="preserve"> / </w:t>
            </w:r>
            <w:proofErr w:type="spellStart"/>
            <w:r w:rsidRPr="007A0413">
              <w:rPr>
                <w:sz w:val="16"/>
              </w:rPr>
              <w:t>lumini</w:t>
            </w:r>
            <w:proofErr w:type="spellEnd"/>
            <w:r w:rsidRPr="007A0413">
              <w:rPr>
                <w:sz w:val="16"/>
              </w:rPr>
              <w:t xml:space="preserve"> / LED</w:t>
            </w:r>
          </w:p>
        </w:tc>
        <w:tc>
          <w:tcPr>
            <w:tcW w:w="20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7C79A14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72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F6ECD34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20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8C318DB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8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F9D8904" w14:textId="77777777" w:rsidR="005528C2" w:rsidRPr="007A0413" w:rsidRDefault="005528C2">
            <w:pPr>
              <w:spacing w:after="0" w:line="240" w:lineRule="auto"/>
            </w:pPr>
          </w:p>
        </w:tc>
      </w:tr>
      <w:tr w:rsidR="005528C2" w:rsidRPr="007A0413" w14:paraId="0131A2E2" w14:textId="77777777" w:rsidTr="00B06084">
        <w:trPr>
          <w:cantSplit/>
          <w:trHeight w:val="251"/>
          <w:jc w:val="center"/>
        </w:trPr>
        <w:tc>
          <w:tcPr>
            <w:tcW w:w="52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FF78B13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6"/>
              </w:rPr>
              <w:t>10</w:t>
            </w:r>
          </w:p>
        </w:tc>
        <w:tc>
          <w:tcPr>
            <w:tcW w:w="250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69F2275" w14:textId="77777777" w:rsidR="005528C2" w:rsidRPr="007A0413" w:rsidRDefault="00A1736F">
            <w:pPr>
              <w:spacing w:after="0" w:line="240" w:lineRule="auto"/>
            </w:pPr>
            <w:proofErr w:type="spellStart"/>
            <w:r w:rsidRPr="007A0413">
              <w:rPr>
                <w:sz w:val="16"/>
              </w:rPr>
              <w:t>Coordonator</w:t>
            </w:r>
            <w:proofErr w:type="spellEnd"/>
            <w:r w:rsidRPr="007A0413">
              <w:rPr>
                <w:sz w:val="16"/>
              </w:rPr>
              <w:t xml:space="preserve"> </w:t>
            </w:r>
            <w:proofErr w:type="spellStart"/>
            <w:r w:rsidRPr="007A0413">
              <w:rPr>
                <w:sz w:val="16"/>
              </w:rPr>
              <w:t>comunicare</w:t>
            </w:r>
            <w:proofErr w:type="spellEnd"/>
            <w:r w:rsidRPr="007A0413">
              <w:rPr>
                <w:sz w:val="16"/>
              </w:rPr>
              <w:t xml:space="preserve"> / </w:t>
            </w:r>
            <w:proofErr w:type="spellStart"/>
            <w:r w:rsidRPr="007A0413">
              <w:rPr>
                <w:sz w:val="16"/>
              </w:rPr>
              <w:t>promovare</w:t>
            </w:r>
            <w:proofErr w:type="spellEnd"/>
          </w:p>
        </w:tc>
        <w:tc>
          <w:tcPr>
            <w:tcW w:w="20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1F9B213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72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3317F5C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20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CEFBB05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8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3E69D69" w14:textId="77777777" w:rsidR="005528C2" w:rsidRPr="007A0413" w:rsidRDefault="005528C2">
            <w:pPr>
              <w:spacing w:after="0" w:line="240" w:lineRule="auto"/>
            </w:pPr>
          </w:p>
        </w:tc>
      </w:tr>
      <w:tr w:rsidR="005528C2" w:rsidRPr="007A0413" w14:paraId="5261D389" w14:textId="77777777" w:rsidTr="00B06084">
        <w:trPr>
          <w:cantSplit/>
          <w:trHeight w:val="239"/>
          <w:jc w:val="center"/>
        </w:trPr>
        <w:tc>
          <w:tcPr>
            <w:tcW w:w="52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842747E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6"/>
              </w:rPr>
              <w:t>11</w:t>
            </w:r>
          </w:p>
        </w:tc>
        <w:tc>
          <w:tcPr>
            <w:tcW w:w="250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87BEF0C" w14:textId="77777777" w:rsidR="005528C2" w:rsidRPr="007A0413" w:rsidRDefault="00A1736F">
            <w:pPr>
              <w:spacing w:after="0" w:line="240" w:lineRule="auto"/>
            </w:pPr>
            <w:proofErr w:type="spellStart"/>
            <w:r w:rsidRPr="007A0413">
              <w:rPr>
                <w:sz w:val="16"/>
              </w:rPr>
              <w:t>Echipă</w:t>
            </w:r>
            <w:proofErr w:type="spellEnd"/>
            <w:r w:rsidRPr="007A0413">
              <w:rPr>
                <w:sz w:val="16"/>
              </w:rPr>
              <w:t xml:space="preserve"> foto-video</w:t>
            </w:r>
          </w:p>
        </w:tc>
        <w:tc>
          <w:tcPr>
            <w:tcW w:w="20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58E8C88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72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8B209D5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20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13014B6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8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C9745E8" w14:textId="77777777" w:rsidR="005528C2" w:rsidRPr="007A0413" w:rsidRDefault="005528C2">
            <w:pPr>
              <w:spacing w:after="0" w:line="240" w:lineRule="auto"/>
            </w:pPr>
          </w:p>
        </w:tc>
      </w:tr>
      <w:tr w:rsidR="005528C2" w:rsidRPr="007A0413" w14:paraId="425524BB" w14:textId="77777777" w:rsidTr="00B06084">
        <w:trPr>
          <w:cantSplit/>
          <w:trHeight w:val="251"/>
          <w:jc w:val="center"/>
        </w:trPr>
        <w:tc>
          <w:tcPr>
            <w:tcW w:w="52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DFD0B29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6"/>
              </w:rPr>
              <w:lastRenderedPageBreak/>
              <w:t>12</w:t>
            </w:r>
          </w:p>
        </w:tc>
        <w:tc>
          <w:tcPr>
            <w:tcW w:w="250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FA1D5F2" w14:textId="77777777" w:rsidR="005528C2" w:rsidRPr="007A0413" w:rsidRDefault="00A1736F">
            <w:pPr>
              <w:spacing w:after="0" w:line="240" w:lineRule="auto"/>
            </w:pPr>
            <w:proofErr w:type="spellStart"/>
            <w:r w:rsidRPr="007A0413">
              <w:rPr>
                <w:sz w:val="16"/>
              </w:rPr>
              <w:t>Facilitatori</w:t>
            </w:r>
            <w:proofErr w:type="spellEnd"/>
            <w:r w:rsidRPr="007A0413">
              <w:rPr>
                <w:sz w:val="16"/>
              </w:rPr>
              <w:t xml:space="preserve"> / </w:t>
            </w:r>
            <w:proofErr w:type="spellStart"/>
            <w:r w:rsidRPr="007A0413">
              <w:rPr>
                <w:sz w:val="16"/>
              </w:rPr>
              <w:t>animatori</w:t>
            </w:r>
            <w:proofErr w:type="spellEnd"/>
          </w:p>
        </w:tc>
        <w:tc>
          <w:tcPr>
            <w:tcW w:w="20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E998BA4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72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38EED8B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20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D3BB49B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8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68C603F" w14:textId="77777777" w:rsidR="005528C2" w:rsidRPr="007A0413" w:rsidRDefault="005528C2">
            <w:pPr>
              <w:spacing w:after="0" w:line="240" w:lineRule="auto"/>
            </w:pPr>
          </w:p>
        </w:tc>
      </w:tr>
      <w:tr w:rsidR="005528C2" w:rsidRPr="007A0413" w14:paraId="45360AE4" w14:textId="77777777" w:rsidTr="00B06084">
        <w:trPr>
          <w:cantSplit/>
          <w:trHeight w:val="239"/>
          <w:jc w:val="center"/>
        </w:trPr>
        <w:tc>
          <w:tcPr>
            <w:tcW w:w="52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76EFD96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6"/>
              </w:rPr>
              <w:t>13</w:t>
            </w:r>
          </w:p>
        </w:tc>
        <w:tc>
          <w:tcPr>
            <w:tcW w:w="250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80353A9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6"/>
              </w:rPr>
              <w:t xml:space="preserve">Personal </w:t>
            </w:r>
            <w:proofErr w:type="spellStart"/>
            <w:r w:rsidRPr="007A0413">
              <w:rPr>
                <w:sz w:val="16"/>
              </w:rPr>
              <w:t>montaj</w:t>
            </w:r>
            <w:proofErr w:type="spellEnd"/>
            <w:r w:rsidRPr="007A0413">
              <w:rPr>
                <w:sz w:val="16"/>
              </w:rPr>
              <w:t xml:space="preserve"> / </w:t>
            </w:r>
            <w:proofErr w:type="spellStart"/>
            <w:r w:rsidRPr="007A0413">
              <w:rPr>
                <w:sz w:val="16"/>
              </w:rPr>
              <w:t>demontaj</w:t>
            </w:r>
            <w:proofErr w:type="spellEnd"/>
            <w:r w:rsidRPr="007A0413">
              <w:rPr>
                <w:sz w:val="16"/>
              </w:rPr>
              <w:t xml:space="preserve"> / </w:t>
            </w:r>
            <w:proofErr w:type="spellStart"/>
            <w:r w:rsidRPr="007A0413">
              <w:rPr>
                <w:sz w:val="16"/>
              </w:rPr>
              <w:t>logistică</w:t>
            </w:r>
            <w:proofErr w:type="spellEnd"/>
          </w:p>
        </w:tc>
        <w:tc>
          <w:tcPr>
            <w:tcW w:w="20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2AD5104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72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E09B908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20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60C32AF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8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D01480D" w14:textId="77777777" w:rsidR="005528C2" w:rsidRPr="007A0413" w:rsidRDefault="005528C2">
            <w:pPr>
              <w:spacing w:after="0" w:line="240" w:lineRule="auto"/>
            </w:pPr>
          </w:p>
        </w:tc>
      </w:tr>
      <w:tr w:rsidR="005528C2" w:rsidRPr="007A0413" w14:paraId="67CCC484" w14:textId="77777777" w:rsidTr="00B06084">
        <w:trPr>
          <w:cantSplit/>
          <w:trHeight w:val="251"/>
          <w:jc w:val="center"/>
        </w:trPr>
        <w:tc>
          <w:tcPr>
            <w:tcW w:w="52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54CA372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6"/>
              </w:rPr>
              <w:t>14</w:t>
            </w:r>
          </w:p>
        </w:tc>
        <w:tc>
          <w:tcPr>
            <w:tcW w:w="250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827255B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6"/>
              </w:rPr>
              <w:t xml:space="preserve">Personal </w:t>
            </w:r>
            <w:proofErr w:type="spellStart"/>
            <w:r w:rsidRPr="007A0413">
              <w:rPr>
                <w:sz w:val="16"/>
              </w:rPr>
              <w:t>curățenie</w:t>
            </w:r>
            <w:proofErr w:type="spellEnd"/>
            <w:r w:rsidRPr="007A0413">
              <w:rPr>
                <w:sz w:val="16"/>
              </w:rPr>
              <w:t xml:space="preserve"> / </w:t>
            </w:r>
            <w:proofErr w:type="spellStart"/>
            <w:r w:rsidRPr="007A0413">
              <w:rPr>
                <w:sz w:val="16"/>
              </w:rPr>
              <w:t>salubrizare</w:t>
            </w:r>
            <w:proofErr w:type="spellEnd"/>
          </w:p>
        </w:tc>
        <w:tc>
          <w:tcPr>
            <w:tcW w:w="20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0D0DED7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72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8019C38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20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0D30071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8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9C4A3CD" w14:textId="77777777" w:rsidR="005528C2" w:rsidRPr="007A0413" w:rsidRDefault="005528C2">
            <w:pPr>
              <w:spacing w:after="0" w:line="240" w:lineRule="auto"/>
            </w:pPr>
          </w:p>
        </w:tc>
      </w:tr>
      <w:tr w:rsidR="005528C2" w:rsidRPr="007A0413" w14:paraId="43F6E5A2" w14:textId="77777777" w:rsidTr="00B06084">
        <w:trPr>
          <w:cantSplit/>
          <w:trHeight w:val="239"/>
          <w:jc w:val="center"/>
        </w:trPr>
        <w:tc>
          <w:tcPr>
            <w:tcW w:w="52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59BDC03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6"/>
              </w:rPr>
              <w:t>15</w:t>
            </w:r>
          </w:p>
        </w:tc>
        <w:tc>
          <w:tcPr>
            <w:tcW w:w="250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75433AF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6"/>
              </w:rPr>
              <w:t xml:space="preserve">Personal </w:t>
            </w:r>
            <w:proofErr w:type="spellStart"/>
            <w:r w:rsidRPr="007A0413">
              <w:rPr>
                <w:sz w:val="16"/>
              </w:rPr>
              <w:t>pază</w:t>
            </w:r>
            <w:proofErr w:type="spellEnd"/>
            <w:r w:rsidRPr="007A0413">
              <w:rPr>
                <w:sz w:val="16"/>
              </w:rPr>
              <w:t xml:space="preserve"> și medical</w:t>
            </w:r>
          </w:p>
        </w:tc>
        <w:tc>
          <w:tcPr>
            <w:tcW w:w="20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44F9D30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72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D4E0164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20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4985A0E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8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3C3A753" w14:textId="77777777" w:rsidR="005528C2" w:rsidRPr="007A0413" w:rsidRDefault="005528C2">
            <w:pPr>
              <w:spacing w:after="0" w:line="240" w:lineRule="auto"/>
            </w:pPr>
          </w:p>
        </w:tc>
      </w:tr>
    </w:tbl>
    <w:p w14:paraId="71D44074" w14:textId="77777777" w:rsidR="005528C2" w:rsidRPr="007A0413" w:rsidRDefault="005528C2">
      <w:pPr>
        <w:spacing w:after="20"/>
      </w:pPr>
    </w:p>
    <w:p w14:paraId="76B9A2B7" w14:textId="77777777" w:rsidR="005528C2" w:rsidRPr="007A0413" w:rsidRDefault="00A1736F">
      <w:pPr>
        <w:pageBreakBefore/>
      </w:pPr>
      <w:proofErr w:type="spellStart"/>
      <w:r w:rsidRPr="007A0413">
        <w:rPr>
          <w:b/>
          <w:sz w:val="21"/>
        </w:rPr>
        <w:lastRenderedPageBreak/>
        <w:t>Denumire</w:t>
      </w:r>
      <w:proofErr w:type="spellEnd"/>
      <w:r w:rsidRPr="007A0413">
        <w:rPr>
          <w:b/>
          <w:sz w:val="21"/>
        </w:rPr>
        <w:t xml:space="preserve"> operator economic: </w:t>
      </w:r>
      <w:r w:rsidRPr="007A0413">
        <w:rPr>
          <w:sz w:val="21"/>
        </w:rPr>
        <w:t>____________________________________________</w:t>
      </w:r>
    </w:p>
    <w:p w14:paraId="3126CF5D" w14:textId="77777777" w:rsidR="00B06084" w:rsidRPr="007A0413" w:rsidRDefault="00B06084">
      <w:pPr>
        <w:keepNext/>
        <w:spacing w:after="80"/>
        <w:jc w:val="center"/>
        <w:rPr>
          <w:b/>
          <w:sz w:val="24"/>
        </w:rPr>
      </w:pPr>
    </w:p>
    <w:p w14:paraId="4AA43AFE" w14:textId="7F030013" w:rsidR="005528C2" w:rsidRPr="007A0413" w:rsidRDefault="00A1736F">
      <w:pPr>
        <w:keepNext/>
        <w:spacing w:after="80"/>
        <w:jc w:val="center"/>
      </w:pPr>
      <w:r w:rsidRPr="007A0413">
        <w:rPr>
          <w:b/>
          <w:sz w:val="24"/>
        </w:rPr>
        <w:t>FORMULARUL NR. 9</w:t>
      </w:r>
    </w:p>
    <w:p w14:paraId="19780D80" w14:textId="77777777" w:rsidR="005528C2" w:rsidRPr="007A0413" w:rsidRDefault="00A1736F">
      <w:pPr>
        <w:keepNext/>
        <w:spacing w:after="180"/>
        <w:jc w:val="center"/>
      </w:pPr>
      <w:r w:rsidRPr="007A0413">
        <w:rPr>
          <w:b/>
          <w:sz w:val="24"/>
        </w:rPr>
        <w:t>DECLARAȚIE PRIVIND UTILAJELE, INSTALAȚIILE ȘI ECHIPAMENTELE TEHNICE DE CARE VA DISPUNE OFERTANTUL</w:t>
      </w:r>
    </w:p>
    <w:p w14:paraId="2DAA9834" w14:textId="77777777" w:rsidR="005528C2" w:rsidRPr="007A0413" w:rsidRDefault="00A1736F">
      <w:pPr>
        <w:spacing w:after="80" w:line="240" w:lineRule="auto"/>
        <w:jc w:val="both"/>
      </w:pPr>
      <w:proofErr w:type="spellStart"/>
      <w:r w:rsidRPr="007A0413">
        <w:rPr>
          <w:sz w:val="21"/>
        </w:rPr>
        <w:t>Subsemnatul</w:t>
      </w:r>
      <w:proofErr w:type="spellEnd"/>
      <w:r w:rsidRPr="007A0413">
        <w:rPr>
          <w:sz w:val="21"/>
        </w:rPr>
        <w:t xml:space="preserve">(a) ____________________________________, </w:t>
      </w:r>
      <w:proofErr w:type="spellStart"/>
      <w:r w:rsidRPr="007A0413">
        <w:rPr>
          <w:sz w:val="21"/>
        </w:rPr>
        <w:t>reprezentant</w:t>
      </w:r>
      <w:proofErr w:type="spellEnd"/>
      <w:r w:rsidRPr="007A0413">
        <w:rPr>
          <w:sz w:val="21"/>
        </w:rPr>
        <w:t xml:space="preserve"> legal/</w:t>
      </w:r>
      <w:proofErr w:type="spellStart"/>
      <w:r w:rsidRPr="007A0413">
        <w:rPr>
          <w:sz w:val="21"/>
        </w:rPr>
        <w:t>împuternicit</w:t>
      </w:r>
      <w:proofErr w:type="spellEnd"/>
      <w:r w:rsidRPr="007A0413">
        <w:rPr>
          <w:sz w:val="21"/>
        </w:rPr>
        <w:t xml:space="preserve"> al ____________________________________, </w:t>
      </w:r>
      <w:proofErr w:type="spellStart"/>
      <w:r w:rsidRPr="007A0413">
        <w:rPr>
          <w:sz w:val="21"/>
        </w:rPr>
        <w:t>declar</w:t>
      </w:r>
      <w:proofErr w:type="spellEnd"/>
      <w:r w:rsidRPr="007A0413">
        <w:rPr>
          <w:sz w:val="21"/>
        </w:rPr>
        <w:t xml:space="preserve"> pe propria </w:t>
      </w:r>
      <w:proofErr w:type="spellStart"/>
      <w:r w:rsidRPr="007A0413">
        <w:rPr>
          <w:sz w:val="21"/>
        </w:rPr>
        <w:t>răspundere</w:t>
      </w:r>
      <w:proofErr w:type="spellEnd"/>
      <w:r w:rsidRPr="007A0413">
        <w:rPr>
          <w:sz w:val="21"/>
        </w:rPr>
        <w:t xml:space="preserve">, sub </w:t>
      </w:r>
      <w:proofErr w:type="spellStart"/>
      <w:r w:rsidRPr="007A0413">
        <w:rPr>
          <w:sz w:val="21"/>
        </w:rPr>
        <w:t>sancțiunile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aplicabile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faptei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fals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declarații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datele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prezentate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lista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anexată</w:t>
      </w:r>
      <w:proofErr w:type="spellEnd"/>
      <w:r w:rsidRPr="007A0413">
        <w:rPr>
          <w:sz w:val="21"/>
        </w:rPr>
        <w:t xml:space="preserve"> sunt </w:t>
      </w:r>
      <w:proofErr w:type="spellStart"/>
      <w:r w:rsidRPr="007A0413">
        <w:rPr>
          <w:sz w:val="21"/>
        </w:rPr>
        <w:t>reale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ofertantul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va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avea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dreptul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efectiv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utilizare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asupra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resurselor</w:t>
      </w:r>
      <w:proofErr w:type="spellEnd"/>
      <w:r w:rsidRPr="007A0413">
        <w:rPr>
          <w:sz w:val="21"/>
        </w:rPr>
        <w:t xml:space="preserve"> indicate pe </w:t>
      </w:r>
      <w:proofErr w:type="spellStart"/>
      <w:r w:rsidRPr="007A0413">
        <w:rPr>
          <w:sz w:val="21"/>
        </w:rPr>
        <w:t>întreaga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perioadă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care </w:t>
      </w:r>
      <w:proofErr w:type="spellStart"/>
      <w:r w:rsidRPr="007A0413">
        <w:rPr>
          <w:sz w:val="21"/>
        </w:rPr>
        <w:t>acestea</w:t>
      </w:r>
      <w:proofErr w:type="spellEnd"/>
      <w:r w:rsidRPr="007A0413">
        <w:rPr>
          <w:sz w:val="21"/>
        </w:rPr>
        <w:t xml:space="preserve"> sunt </w:t>
      </w:r>
      <w:proofErr w:type="spellStart"/>
      <w:r w:rsidRPr="007A0413">
        <w:rPr>
          <w:sz w:val="21"/>
        </w:rPr>
        <w:t>necesare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executării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contractului</w:t>
      </w:r>
      <w:proofErr w:type="spellEnd"/>
      <w:r w:rsidRPr="007A0413">
        <w:rPr>
          <w:sz w:val="21"/>
        </w:rPr>
        <w:t>.</w:t>
      </w:r>
    </w:p>
    <w:p w14:paraId="049DDF48" w14:textId="77777777" w:rsidR="005528C2" w:rsidRPr="007A0413" w:rsidRDefault="00A1736F">
      <w:pPr>
        <w:spacing w:after="80" w:line="240" w:lineRule="auto"/>
        <w:jc w:val="both"/>
      </w:pPr>
      <w:proofErr w:type="spellStart"/>
      <w:r w:rsidRPr="007A0413">
        <w:rPr>
          <w:sz w:val="21"/>
        </w:rPr>
        <w:t>Declar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informațiile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furnizate</w:t>
      </w:r>
      <w:proofErr w:type="spellEnd"/>
      <w:r w:rsidRPr="007A0413">
        <w:rPr>
          <w:sz w:val="21"/>
        </w:rPr>
        <w:t xml:space="preserve"> sunt complete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corecte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înțeleg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autoritatea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contractantă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poate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solicita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documente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pentru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verificarea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proprietății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închirierii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comodatului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angajamentelor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punere</w:t>
      </w:r>
      <w:proofErr w:type="spellEnd"/>
      <w:r w:rsidRPr="007A0413">
        <w:rPr>
          <w:sz w:val="21"/>
        </w:rPr>
        <w:t xml:space="preserve"> la </w:t>
      </w:r>
      <w:proofErr w:type="spellStart"/>
      <w:r w:rsidRPr="007A0413">
        <w:rPr>
          <w:sz w:val="21"/>
        </w:rPr>
        <w:t>dispoziție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fișelor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tehnice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certificărilor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gramStart"/>
      <w:r w:rsidRPr="007A0413">
        <w:rPr>
          <w:sz w:val="21"/>
        </w:rPr>
        <w:t>a</w:t>
      </w:r>
      <w:proofErr w:type="gram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oricăror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alte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elemente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relevante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pentru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conformitatea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tehnică</w:t>
      </w:r>
      <w:proofErr w:type="spellEnd"/>
      <w:r w:rsidRPr="007A0413">
        <w:rPr>
          <w:sz w:val="21"/>
        </w:rPr>
        <w:t xml:space="preserve"> a </w:t>
      </w:r>
      <w:proofErr w:type="spellStart"/>
      <w:r w:rsidRPr="007A0413">
        <w:rPr>
          <w:sz w:val="21"/>
        </w:rPr>
        <w:t>resurselor</w:t>
      </w:r>
      <w:proofErr w:type="spellEnd"/>
      <w:r w:rsidRPr="007A0413">
        <w:rPr>
          <w:sz w:val="21"/>
        </w:rPr>
        <w:t>.</w:t>
      </w:r>
    </w:p>
    <w:p w14:paraId="378B7F36" w14:textId="77777777" w:rsidR="005528C2" w:rsidRPr="007A0413" w:rsidRDefault="00A1736F">
      <w:pPr>
        <w:spacing w:after="60" w:line="240" w:lineRule="auto"/>
      </w:pPr>
      <w:r w:rsidRPr="007A0413">
        <w:rPr>
          <w:sz w:val="21"/>
        </w:rPr>
        <w:t xml:space="preserve">Data </w:t>
      </w:r>
      <w:proofErr w:type="spellStart"/>
      <w:r w:rsidRPr="007A0413">
        <w:rPr>
          <w:sz w:val="21"/>
        </w:rPr>
        <w:t>completării</w:t>
      </w:r>
      <w:proofErr w:type="spellEnd"/>
      <w:r w:rsidRPr="007A0413">
        <w:rPr>
          <w:sz w:val="21"/>
        </w:rPr>
        <w:t>: ____________________</w:t>
      </w:r>
    </w:p>
    <w:p w14:paraId="7D9BFAFA" w14:textId="77777777" w:rsidR="005528C2" w:rsidRPr="007A0413" w:rsidRDefault="00A1736F">
      <w:pPr>
        <w:spacing w:after="40" w:line="240" w:lineRule="auto"/>
      </w:pPr>
      <w:r w:rsidRPr="007A0413">
        <w:rPr>
          <w:sz w:val="21"/>
        </w:rPr>
        <w:t>Operator economic: ________________________________________________</w:t>
      </w:r>
    </w:p>
    <w:p w14:paraId="63F84A25" w14:textId="77777777" w:rsidR="005528C2" w:rsidRPr="007A0413" w:rsidRDefault="00A1736F">
      <w:pPr>
        <w:spacing w:after="40" w:line="240" w:lineRule="auto"/>
      </w:pPr>
      <w:proofErr w:type="spellStart"/>
      <w:r w:rsidRPr="007A0413">
        <w:rPr>
          <w:sz w:val="21"/>
        </w:rPr>
        <w:t>Nume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prenume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reprezentant</w:t>
      </w:r>
      <w:proofErr w:type="spellEnd"/>
      <w:r w:rsidRPr="007A0413">
        <w:rPr>
          <w:sz w:val="21"/>
        </w:rPr>
        <w:t>/</w:t>
      </w:r>
      <w:proofErr w:type="spellStart"/>
      <w:r w:rsidRPr="007A0413">
        <w:rPr>
          <w:sz w:val="21"/>
        </w:rPr>
        <w:t>împuternicit</w:t>
      </w:r>
      <w:proofErr w:type="spellEnd"/>
      <w:r w:rsidRPr="007A0413">
        <w:rPr>
          <w:sz w:val="21"/>
        </w:rPr>
        <w:t>: ________________________________</w:t>
      </w:r>
    </w:p>
    <w:p w14:paraId="47415B10" w14:textId="77777777" w:rsidR="005528C2" w:rsidRPr="007A0413" w:rsidRDefault="00A1736F">
      <w:pPr>
        <w:spacing w:after="40" w:line="240" w:lineRule="auto"/>
      </w:pPr>
      <w:proofErr w:type="spellStart"/>
      <w:r w:rsidRPr="007A0413">
        <w:rPr>
          <w:sz w:val="21"/>
        </w:rPr>
        <w:t>Funcția</w:t>
      </w:r>
      <w:proofErr w:type="spellEnd"/>
      <w:r w:rsidRPr="007A0413">
        <w:rPr>
          <w:sz w:val="21"/>
        </w:rPr>
        <w:t>: ________________________________</w:t>
      </w:r>
    </w:p>
    <w:p w14:paraId="314F44B0" w14:textId="77777777" w:rsidR="005528C2" w:rsidRPr="007A0413" w:rsidRDefault="00A1736F">
      <w:pPr>
        <w:spacing w:after="0" w:line="240" w:lineRule="auto"/>
      </w:pPr>
      <w:proofErr w:type="spellStart"/>
      <w:r w:rsidRPr="007A0413">
        <w:rPr>
          <w:sz w:val="21"/>
        </w:rPr>
        <w:t>Semnătura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autorizată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ștampila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dacă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este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cazul</w:t>
      </w:r>
      <w:proofErr w:type="spellEnd"/>
      <w:r w:rsidRPr="007A0413">
        <w:rPr>
          <w:sz w:val="21"/>
        </w:rPr>
        <w:t>: __________________________</w:t>
      </w:r>
    </w:p>
    <w:p w14:paraId="1E040C29" w14:textId="77777777" w:rsidR="00B06084" w:rsidRPr="007A0413" w:rsidRDefault="00B06084">
      <w:pPr>
        <w:keepNext/>
        <w:spacing w:before="160" w:after="120" w:line="240" w:lineRule="auto"/>
        <w:jc w:val="center"/>
        <w:rPr>
          <w:b/>
          <w:sz w:val="21"/>
        </w:rPr>
      </w:pPr>
    </w:p>
    <w:p w14:paraId="40E45CF9" w14:textId="77777777" w:rsidR="00B06084" w:rsidRPr="007A0413" w:rsidRDefault="00B06084">
      <w:pPr>
        <w:keepNext/>
        <w:spacing w:before="160" w:after="120" w:line="240" w:lineRule="auto"/>
        <w:jc w:val="center"/>
        <w:rPr>
          <w:b/>
          <w:sz w:val="21"/>
        </w:rPr>
      </w:pPr>
    </w:p>
    <w:p w14:paraId="490ADF8A" w14:textId="1C5340A9" w:rsidR="005528C2" w:rsidRPr="007A0413" w:rsidRDefault="00A1736F">
      <w:pPr>
        <w:keepNext/>
        <w:spacing w:before="160" w:after="120" w:line="240" w:lineRule="auto"/>
        <w:jc w:val="center"/>
      </w:pPr>
      <w:r w:rsidRPr="007A0413">
        <w:rPr>
          <w:b/>
          <w:sz w:val="21"/>
        </w:rPr>
        <w:t>ANEXĂ LA FORMULARUL NR. 9 - LISTA RESURSELOR ȘI ECHIPAMENTELOR TEHNICE</w:t>
      </w:r>
    </w:p>
    <w:tbl>
      <w:tblPr>
        <w:tblStyle w:val="Tabelgril"/>
        <w:tblW w:w="10362" w:type="dxa"/>
        <w:jc w:val="center"/>
        <w:tblLayout w:type="fixed"/>
        <w:tblLook w:val="04A0" w:firstRow="1" w:lastRow="0" w:firstColumn="1" w:lastColumn="0" w:noHBand="0" w:noVBand="1"/>
      </w:tblPr>
      <w:tblGrid>
        <w:gridCol w:w="498"/>
        <w:gridCol w:w="2740"/>
        <w:gridCol w:w="1694"/>
        <w:gridCol w:w="1694"/>
        <w:gridCol w:w="1993"/>
        <w:gridCol w:w="1743"/>
      </w:tblGrid>
      <w:tr w:rsidR="005528C2" w:rsidRPr="007A0413" w14:paraId="4413CBF4" w14:textId="77777777" w:rsidTr="00B06084">
        <w:trPr>
          <w:cantSplit/>
          <w:trHeight w:val="337"/>
          <w:tblHeader/>
          <w:jc w:val="center"/>
        </w:trPr>
        <w:tc>
          <w:tcPr>
            <w:tcW w:w="4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12E9589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b/>
                <w:sz w:val="15"/>
              </w:rPr>
              <w:t>Nr.</w:t>
            </w:r>
          </w:p>
        </w:tc>
        <w:tc>
          <w:tcPr>
            <w:tcW w:w="274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32B91E5" w14:textId="77777777" w:rsidR="005528C2" w:rsidRPr="007A0413" w:rsidRDefault="00A1736F">
            <w:pPr>
              <w:spacing w:after="0" w:line="240" w:lineRule="auto"/>
              <w:jc w:val="center"/>
            </w:pPr>
            <w:proofErr w:type="spellStart"/>
            <w:r w:rsidRPr="007A0413">
              <w:rPr>
                <w:b/>
                <w:sz w:val="15"/>
              </w:rPr>
              <w:t>Denumire</w:t>
            </w:r>
            <w:proofErr w:type="spellEnd"/>
            <w:r w:rsidRPr="007A0413">
              <w:rPr>
                <w:b/>
                <w:sz w:val="15"/>
              </w:rPr>
              <w:t xml:space="preserve"> </w:t>
            </w:r>
            <w:proofErr w:type="spellStart"/>
            <w:r w:rsidRPr="007A0413">
              <w:rPr>
                <w:b/>
                <w:sz w:val="15"/>
              </w:rPr>
              <w:t>resursă</w:t>
            </w:r>
            <w:proofErr w:type="spellEnd"/>
            <w:r w:rsidRPr="007A0413">
              <w:rPr>
                <w:b/>
                <w:sz w:val="15"/>
              </w:rPr>
              <w:t xml:space="preserve"> / </w:t>
            </w:r>
            <w:proofErr w:type="spellStart"/>
            <w:r w:rsidRPr="007A0413">
              <w:rPr>
                <w:b/>
                <w:sz w:val="15"/>
              </w:rPr>
              <w:t>echipament</w:t>
            </w:r>
            <w:proofErr w:type="spellEnd"/>
          </w:p>
        </w:tc>
        <w:tc>
          <w:tcPr>
            <w:tcW w:w="16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988D1F7" w14:textId="77777777" w:rsidR="005528C2" w:rsidRPr="007A0413" w:rsidRDefault="00A1736F">
            <w:pPr>
              <w:spacing w:after="0" w:line="240" w:lineRule="auto"/>
              <w:jc w:val="center"/>
            </w:pPr>
            <w:proofErr w:type="spellStart"/>
            <w:r w:rsidRPr="007A0413">
              <w:rPr>
                <w:b/>
                <w:sz w:val="15"/>
              </w:rPr>
              <w:t>Cantitate</w:t>
            </w:r>
            <w:proofErr w:type="spellEnd"/>
            <w:r w:rsidRPr="007A0413">
              <w:rPr>
                <w:b/>
                <w:sz w:val="15"/>
              </w:rPr>
              <w:t xml:space="preserve"> / </w:t>
            </w:r>
            <w:proofErr w:type="spellStart"/>
            <w:r w:rsidRPr="007A0413">
              <w:rPr>
                <w:b/>
                <w:sz w:val="15"/>
              </w:rPr>
              <w:t>configurație</w:t>
            </w:r>
            <w:proofErr w:type="spellEnd"/>
            <w:r w:rsidRPr="007A0413">
              <w:rPr>
                <w:b/>
                <w:sz w:val="15"/>
              </w:rPr>
              <w:t xml:space="preserve"> </w:t>
            </w:r>
            <w:proofErr w:type="spellStart"/>
            <w:r w:rsidRPr="007A0413">
              <w:rPr>
                <w:b/>
                <w:sz w:val="15"/>
              </w:rPr>
              <w:t>ofertată</w:t>
            </w:r>
            <w:proofErr w:type="spellEnd"/>
          </w:p>
        </w:tc>
        <w:tc>
          <w:tcPr>
            <w:tcW w:w="16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0EBA70F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b/>
                <w:sz w:val="15"/>
              </w:rPr>
              <w:t xml:space="preserve">Forma de </w:t>
            </w:r>
            <w:proofErr w:type="spellStart"/>
            <w:r w:rsidRPr="007A0413">
              <w:rPr>
                <w:b/>
                <w:sz w:val="15"/>
              </w:rPr>
              <w:t>deținere</w:t>
            </w:r>
            <w:proofErr w:type="spellEnd"/>
            <w:r w:rsidRPr="007A0413">
              <w:rPr>
                <w:b/>
                <w:sz w:val="15"/>
              </w:rPr>
              <w:t xml:space="preserve"> / </w:t>
            </w:r>
            <w:proofErr w:type="spellStart"/>
            <w:r w:rsidRPr="007A0413">
              <w:rPr>
                <w:b/>
                <w:sz w:val="15"/>
              </w:rPr>
              <w:t>folosință</w:t>
            </w:r>
            <w:proofErr w:type="spellEnd"/>
          </w:p>
        </w:tc>
        <w:tc>
          <w:tcPr>
            <w:tcW w:w="199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B749202" w14:textId="77777777" w:rsidR="005528C2" w:rsidRPr="007A0413" w:rsidRDefault="00A1736F">
            <w:pPr>
              <w:spacing w:after="0" w:line="240" w:lineRule="auto"/>
              <w:jc w:val="center"/>
            </w:pPr>
            <w:proofErr w:type="spellStart"/>
            <w:r w:rsidRPr="007A0413">
              <w:rPr>
                <w:b/>
                <w:sz w:val="15"/>
              </w:rPr>
              <w:t>Caracteristici</w:t>
            </w:r>
            <w:proofErr w:type="spellEnd"/>
            <w:r w:rsidRPr="007A0413">
              <w:rPr>
                <w:b/>
                <w:sz w:val="15"/>
              </w:rPr>
              <w:t xml:space="preserve"> / </w:t>
            </w:r>
            <w:proofErr w:type="spellStart"/>
            <w:r w:rsidRPr="007A0413">
              <w:rPr>
                <w:b/>
                <w:sz w:val="15"/>
              </w:rPr>
              <w:t>conformitate</w:t>
            </w:r>
            <w:proofErr w:type="spellEnd"/>
          </w:p>
        </w:tc>
        <w:tc>
          <w:tcPr>
            <w:tcW w:w="174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2125355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b/>
                <w:sz w:val="15"/>
              </w:rPr>
              <w:t>Document suport</w:t>
            </w:r>
          </w:p>
        </w:tc>
      </w:tr>
      <w:tr w:rsidR="005528C2" w:rsidRPr="007A0413" w14:paraId="685E70D3" w14:textId="77777777" w:rsidTr="00B06084">
        <w:trPr>
          <w:cantSplit/>
          <w:trHeight w:val="252"/>
          <w:jc w:val="center"/>
        </w:trPr>
        <w:tc>
          <w:tcPr>
            <w:tcW w:w="4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6843505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5"/>
              </w:rPr>
              <w:t>1</w:t>
            </w:r>
          </w:p>
        </w:tc>
        <w:tc>
          <w:tcPr>
            <w:tcW w:w="274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8F2D170" w14:textId="77777777" w:rsidR="005528C2" w:rsidRPr="007A0413" w:rsidRDefault="00A1736F">
            <w:pPr>
              <w:spacing w:after="0" w:line="240" w:lineRule="auto"/>
            </w:pPr>
            <w:proofErr w:type="spellStart"/>
            <w:r w:rsidRPr="007A0413">
              <w:rPr>
                <w:sz w:val="15"/>
              </w:rPr>
              <w:t>Scenă</w:t>
            </w:r>
            <w:proofErr w:type="spellEnd"/>
            <w:r w:rsidRPr="007A0413">
              <w:rPr>
                <w:sz w:val="15"/>
              </w:rPr>
              <w:t xml:space="preserve"> </w:t>
            </w:r>
            <w:proofErr w:type="spellStart"/>
            <w:r w:rsidRPr="007A0413">
              <w:rPr>
                <w:sz w:val="15"/>
              </w:rPr>
              <w:t>principală</w:t>
            </w:r>
            <w:proofErr w:type="spellEnd"/>
            <w:r w:rsidRPr="007A0413">
              <w:rPr>
                <w:sz w:val="15"/>
              </w:rPr>
              <w:t xml:space="preserve"> </w:t>
            </w:r>
            <w:proofErr w:type="spellStart"/>
            <w:r w:rsidRPr="007A0413">
              <w:rPr>
                <w:sz w:val="15"/>
              </w:rPr>
              <w:t>acoperită</w:t>
            </w:r>
            <w:proofErr w:type="spellEnd"/>
            <w:r w:rsidRPr="007A0413">
              <w:rPr>
                <w:sz w:val="15"/>
              </w:rPr>
              <w:t>, minimum 8 x 6 m</w:t>
            </w:r>
          </w:p>
        </w:tc>
        <w:tc>
          <w:tcPr>
            <w:tcW w:w="16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659A09B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6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773623A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99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08C3817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74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E50AF36" w14:textId="77777777" w:rsidR="005528C2" w:rsidRPr="007A0413" w:rsidRDefault="005528C2">
            <w:pPr>
              <w:spacing w:after="0" w:line="240" w:lineRule="auto"/>
            </w:pPr>
          </w:p>
        </w:tc>
      </w:tr>
      <w:tr w:rsidR="005528C2" w:rsidRPr="007A0413" w14:paraId="284C960B" w14:textId="77777777" w:rsidTr="00B06084">
        <w:trPr>
          <w:cantSplit/>
          <w:trHeight w:val="240"/>
          <w:jc w:val="center"/>
        </w:trPr>
        <w:tc>
          <w:tcPr>
            <w:tcW w:w="4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A1B3010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5"/>
              </w:rPr>
              <w:t>2</w:t>
            </w:r>
          </w:p>
        </w:tc>
        <w:tc>
          <w:tcPr>
            <w:tcW w:w="274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00F8E62" w14:textId="77777777" w:rsidR="005528C2" w:rsidRPr="007A0413" w:rsidRDefault="00A1736F">
            <w:pPr>
              <w:spacing w:after="0" w:line="240" w:lineRule="auto"/>
            </w:pPr>
            <w:proofErr w:type="spellStart"/>
            <w:r w:rsidRPr="007A0413">
              <w:rPr>
                <w:sz w:val="15"/>
              </w:rPr>
              <w:t>Sistem</w:t>
            </w:r>
            <w:proofErr w:type="spellEnd"/>
            <w:r w:rsidRPr="007A0413">
              <w:rPr>
                <w:sz w:val="15"/>
              </w:rPr>
              <w:t xml:space="preserve"> </w:t>
            </w:r>
            <w:proofErr w:type="spellStart"/>
            <w:r w:rsidRPr="007A0413">
              <w:rPr>
                <w:sz w:val="15"/>
              </w:rPr>
              <w:t>profesional</w:t>
            </w:r>
            <w:proofErr w:type="spellEnd"/>
            <w:r w:rsidRPr="007A0413">
              <w:rPr>
                <w:sz w:val="15"/>
              </w:rPr>
              <w:t xml:space="preserve"> de </w:t>
            </w:r>
            <w:proofErr w:type="spellStart"/>
            <w:r w:rsidRPr="007A0413">
              <w:rPr>
                <w:sz w:val="15"/>
              </w:rPr>
              <w:t>sonorizare</w:t>
            </w:r>
            <w:proofErr w:type="spellEnd"/>
            <w:r w:rsidRPr="007A0413">
              <w:rPr>
                <w:sz w:val="15"/>
              </w:rPr>
              <w:t xml:space="preserve"> </w:t>
            </w:r>
            <w:proofErr w:type="spellStart"/>
            <w:r w:rsidRPr="007A0413">
              <w:rPr>
                <w:sz w:val="15"/>
              </w:rPr>
              <w:t>pentru</w:t>
            </w:r>
            <w:proofErr w:type="spellEnd"/>
            <w:r w:rsidRPr="007A0413">
              <w:rPr>
                <w:sz w:val="15"/>
              </w:rPr>
              <w:t xml:space="preserve"> exterior</w:t>
            </w:r>
          </w:p>
        </w:tc>
        <w:tc>
          <w:tcPr>
            <w:tcW w:w="16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FD624C2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6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54D1A8A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99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A0007EA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74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E3C3F13" w14:textId="77777777" w:rsidR="005528C2" w:rsidRPr="007A0413" w:rsidRDefault="005528C2">
            <w:pPr>
              <w:spacing w:after="0" w:line="240" w:lineRule="auto"/>
            </w:pPr>
          </w:p>
        </w:tc>
      </w:tr>
      <w:tr w:rsidR="005528C2" w:rsidRPr="007A0413" w14:paraId="43ACCBAF" w14:textId="77777777" w:rsidTr="00B06084">
        <w:trPr>
          <w:cantSplit/>
          <w:trHeight w:val="252"/>
          <w:jc w:val="center"/>
        </w:trPr>
        <w:tc>
          <w:tcPr>
            <w:tcW w:w="4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D24EB2E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5"/>
              </w:rPr>
              <w:t>3</w:t>
            </w:r>
          </w:p>
        </w:tc>
        <w:tc>
          <w:tcPr>
            <w:tcW w:w="274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C5F0C9E" w14:textId="77777777" w:rsidR="005528C2" w:rsidRPr="007A0413" w:rsidRDefault="00A1736F">
            <w:pPr>
              <w:spacing w:after="0" w:line="240" w:lineRule="auto"/>
            </w:pPr>
            <w:proofErr w:type="spellStart"/>
            <w:r w:rsidRPr="007A0413">
              <w:rPr>
                <w:sz w:val="15"/>
              </w:rPr>
              <w:t>Sistem</w:t>
            </w:r>
            <w:proofErr w:type="spellEnd"/>
            <w:r w:rsidRPr="007A0413">
              <w:rPr>
                <w:sz w:val="15"/>
              </w:rPr>
              <w:t xml:space="preserve"> </w:t>
            </w:r>
            <w:proofErr w:type="spellStart"/>
            <w:r w:rsidRPr="007A0413">
              <w:rPr>
                <w:sz w:val="15"/>
              </w:rPr>
              <w:t>profesional</w:t>
            </w:r>
            <w:proofErr w:type="spellEnd"/>
            <w:r w:rsidRPr="007A0413">
              <w:rPr>
                <w:sz w:val="15"/>
              </w:rPr>
              <w:t xml:space="preserve"> de </w:t>
            </w:r>
            <w:proofErr w:type="spellStart"/>
            <w:r w:rsidRPr="007A0413">
              <w:rPr>
                <w:sz w:val="15"/>
              </w:rPr>
              <w:t>iluminat</w:t>
            </w:r>
            <w:proofErr w:type="spellEnd"/>
          </w:p>
        </w:tc>
        <w:tc>
          <w:tcPr>
            <w:tcW w:w="16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573D91F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6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85D5E4A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99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0F72988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74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501086A" w14:textId="77777777" w:rsidR="005528C2" w:rsidRPr="007A0413" w:rsidRDefault="005528C2">
            <w:pPr>
              <w:spacing w:after="0" w:line="240" w:lineRule="auto"/>
            </w:pPr>
          </w:p>
        </w:tc>
      </w:tr>
      <w:tr w:rsidR="005528C2" w:rsidRPr="007A0413" w14:paraId="7C0C5A4C" w14:textId="77777777" w:rsidTr="00B06084">
        <w:trPr>
          <w:cantSplit/>
          <w:trHeight w:val="252"/>
          <w:jc w:val="center"/>
        </w:trPr>
        <w:tc>
          <w:tcPr>
            <w:tcW w:w="4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70ED81B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5"/>
              </w:rPr>
              <w:t>4</w:t>
            </w:r>
          </w:p>
        </w:tc>
        <w:tc>
          <w:tcPr>
            <w:tcW w:w="274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F857459" w14:textId="77777777" w:rsidR="005528C2" w:rsidRPr="007A0413" w:rsidRDefault="00A1736F">
            <w:pPr>
              <w:spacing w:after="0" w:line="240" w:lineRule="auto"/>
            </w:pPr>
            <w:proofErr w:type="spellStart"/>
            <w:r w:rsidRPr="007A0413">
              <w:rPr>
                <w:sz w:val="15"/>
              </w:rPr>
              <w:t>Ecran</w:t>
            </w:r>
            <w:proofErr w:type="spellEnd"/>
            <w:r w:rsidRPr="007A0413">
              <w:rPr>
                <w:sz w:val="15"/>
              </w:rPr>
              <w:t xml:space="preserve"> LED exterior, minimum 20 </w:t>
            </w:r>
            <w:proofErr w:type="spellStart"/>
            <w:r w:rsidRPr="007A0413">
              <w:rPr>
                <w:sz w:val="15"/>
              </w:rPr>
              <w:t>mp</w:t>
            </w:r>
            <w:proofErr w:type="spellEnd"/>
          </w:p>
        </w:tc>
        <w:tc>
          <w:tcPr>
            <w:tcW w:w="16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DCD73CA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6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DDFF727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99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4198D3B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74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34BBFDD" w14:textId="77777777" w:rsidR="005528C2" w:rsidRPr="007A0413" w:rsidRDefault="005528C2">
            <w:pPr>
              <w:spacing w:after="0" w:line="240" w:lineRule="auto"/>
            </w:pPr>
          </w:p>
        </w:tc>
      </w:tr>
      <w:tr w:rsidR="005528C2" w:rsidRPr="007A0413" w14:paraId="0E6B2AAE" w14:textId="77777777" w:rsidTr="00B06084">
        <w:trPr>
          <w:cantSplit/>
          <w:trHeight w:val="240"/>
          <w:jc w:val="center"/>
        </w:trPr>
        <w:tc>
          <w:tcPr>
            <w:tcW w:w="4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0F10DB9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5"/>
              </w:rPr>
              <w:t>5</w:t>
            </w:r>
          </w:p>
        </w:tc>
        <w:tc>
          <w:tcPr>
            <w:tcW w:w="274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AA82C47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5"/>
              </w:rPr>
              <w:t>Generator principal</w:t>
            </w:r>
          </w:p>
        </w:tc>
        <w:tc>
          <w:tcPr>
            <w:tcW w:w="16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0B770DD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6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871C81E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99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0170E13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74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F83CD63" w14:textId="77777777" w:rsidR="005528C2" w:rsidRPr="007A0413" w:rsidRDefault="005528C2">
            <w:pPr>
              <w:spacing w:after="0" w:line="240" w:lineRule="auto"/>
            </w:pPr>
          </w:p>
        </w:tc>
      </w:tr>
      <w:tr w:rsidR="005528C2" w:rsidRPr="007A0413" w14:paraId="2A388E6B" w14:textId="77777777" w:rsidTr="00B06084">
        <w:trPr>
          <w:cantSplit/>
          <w:trHeight w:val="252"/>
          <w:jc w:val="center"/>
        </w:trPr>
        <w:tc>
          <w:tcPr>
            <w:tcW w:w="4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0511546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5"/>
              </w:rPr>
              <w:t>6</w:t>
            </w:r>
          </w:p>
        </w:tc>
        <w:tc>
          <w:tcPr>
            <w:tcW w:w="274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1AA03E3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5"/>
              </w:rPr>
              <w:t xml:space="preserve">Generator de </w:t>
            </w:r>
            <w:proofErr w:type="spellStart"/>
            <w:r w:rsidRPr="007A0413">
              <w:rPr>
                <w:sz w:val="15"/>
              </w:rPr>
              <w:t>rezervă</w:t>
            </w:r>
            <w:proofErr w:type="spellEnd"/>
          </w:p>
        </w:tc>
        <w:tc>
          <w:tcPr>
            <w:tcW w:w="16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263CCB1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6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9B0891A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99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48897EB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74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738D463" w14:textId="77777777" w:rsidR="005528C2" w:rsidRPr="007A0413" w:rsidRDefault="005528C2">
            <w:pPr>
              <w:spacing w:after="0" w:line="240" w:lineRule="auto"/>
            </w:pPr>
          </w:p>
        </w:tc>
      </w:tr>
      <w:tr w:rsidR="005528C2" w:rsidRPr="007A0413" w14:paraId="65856ED3" w14:textId="77777777" w:rsidTr="00B06084">
        <w:trPr>
          <w:cantSplit/>
          <w:trHeight w:val="240"/>
          <w:jc w:val="center"/>
        </w:trPr>
        <w:tc>
          <w:tcPr>
            <w:tcW w:w="4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6BC580A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5"/>
              </w:rPr>
              <w:t>7</w:t>
            </w:r>
          </w:p>
        </w:tc>
        <w:tc>
          <w:tcPr>
            <w:tcW w:w="274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28A682E" w14:textId="77777777" w:rsidR="005528C2" w:rsidRPr="007A0413" w:rsidRDefault="00A1736F">
            <w:pPr>
              <w:spacing w:after="0" w:line="240" w:lineRule="auto"/>
            </w:pPr>
            <w:proofErr w:type="spellStart"/>
            <w:r w:rsidRPr="007A0413">
              <w:rPr>
                <w:sz w:val="15"/>
              </w:rPr>
              <w:t>Distribuție</w:t>
            </w:r>
            <w:proofErr w:type="spellEnd"/>
            <w:r w:rsidRPr="007A0413">
              <w:rPr>
                <w:sz w:val="15"/>
              </w:rPr>
              <w:t xml:space="preserve"> </w:t>
            </w:r>
            <w:proofErr w:type="spellStart"/>
            <w:r w:rsidRPr="007A0413">
              <w:rPr>
                <w:sz w:val="15"/>
              </w:rPr>
              <w:t>electrică</w:t>
            </w:r>
            <w:proofErr w:type="spellEnd"/>
            <w:r w:rsidRPr="007A0413">
              <w:rPr>
                <w:sz w:val="15"/>
              </w:rPr>
              <w:t xml:space="preserve"> </w:t>
            </w:r>
            <w:proofErr w:type="spellStart"/>
            <w:r w:rsidRPr="007A0413">
              <w:rPr>
                <w:sz w:val="15"/>
              </w:rPr>
              <w:t>completă</w:t>
            </w:r>
            <w:proofErr w:type="spellEnd"/>
          </w:p>
        </w:tc>
        <w:tc>
          <w:tcPr>
            <w:tcW w:w="16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2CB5971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6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E332EC0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99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C954866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74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6076A4B" w14:textId="77777777" w:rsidR="005528C2" w:rsidRPr="007A0413" w:rsidRDefault="005528C2">
            <w:pPr>
              <w:spacing w:after="0" w:line="240" w:lineRule="auto"/>
            </w:pPr>
          </w:p>
        </w:tc>
      </w:tr>
      <w:tr w:rsidR="005528C2" w:rsidRPr="007A0413" w14:paraId="1A9A8D95" w14:textId="77777777" w:rsidTr="00B06084">
        <w:trPr>
          <w:cantSplit/>
          <w:trHeight w:val="349"/>
          <w:jc w:val="center"/>
        </w:trPr>
        <w:tc>
          <w:tcPr>
            <w:tcW w:w="4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AF97B9A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5"/>
              </w:rPr>
              <w:t>8</w:t>
            </w:r>
          </w:p>
        </w:tc>
        <w:tc>
          <w:tcPr>
            <w:tcW w:w="274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007B2D0" w14:textId="77777777" w:rsidR="005528C2" w:rsidRPr="007A0413" w:rsidRDefault="00A1736F">
            <w:pPr>
              <w:spacing w:after="0" w:line="240" w:lineRule="auto"/>
            </w:pPr>
            <w:proofErr w:type="spellStart"/>
            <w:r w:rsidRPr="007A0413">
              <w:rPr>
                <w:sz w:val="15"/>
              </w:rPr>
              <w:t>Corturi</w:t>
            </w:r>
            <w:proofErr w:type="spellEnd"/>
            <w:r w:rsidRPr="007A0413">
              <w:rPr>
                <w:sz w:val="15"/>
              </w:rPr>
              <w:t>/</w:t>
            </w:r>
            <w:proofErr w:type="spellStart"/>
            <w:r w:rsidRPr="007A0413">
              <w:rPr>
                <w:sz w:val="15"/>
              </w:rPr>
              <w:t>pavilioane</w:t>
            </w:r>
            <w:proofErr w:type="spellEnd"/>
            <w:r w:rsidRPr="007A0413">
              <w:rPr>
                <w:sz w:val="15"/>
              </w:rPr>
              <w:t>/</w:t>
            </w:r>
            <w:proofErr w:type="spellStart"/>
            <w:r w:rsidRPr="007A0413">
              <w:rPr>
                <w:sz w:val="15"/>
              </w:rPr>
              <w:t>standuri</w:t>
            </w:r>
            <w:proofErr w:type="spellEnd"/>
            <w:r w:rsidRPr="007A0413">
              <w:rPr>
                <w:sz w:val="15"/>
              </w:rPr>
              <w:t xml:space="preserve"> - minimum 30 </w:t>
            </w:r>
            <w:proofErr w:type="spellStart"/>
            <w:r w:rsidRPr="007A0413">
              <w:rPr>
                <w:sz w:val="15"/>
              </w:rPr>
              <w:t>unități</w:t>
            </w:r>
            <w:proofErr w:type="spellEnd"/>
          </w:p>
        </w:tc>
        <w:tc>
          <w:tcPr>
            <w:tcW w:w="16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263B6AC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6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663A78B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99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81F6F24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74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8F78449" w14:textId="77777777" w:rsidR="005528C2" w:rsidRPr="007A0413" w:rsidRDefault="005528C2">
            <w:pPr>
              <w:spacing w:after="0" w:line="240" w:lineRule="auto"/>
            </w:pPr>
          </w:p>
        </w:tc>
      </w:tr>
      <w:tr w:rsidR="005528C2" w:rsidRPr="007A0413" w14:paraId="52837203" w14:textId="77777777" w:rsidTr="00B06084">
        <w:trPr>
          <w:cantSplit/>
          <w:trHeight w:val="240"/>
          <w:jc w:val="center"/>
        </w:trPr>
        <w:tc>
          <w:tcPr>
            <w:tcW w:w="4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6365549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5"/>
              </w:rPr>
              <w:t>9</w:t>
            </w:r>
          </w:p>
        </w:tc>
        <w:tc>
          <w:tcPr>
            <w:tcW w:w="274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D72A849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5"/>
              </w:rPr>
              <w:t xml:space="preserve">Mese - minimum 30 </w:t>
            </w:r>
            <w:proofErr w:type="spellStart"/>
            <w:r w:rsidRPr="007A0413">
              <w:rPr>
                <w:sz w:val="15"/>
              </w:rPr>
              <w:t>unități</w:t>
            </w:r>
            <w:proofErr w:type="spellEnd"/>
          </w:p>
        </w:tc>
        <w:tc>
          <w:tcPr>
            <w:tcW w:w="16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2AEDF66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6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9BD0E97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99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4E59C15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74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7A1BAAE" w14:textId="77777777" w:rsidR="005528C2" w:rsidRPr="007A0413" w:rsidRDefault="005528C2">
            <w:pPr>
              <w:spacing w:after="0" w:line="240" w:lineRule="auto"/>
            </w:pPr>
          </w:p>
        </w:tc>
      </w:tr>
      <w:tr w:rsidR="005528C2" w:rsidRPr="007A0413" w14:paraId="49C713DA" w14:textId="77777777" w:rsidTr="00B06084">
        <w:trPr>
          <w:cantSplit/>
          <w:trHeight w:val="252"/>
          <w:jc w:val="center"/>
        </w:trPr>
        <w:tc>
          <w:tcPr>
            <w:tcW w:w="4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7B9BDE6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5"/>
              </w:rPr>
              <w:t>10</w:t>
            </w:r>
          </w:p>
        </w:tc>
        <w:tc>
          <w:tcPr>
            <w:tcW w:w="274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BB6EE1B" w14:textId="77777777" w:rsidR="005528C2" w:rsidRPr="007A0413" w:rsidRDefault="00A1736F">
            <w:pPr>
              <w:spacing w:after="0" w:line="240" w:lineRule="auto"/>
            </w:pPr>
            <w:proofErr w:type="spellStart"/>
            <w:r w:rsidRPr="007A0413">
              <w:rPr>
                <w:sz w:val="15"/>
              </w:rPr>
              <w:t>Scaune</w:t>
            </w:r>
            <w:proofErr w:type="spellEnd"/>
            <w:r w:rsidRPr="007A0413">
              <w:rPr>
                <w:sz w:val="15"/>
              </w:rPr>
              <w:t xml:space="preserve"> - minimum 60 </w:t>
            </w:r>
            <w:proofErr w:type="spellStart"/>
            <w:r w:rsidRPr="007A0413">
              <w:rPr>
                <w:sz w:val="15"/>
              </w:rPr>
              <w:t>unități</w:t>
            </w:r>
            <w:proofErr w:type="spellEnd"/>
          </w:p>
        </w:tc>
        <w:tc>
          <w:tcPr>
            <w:tcW w:w="16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3D95B93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6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49AE11C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99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4BAA652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74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78B65A4" w14:textId="77777777" w:rsidR="005528C2" w:rsidRPr="007A0413" w:rsidRDefault="005528C2">
            <w:pPr>
              <w:spacing w:after="0" w:line="240" w:lineRule="auto"/>
            </w:pPr>
          </w:p>
        </w:tc>
      </w:tr>
      <w:tr w:rsidR="005528C2" w:rsidRPr="007A0413" w14:paraId="5A867306" w14:textId="77777777" w:rsidTr="00B06084">
        <w:trPr>
          <w:cantSplit/>
          <w:trHeight w:val="240"/>
          <w:jc w:val="center"/>
        </w:trPr>
        <w:tc>
          <w:tcPr>
            <w:tcW w:w="4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55172C6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5"/>
              </w:rPr>
              <w:t>11</w:t>
            </w:r>
          </w:p>
        </w:tc>
        <w:tc>
          <w:tcPr>
            <w:tcW w:w="274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0AD1B4D" w14:textId="77777777" w:rsidR="005528C2" w:rsidRPr="007A0413" w:rsidRDefault="00A1736F">
            <w:pPr>
              <w:spacing w:after="0" w:line="240" w:lineRule="auto"/>
            </w:pPr>
            <w:proofErr w:type="spellStart"/>
            <w:r w:rsidRPr="007A0413">
              <w:rPr>
                <w:sz w:val="15"/>
              </w:rPr>
              <w:t>Țarcuri</w:t>
            </w:r>
            <w:proofErr w:type="spellEnd"/>
            <w:r w:rsidRPr="007A0413">
              <w:rPr>
                <w:sz w:val="15"/>
              </w:rPr>
              <w:t>/</w:t>
            </w:r>
            <w:proofErr w:type="spellStart"/>
            <w:r w:rsidRPr="007A0413">
              <w:rPr>
                <w:sz w:val="15"/>
              </w:rPr>
              <w:t>delimitări</w:t>
            </w:r>
            <w:proofErr w:type="spellEnd"/>
            <w:r w:rsidRPr="007A0413">
              <w:rPr>
                <w:sz w:val="15"/>
              </w:rPr>
              <w:t xml:space="preserve"> </w:t>
            </w:r>
            <w:proofErr w:type="spellStart"/>
            <w:r w:rsidRPr="007A0413">
              <w:rPr>
                <w:sz w:val="15"/>
              </w:rPr>
              <w:t>pentru</w:t>
            </w:r>
            <w:proofErr w:type="spellEnd"/>
            <w:r w:rsidRPr="007A0413">
              <w:rPr>
                <w:sz w:val="15"/>
              </w:rPr>
              <w:t xml:space="preserve"> </w:t>
            </w:r>
            <w:proofErr w:type="spellStart"/>
            <w:r w:rsidRPr="007A0413">
              <w:rPr>
                <w:sz w:val="15"/>
              </w:rPr>
              <w:t>animale</w:t>
            </w:r>
            <w:proofErr w:type="spellEnd"/>
          </w:p>
        </w:tc>
        <w:tc>
          <w:tcPr>
            <w:tcW w:w="16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BFD3F1A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6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D6A9206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99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C70D841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74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0251AEA" w14:textId="77777777" w:rsidR="005528C2" w:rsidRPr="007A0413" w:rsidRDefault="005528C2">
            <w:pPr>
              <w:spacing w:after="0" w:line="240" w:lineRule="auto"/>
            </w:pPr>
          </w:p>
        </w:tc>
      </w:tr>
      <w:tr w:rsidR="005528C2" w:rsidRPr="007A0413" w14:paraId="3D932257" w14:textId="77777777" w:rsidTr="00B06084">
        <w:trPr>
          <w:cantSplit/>
          <w:trHeight w:val="252"/>
          <w:jc w:val="center"/>
        </w:trPr>
        <w:tc>
          <w:tcPr>
            <w:tcW w:w="4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2F79C4C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5"/>
              </w:rPr>
              <w:t>12</w:t>
            </w:r>
          </w:p>
        </w:tc>
        <w:tc>
          <w:tcPr>
            <w:tcW w:w="274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033F7C3" w14:textId="77777777" w:rsidR="005528C2" w:rsidRPr="007A0413" w:rsidRDefault="00A1736F">
            <w:pPr>
              <w:spacing w:after="0" w:line="240" w:lineRule="auto"/>
            </w:pPr>
            <w:proofErr w:type="spellStart"/>
            <w:r w:rsidRPr="007A0413">
              <w:rPr>
                <w:sz w:val="15"/>
              </w:rPr>
              <w:t>Garduri</w:t>
            </w:r>
            <w:proofErr w:type="spellEnd"/>
            <w:r w:rsidRPr="007A0413">
              <w:rPr>
                <w:sz w:val="15"/>
              </w:rPr>
              <w:t xml:space="preserve"> </w:t>
            </w:r>
            <w:proofErr w:type="spellStart"/>
            <w:r w:rsidRPr="007A0413">
              <w:rPr>
                <w:sz w:val="15"/>
              </w:rPr>
              <w:t>și</w:t>
            </w:r>
            <w:proofErr w:type="spellEnd"/>
            <w:r w:rsidRPr="007A0413">
              <w:rPr>
                <w:sz w:val="15"/>
              </w:rPr>
              <w:t xml:space="preserve"> </w:t>
            </w:r>
            <w:proofErr w:type="spellStart"/>
            <w:r w:rsidRPr="007A0413">
              <w:rPr>
                <w:sz w:val="15"/>
              </w:rPr>
              <w:t>separatoare</w:t>
            </w:r>
            <w:proofErr w:type="spellEnd"/>
          </w:p>
        </w:tc>
        <w:tc>
          <w:tcPr>
            <w:tcW w:w="16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4B4B9E7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6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44C8007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99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5D84D5C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74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61C7A77" w14:textId="77777777" w:rsidR="005528C2" w:rsidRPr="007A0413" w:rsidRDefault="005528C2">
            <w:pPr>
              <w:spacing w:after="0" w:line="240" w:lineRule="auto"/>
            </w:pPr>
          </w:p>
        </w:tc>
      </w:tr>
      <w:tr w:rsidR="005528C2" w:rsidRPr="007A0413" w14:paraId="59987BE5" w14:textId="77777777" w:rsidTr="00B06084">
        <w:trPr>
          <w:cantSplit/>
          <w:trHeight w:val="240"/>
          <w:jc w:val="center"/>
        </w:trPr>
        <w:tc>
          <w:tcPr>
            <w:tcW w:w="4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09927DD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5"/>
              </w:rPr>
              <w:t>13</w:t>
            </w:r>
          </w:p>
        </w:tc>
        <w:tc>
          <w:tcPr>
            <w:tcW w:w="274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E9B3556" w14:textId="77777777" w:rsidR="005528C2" w:rsidRPr="007A0413" w:rsidRDefault="00A1736F">
            <w:pPr>
              <w:spacing w:after="0" w:line="240" w:lineRule="auto"/>
            </w:pPr>
            <w:proofErr w:type="spellStart"/>
            <w:r w:rsidRPr="007A0413">
              <w:rPr>
                <w:sz w:val="15"/>
              </w:rPr>
              <w:t>Toalete</w:t>
            </w:r>
            <w:proofErr w:type="spellEnd"/>
            <w:r w:rsidRPr="007A0413">
              <w:rPr>
                <w:sz w:val="15"/>
              </w:rPr>
              <w:t xml:space="preserve"> </w:t>
            </w:r>
            <w:proofErr w:type="spellStart"/>
            <w:r w:rsidRPr="007A0413">
              <w:rPr>
                <w:sz w:val="15"/>
              </w:rPr>
              <w:t>ecologice</w:t>
            </w:r>
            <w:proofErr w:type="spellEnd"/>
            <w:r w:rsidRPr="007A0413">
              <w:rPr>
                <w:sz w:val="15"/>
              </w:rPr>
              <w:t xml:space="preserve"> - minimum 15 </w:t>
            </w:r>
            <w:proofErr w:type="spellStart"/>
            <w:r w:rsidRPr="007A0413">
              <w:rPr>
                <w:sz w:val="15"/>
              </w:rPr>
              <w:t>unități</w:t>
            </w:r>
            <w:proofErr w:type="spellEnd"/>
          </w:p>
        </w:tc>
        <w:tc>
          <w:tcPr>
            <w:tcW w:w="16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359D4DF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6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848446E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99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7760C80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74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6CA4A7D" w14:textId="77777777" w:rsidR="005528C2" w:rsidRPr="007A0413" w:rsidRDefault="005528C2">
            <w:pPr>
              <w:spacing w:after="0" w:line="240" w:lineRule="auto"/>
            </w:pPr>
          </w:p>
        </w:tc>
      </w:tr>
      <w:tr w:rsidR="005528C2" w:rsidRPr="007A0413" w14:paraId="4E0A96E3" w14:textId="77777777" w:rsidTr="00B06084">
        <w:trPr>
          <w:cantSplit/>
          <w:trHeight w:val="252"/>
          <w:jc w:val="center"/>
        </w:trPr>
        <w:tc>
          <w:tcPr>
            <w:tcW w:w="4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9D5DBE7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5"/>
              </w:rPr>
              <w:t>14</w:t>
            </w:r>
          </w:p>
        </w:tc>
        <w:tc>
          <w:tcPr>
            <w:tcW w:w="274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C621359" w14:textId="77777777" w:rsidR="005528C2" w:rsidRPr="007A0413" w:rsidRDefault="00A1736F">
            <w:pPr>
              <w:spacing w:after="0" w:line="240" w:lineRule="auto"/>
            </w:pPr>
            <w:proofErr w:type="spellStart"/>
            <w:r w:rsidRPr="007A0413">
              <w:rPr>
                <w:sz w:val="15"/>
              </w:rPr>
              <w:t>Semnalistică</w:t>
            </w:r>
            <w:proofErr w:type="spellEnd"/>
            <w:r w:rsidRPr="007A0413">
              <w:rPr>
                <w:sz w:val="15"/>
              </w:rPr>
              <w:t xml:space="preserve"> </w:t>
            </w:r>
            <w:proofErr w:type="spellStart"/>
            <w:r w:rsidRPr="007A0413">
              <w:rPr>
                <w:sz w:val="15"/>
              </w:rPr>
              <w:t>și</w:t>
            </w:r>
            <w:proofErr w:type="spellEnd"/>
            <w:r w:rsidRPr="007A0413">
              <w:rPr>
                <w:sz w:val="15"/>
              </w:rPr>
              <w:t xml:space="preserve"> </w:t>
            </w:r>
            <w:proofErr w:type="spellStart"/>
            <w:r w:rsidRPr="007A0413">
              <w:rPr>
                <w:sz w:val="15"/>
              </w:rPr>
              <w:t>panouri</w:t>
            </w:r>
            <w:proofErr w:type="spellEnd"/>
            <w:r w:rsidRPr="007A0413">
              <w:rPr>
                <w:sz w:val="15"/>
              </w:rPr>
              <w:t xml:space="preserve"> de </w:t>
            </w:r>
            <w:proofErr w:type="spellStart"/>
            <w:r w:rsidRPr="007A0413">
              <w:rPr>
                <w:sz w:val="15"/>
              </w:rPr>
              <w:t>informare</w:t>
            </w:r>
            <w:proofErr w:type="spellEnd"/>
          </w:p>
        </w:tc>
        <w:tc>
          <w:tcPr>
            <w:tcW w:w="16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98CFC6C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6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0BC92D3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99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D598F75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74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FE13713" w14:textId="77777777" w:rsidR="005528C2" w:rsidRPr="007A0413" w:rsidRDefault="005528C2">
            <w:pPr>
              <w:spacing w:after="0" w:line="240" w:lineRule="auto"/>
            </w:pPr>
          </w:p>
        </w:tc>
      </w:tr>
      <w:tr w:rsidR="005528C2" w:rsidRPr="007A0413" w14:paraId="6F0D5AA5" w14:textId="77777777" w:rsidTr="00B06084">
        <w:trPr>
          <w:cantSplit/>
          <w:trHeight w:val="252"/>
          <w:jc w:val="center"/>
        </w:trPr>
        <w:tc>
          <w:tcPr>
            <w:tcW w:w="4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74B6B25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5"/>
              </w:rPr>
              <w:lastRenderedPageBreak/>
              <w:t>15</w:t>
            </w:r>
          </w:p>
        </w:tc>
        <w:tc>
          <w:tcPr>
            <w:tcW w:w="274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35A1466" w14:textId="77777777" w:rsidR="005528C2" w:rsidRPr="007A0413" w:rsidRDefault="00A1736F">
            <w:pPr>
              <w:spacing w:after="0" w:line="240" w:lineRule="auto"/>
            </w:pPr>
            <w:proofErr w:type="spellStart"/>
            <w:r w:rsidRPr="007A0413">
              <w:rPr>
                <w:sz w:val="15"/>
              </w:rPr>
              <w:t>Puncte</w:t>
            </w:r>
            <w:proofErr w:type="spellEnd"/>
            <w:r w:rsidRPr="007A0413">
              <w:rPr>
                <w:sz w:val="15"/>
              </w:rPr>
              <w:t xml:space="preserve"> de </w:t>
            </w:r>
            <w:proofErr w:type="spellStart"/>
            <w:r w:rsidRPr="007A0413">
              <w:rPr>
                <w:sz w:val="15"/>
              </w:rPr>
              <w:t>apă</w:t>
            </w:r>
            <w:proofErr w:type="spellEnd"/>
            <w:r w:rsidRPr="007A0413">
              <w:rPr>
                <w:sz w:val="15"/>
              </w:rPr>
              <w:t xml:space="preserve"> </w:t>
            </w:r>
            <w:proofErr w:type="spellStart"/>
            <w:r w:rsidRPr="007A0413">
              <w:rPr>
                <w:sz w:val="15"/>
              </w:rPr>
              <w:t>și</w:t>
            </w:r>
            <w:proofErr w:type="spellEnd"/>
            <w:r w:rsidRPr="007A0413">
              <w:rPr>
                <w:sz w:val="15"/>
              </w:rPr>
              <w:t xml:space="preserve"> </w:t>
            </w:r>
            <w:proofErr w:type="spellStart"/>
            <w:r w:rsidRPr="007A0413">
              <w:rPr>
                <w:sz w:val="15"/>
              </w:rPr>
              <w:t>elemente</w:t>
            </w:r>
            <w:proofErr w:type="spellEnd"/>
            <w:r w:rsidRPr="007A0413">
              <w:rPr>
                <w:sz w:val="15"/>
              </w:rPr>
              <w:t xml:space="preserve"> de </w:t>
            </w:r>
            <w:proofErr w:type="spellStart"/>
            <w:r w:rsidRPr="007A0413">
              <w:rPr>
                <w:sz w:val="15"/>
              </w:rPr>
              <w:t>umbrire</w:t>
            </w:r>
            <w:proofErr w:type="spellEnd"/>
          </w:p>
        </w:tc>
        <w:tc>
          <w:tcPr>
            <w:tcW w:w="16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1CD8277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6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4130159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99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8277F50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74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E4BDA94" w14:textId="77777777" w:rsidR="005528C2" w:rsidRPr="007A0413" w:rsidRDefault="005528C2">
            <w:pPr>
              <w:spacing w:after="0" w:line="240" w:lineRule="auto"/>
            </w:pPr>
          </w:p>
        </w:tc>
      </w:tr>
      <w:tr w:rsidR="005528C2" w:rsidRPr="007A0413" w14:paraId="4857995B" w14:textId="77777777" w:rsidTr="00B06084">
        <w:trPr>
          <w:cantSplit/>
          <w:trHeight w:val="240"/>
          <w:jc w:val="center"/>
        </w:trPr>
        <w:tc>
          <w:tcPr>
            <w:tcW w:w="4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E5B67F2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5"/>
              </w:rPr>
              <w:t>16</w:t>
            </w:r>
          </w:p>
        </w:tc>
        <w:tc>
          <w:tcPr>
            <w:tcW w:w="274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3AFA06E" w14:textId="77777777" w:rsidR="005528C2" w:rsidRPr="007A0413" w:rsidRDefault="00A1736F">
            <w:pPr>
              <w:spacing w:after="0" w:line="240" w:lineRule="auto"/>
            </w:pPr>
            <w:proofErr w:type="spellStart"/>
            <w:r w:rsidRPr="007A0413">
              <w:rPr>
                <w:sz w:val="15"/>
              </w:rPr>
              <w:t>Echipamente</w:t>
            </w:r>
            <w:proofErr w:type="spellEnd"/>
            <w:r w:rsidRPr="007A0413">
              <w:rPr>
                <w:sz w:val="15"/>
              </w:rPr>
              <w:t xml:space="preserve"> de </w:t>
            </w:r>
            <w:proofErr w:type="spellStart"/>
            <w:r w:rsidRPr="007A0413">
              <w:rPr>
                <w:sz w:val="15"/>
              </w:rPr>
              <w:t>securitate</w:t>
            </w:r>
            <w:proofErr w:type="spellEnd"/>
            <w:r w:rsidRPr="007A0413">
              <w:rPr>
                <w:sz w:val="15"/>
              </w:rPr>
              <w:t xml:space="preserve"> / PSI</w:t>
            </w:r>
          </w:p>
        </w:tc>
        <w:tc>
          <w:tcPr>
            <w:tcW w:w="16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3AA7CFE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6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E89FEBA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99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EFE1956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74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51EC425" w14:textId="77777777" w:rsidR="005528C2" w:rsidRPr="007A0413" w:rsidRDefault="005528C2">
            <w:pPr>
              <w:spacing w:after="0" w:line="240" w:lineRule="auto"/>
            </w:pPr>
          </w:p>
        </w:tc>
      </w:tr>
      <w:tr w:rsidR="005528C2" w:rsidRPr="007A0413" w14:paraId="06EDB8AD" w14:textId="77777777" w:rsidTr="00B06084">
        <w:trPr>
          <w:cantSplit/>
          <w:trHeight w:val="252"/>
          <w:jc w:val="center"/>
        </w:trPr>
        <w:tc>
          <w:tcPr>
            <w:tcW w:w="4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3A310B2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5"/>
              </w:rPr>
              <w:t>17</w:t>
            </w:r>
          </w:p>
        </w:tc>
        <w:tc>
          <w:tcPr>
            <w:tcW w:w="274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1C4784D" w14:textId="77777777" w:rsidR="005528C2" w:rsidRPr="007A0413" w:rsidRDefault="00A1736F">
            <w:pPr>
              <w:spacing w:after="0" w:line="240" w:lineRule="auto"/>
            </w:pPr>
            <w:proofErr w:type="spellStart"/>
            <w:r w:rsidRPr="007A0413">
              <w:rPr>
                <w:sz w:val="15"/>
              </w:rPr>
              <w:t>Echipamente</w:t>
            </w:r>
            <w:proofErr w:type="spellEnd"/>
            <w:r w:rsidRPr="007A0413">
              <w:rPr>
                <w:sz w:val="15"/>
              </w:rPr>
              <w:t xml:space="preserve"> foto-video </w:t>
            </w:r>
            <w:proofErr w:type="spellStart"/>
            <w:r w:rsidRPr="007A0413">
              <w:rPr>
                <w:sz w:val="15"/>
              </w:rPr>
              <w:t>și</w:t>
            </w:r>
            <w:proofErr w:type="spellEnd"/>
            <w:r w:rsidRPr="007A0413">
              <w:rPr>
                <w:sz w:val="15"/>
              </w:rPr>
              <w:t xml:space="preserve"> de </w:t>
            </w:r>
            <w:proofErr w:type="spellStart"/>
            <w:r w:rsidRPr="007A0413">
              <w:rPr>
                <w:sz w:val="15"/>
              </w:rPr>
              <w:t>postproducție</w:t>
            </w:r>
            <w:proofErr w:type="spellEnd"/>
          </w:p>
        </w:tc>
        <w:tc>
          <w:tcPr>
            <w:tcW w:w="16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947CA35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6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22541DB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99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A5C1691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74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9DAB8BA" w14:textId="77777777" w:rsidR="005528C2" w:rsidRPr="007A0413" w:rsidRDefault="005528C2">
            <w:pPr>
              <w:spacing w:after="0" w:line="240" w:lineRule="auto"/>
            </w:pPr>
          </w:p>
        </w:tc>
      </w:tr>
      <w:tr w:rsidR="005528C2" w:rsidRPr="007A0413" w14:paraId="64E275CC" w14:textId="77777777" w:rsidTr="00B06084">
        <w:trPr>
          <w:cantSplit/>
          <w:trHeight w:val="240"/>
          <w:jc w:val="center"/>
        </w:trPr>
        <w:tc>
          <w:tcPr>
            <w:tcW w:w="4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8D2770C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5"/>
              </w:rPr>
              <w:t>18</w:t>
            </w:r>
          </w:p>
        </w:tc>
        <w:tc>
          <w:tcPr>
            <w:tcW w:w="274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D2DFC05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5"/>
              </w:rPr>
              <w:t xml:space="preserve">Alte </w:t>
            </w:r>
            <w:proofErr w:type="spellStart"/>
            <w:r w:rsidRPr="007A0413">
              <w:rPr>
                <w:sz w:val="15"/>
              </w:rPr>
              <w:t>resurse</w:t>
            </w:r>
            <w:proofErr w:type="spellEnd"/>
            <w:r w:rsidRPr="007A0413">
              <w:rPr>
                <w:sz w:val="15"/>
              </w:rPr>
              <w:t xml:space="preserve"> </w:t>
            </w:r>
            <w:proofErr w:type="spellStart"/>
            <w:r w:rsidRPr="007A0413">
              <w:rPr>
                <w:sz w:val="15"/>
              </w:rPr>
              <w:t>necesare</w:t>
            </w:r>
            <w:proofErr w:type="spellEnd"/>
            <w:r w:rsidRPr="007A0413">
              <w:rPr>
                <w:sz w:val="15"/>
              </w:rPr>
              <w:t xml:space="preserve"> conform </w:t>
            </w:r>
            <w:proofErr w:type="spellStart"/>
            <w:r w:rsidRPr="007A0413">
              <w:rPr>
                <w:sz w:val="15"/>
              </w:rPr>
              <w:t>soluției</w:t>
            </w:r>
            <w:proofErr w:type="spellEnd"/>
            <w:r w:rsidRPr="007A0413">
              <w:rPr>
                <w:sz w:val="15"/>
              </w:rPr>
              <w:t xml:space="preserve"> </w:t>
            </w:r>
            <w:proofErr w:type="spellStart"/>
            <w:r w:rsidRPr="007A0413">
              <w:rPr>
                <w:sz w:val="15"/>
              </w:rPr>
              <w:t>tehnice</w:t>
            </w:r>
            <w:proofErr w:type="spellEnd"/>
          </w:p>
        </w:tc>
        <w:tc>
          <w:tcPr>
            <w:tcW w:w="16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82A44E7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6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8A219C7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99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DC3A22F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74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531DC70" w14:textId="77777777" w:rsidR="005528C2" w:rsidRPr="007A0413" w:rsidRDefault="005528C2">
            <w:pPr>
              <w:spacing w:after="0" w:line="240" w:lineRule="auto"/>
            </w:pPr>
          </w:p>
        </w:tc>
      </w:tr>
    </w:tbl>
    <w:p w14:paraId="5ECE0D64" w14:textId="77777777" w:rsidR="005528C2" w:rsidRPr="007A0413" w:rsidRDefault="005528C2">
      <w:pPr>
        <w:spacing w:after="20"/>
      </w:pPr>
    </w:p>
    <w:p w14:paraId="21E49FF4" w14:textId="77777777" w:rsidR="005528C2" w:rsidRPr="007A0413" w:rsidRDefault="00A1736F">
      <w:pPr>
        <w:spacing w:after="80" w:line="240" w:lineRule="auto"/>
        <w:jc w:val="both"/>
      </w:pPr>
      <w:proofErr w:type="spellStart"/>
      <w:r w:rsidRPr="007A0413">
        <w:rPr>
          <w:i/>
          <w:sz w:val="21"/>
        </w:rPr>
        <w:t>Ofertantul</w:t>
      </w:r>
      <w:proofErr w:type="spellEnd"/>
      <w:r w:rsidRPr="007A0413">
        <w:rPr>
          <w:i/>
          <w:sz w:val="21"/>
        </w:rPr>
        <w:t xml:space="preserve"> se </w:t>
      </w:r>
      <w:proofErr w:type="spellStart"/>
      <w:r w:rsidRPr="007A0413">
        <w:rPr>
          <w:i/>
          <w:sz w:val="21"/>
        </w:rPr>
        <w:t>obligă</w:t>
      </w:r>
      <w:proofErr w:type="spellEnd"/>
      <w:r w:rsidRPr="007A0413">
        <w:rPr>
          <w:i/>
          <w:sz w:val="21"/>
        </w:rPr>
        <w:t xml:space="preserve"> </w:t>
      </w:r>
      <w:proofErr w:type="spellStart"/>
      <w:r w:rsidRPr="007A0413">
        <w:rPr>
          <w:i/>
          <w:sz w:val="21"/>
        </w:rPr>
        <w:t>să</w:t>
      </w:r>
      <w:proofErr w:type="spellEnd"/>
      <w:r w:rsidRPr="007A0413">
        <w:rPr>
          <w:i/>
          <w:sz w:val="21"/>
        </w:rPr>
        <w:t xml:space="preserve"> </w:t>
      </w:r>
      <w:proofErr w:type="spellStart"/>
      <w:r w:rsidRPr="007A0413">
        <w:rPr>
          <w:i/>
          <w:sz w:val="21"/>
        </w:rPr>
        <w:t>dimensioneze</w:t>
      </w:r>
      <w:proofErr w:type="spellEnd"/>
      <w:r w:rsidRPr="007A0413">
        <w:rPr>
          <w:i/>
          <w:sz w:val="21"/>
        </w:rPr>
        <w:t xml:space="preserve"> </w:t>
      </w:r>
      <w:proofErr w:type="spellStart"/>
      <w:r w:rsidRPr="007A0413">
        <w:rPr>
          <w:i/>
          <w:sz w:val="21"/>
        </w:rPr>
        <w:t>soluția</w:t>
      </w:r>
      <w:proofErr w:type="spellEnd"/>
      <w:r w:rsidRPr="007A0413">
        <w:rPr>
          <w:i/>
          <w:sz w:val="21"/>
        </w:rPr>
        <w:t xml:space="preserve"> </w:t>
      </w:r>
      <w:proofErr w:type="spellStart"/>
      <w:r w:rsidRPr="007A0413">
        <w:rPr>
          <w:i/>
          <w:sz w:val="21"/>
        </w:rPr>
        <w:t>finală</w:t>
      </w:r>
      <w:proofErr w:type="spellEnd"/>
      <w:r w:rsidRPr="007A0413">
        <w:rPr>
          <w:i/>
          <w:sz w:val="21"/>
        </w:rPr>
        <w:t xml:space="preserve"> </w:t>
      </w:r>
      <w:proofErr w:type="spellStart"/>
      <w:r w:rsidRPr="007A0413">
        <w:rPr>
          <w:i/>
          <w:sz w:val="21"/>
        </w:rPr>
        <w:t>în</w:t>
      </w:r>
      <w:proofErr w:type="spellEnd"/>
      <w:r w:rsidRPr="007A0413">
        <w:rPr>
          <w:i/>
          <w:sz w:val="21"/>
        </w:rPr>
        <w:t xml:space="preserve"> </w:t>
      </w:r>
      <w:proofErr w:type="spellStart"/>
      <w:r w:rsidRPr="007A0413">
        <w:rPr>
          <w:i/>
          <w:sz w:val="21"/>
        </w:rPr>
        <w:t>funcție</w:t>
      </w:r>
      <w:proofErr w:type="spellEnd"/>
      <w:r w:rsidRPr="007A0413">
        <w:rPr>
          <w:i/>
          <w:sz w:val="21"/>
        </w:rPr>
        <w:t xml:space="preserve"> de </w:t>
      </w:r>
      <w:proofErr w:type="spellStart"/>
      <w:r w:rsidRPr="007A0413">
        <w:rPr>
          <w:i/>
          <w:sz w:val="21"/>
        </w:rPr>
        <w:t>planul</w:t>
      </w:r>
      <w:proofErr w:type="spellEnd"/>
      <w:r w:rsidRPr="007A0413">
        <w:rPr>
          <w:i/>
          <w:sz w:val="21"/>
        </w:rPr>
        <w:t xml:space="preserve"> de </w:t>
      </w:r>
      <w:proofErr w:type="spellStart"/>
      <w:r w:rsidRPr="007A0413">
        <w:rPr>
          <w:i/>
          <w:sz w:val="21"/>
        </w:rPr>
        <w:t>amplasament</w:t>
      </w:r>
      <w:proofErr w:type="spellEnd"/>
      <w:r w:rsidRPr="007A0413">
        <w:rPr>
          <w:i/>
          <w:sz w:val="21"/>
        </w:rPr>
        <w:t xml:space="preserve">, </w:t>
      </w:r>
      <w:proofErr w:type="spellStart"/>
      <w:r w:rsidRPr="007A0413">
        <w:rPr>
          <w:i/>
          <w:sz w:val="21"/>
        </w:rPr>
        <w:t>avize</w:t>
      </w:r>
      <w:proofErr w:type="spellEnd"/>
      <w:r w:rsidRPr="007A0413">
        <w:rPr>
          <w:i/>
          <w:sz w:val="21"/>
        </w:rPr>
        <w:t xml:space="preserve">, </w:t>
      </w:r>
      <w:proofErr w:type="spellStart"/>
      <w:r w:rsidRPr="007A0413">
        <w:rPr>
          <w:i/>
          <w:sz w:val="21"/>
        </w:rPr>
        <w:t>analiza</w:t>
      </w:r>
      <w:proofErr w:type="spellEnd"/>
      <w:r w:rsidRPr="007A0413">
        <w:rPr>
          <w:i/>
          <w:sz w:val="21"/>
        </w:rPr>
        <w:t xml:space="preserve"> de </w:t>
      </w:r>
      <w:proofErr w:type="spellStart"/>
      <w:r w:rsidRPr="007A0413">
        <w:rPr>
          <w:i/>
          <w:sz w:val="21"/>
        </w:rPr>
        <w:t>risc</w:t>
      </w:r>
      <w:proofErr w:type="spellEnd"/>
      <w:r w:rsidRPr="007A0413">
        <w:rPr>
          <w:i/>
          <w:sz w:val="21"/>
        </w:rPr>
        <w:t xml:space="preserve"> </w:t>
      </w:r>
      <w:proofErr w:type="spellStart"/>
      <w:r w:rsidRPr="007A0413">
        <w:rPr>
          <w:i/>
          <w:sz w:val="21"/>
        </w:rPr>
        <w:t>și</w:t>
      </w:r>
      <w:proofErr w:type="spellEnd"/>
      <w:r w:rsidRPr="007A0413">
        <w:rPr>
          <w:i/>
          <w:sz w:val="21"/>
        </w:rPr>
        <w:t xml:space="preserve"> program, </w:t>
      </w:r>
      <w:proofErr w:type="spellStart"/>
      <w:r w:rsidRPr="007A0413">
        <w:rPr>
          <w:i/>
          <w:sz w:val="21"/>
        </w:rPr>
        <w:t>inclusiv</w:t>
      </w:r>
      <w:proofErr w:type="spellEnd"/>
      <w:r w:rsidRPr="007A0413">
        <w:rPr>
          <w:i/>
          <w:sz w:val="21"/>
        </w:rPr>
        <w:t xml:space="preserve"> </w:t>
      </w:r>
      <w:proofErr w:type="spellStart"/>
      <w:r w:rsidRPr="007A0413">
        <w:rPr>
          <w:i/>
          <w:sz w:val="21"/>
        </w:rPr>
        <w:t>prin</w:t>
      </w:r>
      <w:proofErr w:type="spellEnd"/>
      <w:r w:rsidRPr="007A0413">
        <w:rPr>
          <w:i/>
          <w:sz w:val="21"/>
        </w:rPr>
        <w:t xml:space="preserve"> </w:t>
      </w:r>
      <w:proofErr w:type="spellStart"/>
      <w:r w:rsidRPr="007A0413">
        <w:rPr>
          <w:i/>
          <w:sz w:val="21"/>
        </w:rPr>
        <w:t>asigurarea</w:t>
      </w:r>
      <w:proofErr w:type="spellEnd"/>
      <w:r w:rsidRPr="007A0413">
        <w:rPr>
          <w:i/>
          <w:sz w:val="21"/>
        </w:rPr>
        <w:t xml:space="preserve"> </w:t>
      </w:r>
      <w:proofErr w:type="spellStart"/>
      <w:r w:rsidRPr="007A0413">
        <w:rPr>
          <w:i/>
          <w:sz w:val="21"/>
        </w:rPr>
        <w:t>unor</w:t>
      </w:r>
      <w:proofErr w:type="spellEnd"/>
      <w:r w:rsidRPr="007A0413">
        <w:rPr>
          <w:i/>
          <w:sz w:val="21"/>
        </w:rPr>
        <w:t xml:space="preserve"> </w:t>
      </w:r>
      <w:proofErr w:type="spellStart"/>
      <w:r w:rsidRPr="007A0413">
        <w:rPr>
          <w:i/>
          <w:sz w:val="21"/>
        </w:rPr>
        <w:t>cantități</w:t>
      </w:r>
      <w:proofErr w:type="spellEnd"/>
      <w:r w:rsidRPr="007A0413">
        <w:rPr>
          <w:i/>
          <w:sz w:val="21"/>
        </w:rPr>
        <w:t xml:space="preserve"> </w:t>
      </w:r>
      <w:proofErr w:type="spellStart"/>
      <w:r w:rsidRPr="007A0413">
        <w:rPr>
          <w:i/>
          <w:sz w:val="21"/>
        </w:rPr>
        <w:t>superioare</w:t>
      </w:r>
      <w:proofErr w:type="spellEnd"/>
      <w:r w:rsidRPr="007A0413">
        <w:rPr>
          <w:i/>
          <w:sz w:val="21"/>
        </w:rPr>
        <w:t xml:space="preserve"> </w:t>
      </w:r>
      <w:proofErr w:type="spellStart"/>
      <w:r w:rsidRPr="007A0413">
        <w:rPr>
          <w:i/>
          <w:sz w:val="21"/>
        </w:rPr>
        <w:t>minimelor</w:t>
      </w:r>
      <w:proofErr w:type="spellEnd"/>
      <w:r w:rsidRPr="007A0413">
        <w:rPr>
          <w:i/>
          <w:sz w:val="21"/>
        </w:rPr>
        <w:t xml:space="preserve"> </w:t>
      </w:r>
      <w:proofErr w:type="spellStart"/>
      <w:r w:rsidRPr="007A0413">
        <w:rPr>
          <w:i/>
          <w:sz w:val="21"/>
        </w:rPr>
        <w:t>atunci</w:t>
      </w:r>
      <w:proofErr w:type="spellEnd"/>
      <w:r w:rsidRPr="007A0413">
        <w:rPr>
          <w:i/>
          <w:sz w:val="21"/>
        </w:rPr>
        <w:t xml:space="preserve"> </w:t>
      </w:r>
      <w:proofErr w:type="spellStart"/>
      <w:r w:rsidRPr="007A0413">
        <w:rPr>
          <w:i/>
          <w:sz w:val="21"/>
        </w:rPr>
        <w:t>când</w:t>
      </w:r>
      <w:proofErr w:type="spellEnd"/>
      <w:r w:rsidRPr="007A0413">
        <w:rPr>
          <w:i/>
          <w:sz w:val="21"/>
        </w:rPr>
        <w:t xml:space="preserve"> </w:t>
      </w:r>
      <w:proofErr w:type="spellStart"/>
      <w:r w:rsidRPr="007A0413">
        <w:rPr>
          <w:i/>
          <w:sz w:val="21"/>
        </w:rPr>
        <w:t>acestea</w:t>
      </w:r>
      <w:proofErr w:type="spellEnd"/>
      <w:r w:rsidRPr="007A0413">
        <w:rPr>
          <w:i/>
          <w:sz w:val="21"/>
        </w:rPr>
        <w:t xml:space="preserve"> sunt </w:t>
      </w:r>
      <w:proofErr w:type="spellStart"/>
      <w:r w:rsidRPr="007A0413">
        <w:rPr>
          <w:i/>
          <w:sz w:val="21"/>
        </w:rPr>
        <w:t>necesare</w:t>
      </w:r>
      <w:proofErr w:type="spellEnd"/>
      <w:r w:rsidRPr="007A0413">
        <w:rPr>
          <w:i/>
          <w:sz w:val="21"/>
        </w:rPr>
        <w:t xml:space="preserve"> </w:t>
      </w:r>
      <w:proofErr w:type="spellStart"/>
      <w:r w:rsidRPr="007A0413">
        <w:rPr>
          <w:i/>
          <w:sz w:val="21"/>
        </w:rPr>
        <w:t>pentru</w:t>
      </w:r>
      <w:proofErr w:type="spellEnd"/>
      <w:r w:rsidRPr="007A0413">
        <w:rPr>
          <w:i/>
          <w:sz w:val="21"/>
        </w:rPr>
        <w:t xml:space="preserve"> </w:t>
      </w:r>
      <w:proofErr w:type="spellStart"/>
      <w:r w:rsidRPr="007A0413">
        <w:rPr>
          <w:i/>
          <w:sz w:val="21"/>
        </w:rPr>
        <w:t>îndeplinirea</w:t>
      </w:r>
      <w:proofErr w:type="spellEnd"/>
      <w:r w:rsidRPr="007A0413">
        <w:rPr>
          <w:i/>
          <w:sz w:val="21"/>
        </w:rPr>
        <w:t xml:space="preserve"> </w:t>
      </w:r>
      <w:proofErr w:type="spellStart"/>
      <w:r w:rsidRPr="007A0413">
        <w:rPr>
          <w:i/>
          <w:sz w:val="21"/>
        </w:rPr>
        <w:t>integrală</w:t>
      </w:r>
      <w:proofErr w:type="spellEnd"/>
      <w:r w:rsidRPr="007A0413">
        <w:rPr>
          <w:i/>
          <w:sz w:val="21"/>
        </w:rPr>
        <w:t xml:space="preserve"> a </w:t>
      </w:r>
      <w:proofErr w:type="spellStart"/>
      <w:r w:rsidRPr="007A0413">
        <w:rPr>
          <w:i/>
          <w:sz w:val="21"/>
        </w:rPr>
        <w:t>contractului</w:t>
      </w:r>
      <w:proofErr w:type="spellEnd"/>
      <w:r w:rsidRPr="007A0413">
        <w:rPr>
          <w:i/>
          <w:sz w:val="21"/>
        </w:rPr>
        <w:t>.</w:t>
      </w:r>
    </w:p>
    <w:p w14:paraId="5AD91953" w14:textId="77777777" w:rsidR="005528C2" w:rsidRPr="007A0413" w:rsidRDefault="00A1736F">
      <w:pPr>
        <w:pageBreakBefore/>
      </w:pPr>
      <w:proofErr w:type="spellStart"/>
      <w:r w:rsidRPr="007A0413">
        <w:rPr>
          <w:b/>
          <w:sz w:val="21"/>
        </w:rPr>
        <w:lastRenderedPageBreak/>
        <w:t>Denumire</w:t>
      </w:r>
      <w:proofErr w:type="spellEnd"/>
      <w:r w:rsidRPr="007A0413">
        <w:rPr>
          <w:b/>
          <w:sz w:val="21"/>
        </w:rPr>
        <w:t xml:space="preserve"> operator economic: </w:t>
      </w:r>
      <w:r w:rsidRPr="007A0413">
        <w:rPr>
          <w:sz w:val="21"/>
        </w:rPr>
        <w:t>____________________________________________</w:t>
      </w:r>
    </w:p>
    <w:p w14:paraId="1FE7DAB6" w14:textId="77777777" w:rsidR="00B06084" w:rsidRPr="007A0413" w:rsidRDefault="00B06084">
      <w:pPr>
        <w:keepNext/>
        <w:spacing w:after="80"/>
        <w:jc w:val="center"/>
        <w:rPr>
          <w:b/>
          <w:sz w:val="24"/>
        </w:rPr>
      </w:pPr>
    </w:p>
    <w:p w14:paraId="49EE119C" w14:textId="77777777" w:rsidR="00B06084" w:rsidRPr="007A0413" w:rsidRDefault="00B06084">
      <w:pPr>
        <w:keepNext/>
        <w:spacing w:after="80"/>
        <w:jc w:val="center"/>
        <w:rPr>
          <w:b/>
          <w:sz w:val="24"/>
        </w:rPr>
      </w:pPr>
    </w:p>
    <w:p w14:paraId="55AD5C25" w14:textId="1CBE41C6" w:rsidR="005528C2" w:rsidRPr="007A0413" w:rsidRDefault="00A1736F">
      <w:pPr>
        <w:keepNext/>
        <w:spacing w:after="80"/>
        <w:jc w:val="center"/>
      </w:pPr>
      <w:r w:rsidRPr="007A0413">
        <w:rPr>
          <w:b/>
          <w:sz w:val="24"/>
        </w:rPr>
        <w:t>FORMULARUL NR. 10</w:t>
      </w:r>
    </w:p>
    <w:p w14:paraId="76B4CCDB" w14:textId="5362A4EC" w:rsidR="005528C2" w:rsidRPr="007A0413" w:rsidRDefault="00A1736F">
      <w:pPr>
        <w:keepNext/>
        <w:spacing w:after="180"/>
        <w:jc w:val="center"/>
        <w:rPr>
          <w:b/>
          <w:sz w:val="24"/>
        </w:rPr>
      </w:pPr>
      <w:r w:rsidRPr="007A0413">
        <w:rPr>
          <w:b/>
          <w:sz w:val="24"/>
        </w:rPr>
        <w:t>DECLARAȚIE PRIVIND SUBCONTRACTANȚII</w:t>
      </w:r>
    </w:p>
    <w:p w14:paraId="0A5DCC7A" w14:textId="77777777" w:rsidR="00B06084" w:rsidRPr="007A0413" w:rsidRDefault="00B06084">
      <w:pPr>
        <w:keepNext/>
        <w:spacing w:after="180"/>
        <w:jc w:val="center"/>
      </w:pPr>
    </w:p>
    <w:p w14:paraId="1123F076" w14:textId="77777777" w:rsidR="005528C2" w:rsidRPr="007A0413" w:rsidRDefault="00A1736F">
      <w:pPr>
        <w:spacing w:after="80" w:line="240" w:lineRule="auto"/>
        <w:jc w:val="both"/>
      </w:pPr>
      <w:proofErr w:type="spellStart"/>
      <w:r w:rsidRPr="007A0413">
        <w:rPr>
          <w:sz w:val="21"/>
        </w:rPr>
        <w:t>Subsemnatul</w:t>
      </w:r>
      <w:proofErr w:type="spellEnd"/>
      <w:r w:rsidRPr="007A0413">
        <w:rPr>
          <w:sz w:val="21"/>
        </w:rPr>
        <w:t xml:space="preserve">(a) ____________________________________, </w:t>
      </w:r>
      <w:proofErr w:type="spellStart"/>
      <w:r w:rsidRPr="007A0413">
        <w:rPr>
          <w:sz w:val="21"/>
        </w:rPr>
        <w:t>reprezentant</w:t>
      </w:r>
      <w:proofErr w:type="spellEnd"/>
      <w:r w:rsidRPr="007A0413">
        <w:rPr>
          <w:sz w:val="21"/>
        </w:rPr>
        <w:t xml:space="preserve"> legal/</w:t>
      </w:r>
      <w:proofErr w:type="spellStart"/>
      <w:r w:rsidRPr="007A0413">
        <w:rPr>
          <w:sz w:val="21"/>
        </w:rPr>
        <w:t>împuternicit</w:t>
      </w:r>
      <w:proofErr w:type="spellEnd"/>
      <w:r w:rsidRPr="007A0413">
        <w:rPr>
          <w:sz w:val="21"/>
        </w:rPr>
        <w:t xml:space="preserve"> al ____________________________________, </w:t>
      </w:r>
      <w:proofErr w:type="spellStart"/>
      <w:r w:rsidRPr="007A0413">
        <w:rPr>
          <w:sz w:val="21"/>
        </w:rPr>
        <w:t>declar</w:t>
      </w:r>
      <w:proofErr w:type="spellEnd"/>
      <w:r w:rsidRPr="007A0413">
        <w:rPr>
          <w:sz w:val="21"/>
        </w:rPr>
        <w:t xml:space="preserve"> pe propria </w:t>
      </w:r>
      <w:proofErr w:type="spellStart"/>
      <w:r w:rsidRPr="007A0413">
        <w:rPr>
          <w:sz w:val="21"/>
        </w:rPr>
        <w:t>răspundere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că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pentru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executarea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contractului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aferent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procedurii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având</w:t>
      </w:r>
      <w:proofErr w:type="spellEnd"/>
      <w:r w:rsidRPr="007A0413">
        <w:rPr>
          <w:sz w:val="21"/>
        </w:rPr>
        <w:t xml:space="preserve"> ca </w:t>
      </w:r>
      <w:proofErr w:type="spellStart"/>
      <w:r w:rsidRPr="007A0413">
        <w:rPr>
          <w:sz w:val="21"/>
        </w:rPr>
        <w:t>obiect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b/>
          <w:sz w:val="21"/>
        </w:rPr>
        <w:t>servicii</w:t>
      </w:r>
      <w:proofErr w:type="spellEnd"/>
      <w:r w:rsidRPr="007A0413">
        <w:rPr>
          <w:b/>
          <w:sz w:val="21"/>
        </w:rPr>
        <w:t xml:space="preserve"> integrate </w:t>
      </w:r>
      <w:proofErr w:type="spellStart"/>
      <w:r w:rsidRPr="007A0413">
        <w:rPr>
          <w:b/>
          <w:sz w:val="21"/>
        </w:rPr>
        <w:t>pentru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organizarea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și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desfășurarea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evenimentului</w:t>
      </w:r>
      <w:proofErr w:type="spellEnd"/>
      <w:r w:rsidRPr="007A0413">
        <w:rPr>
          <w:b/>
          <w:sz w:val="21"/>
        </w:rPr>
        <w:t xml:space="preserve"> „</w:t>
      </w:r>
      <w:proofErr w:type="spellStart"/>
      <w:r w:rsidRPr="007A0413">
        <w:rPr>
          <w:b/>
          <w:sz w:val="21"/>
        </w:rPr>
        <w:t>Prietenii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Pufoși</w:t>
      </w:r>
      <w:proofErr w:type="spellEnd"/>
      <w:r w:rsidRPr="007A0413">
        <w:rPr>
          <w:b/>
          <w:sz w:val="21"/>
        </w:rPr>
        <w:t xml:space="preserve"> – </w:t>
      </w:r>
      <w:proofErr w:type="spellStart"/>
      <w:r w:rsidRPr="007A0413">
        <w:rPr>
          <w:b/>
          <w:sz w:val="21"/>
        </w:rPr>
        <w:t>Ediția</w:t>
      </w:r>
      <w:proofErr w:type="spellEnd"/>
      <w:r w:rsidRPr="007A0413">
        <w:rPr>
          <w:b/>
          <w:sz w:val="21"/>
        </w:rPr>
        <w:t xml:space="preserve"> </w:t>
      </w:r>
      <w:proofErr w:type="gramStart"/>
      <w:r w:rsidRPr="007A0413">
        <w:rPr>
          <w:b/>
          <w:sz w:val="21"/>
        </w:rPr>
        <w:t>a</w:t>
      </w:r>
      <w:proofErr w:type="gramEnd"/>
      <w:r w:rsidRPr="007A0413">
        <w:rPr>
          <w:b/>
          <w:sz w:val="21"/>
        </w:rPr>
        <w:t xml:space="preserve"> II-a”</w:t>
      </w:r>
      <w:r w:rsidRPr="007A0413">
        <w:rPr>
          <w:sz w:val="21"/>
        </w:rPr>
        <w:t>:</w:t>
      </w:r>
    </w:p>
    <w:p w14:paraId="2ACC9EEF" w14:textId="77777777" w:rsidR="005528C2" w:rsidRPr="007A0413" w:rsidRDefault="00A1736F">
      <w:pPr>
        <w:spacing w:after="80" w:line="240" w:lineRule="auto"/>
      </w:pPr>
      <w:r w:rsidRPr="007A0413">
        <w:rPr>
          <w:sz w:val="21"/>
        </w:rPr>
        <w:t xml:space="preserve">☐ NU </w:t>
      </w:r>
      <w:proofErr w:type="spellStart"/>
      <w:r w:rsidRPr="007A0413">
        <w:rPr>
          <w:sz w:val="21"/>
        </w:rPr>
        <w:t>intenționăm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subcontractăm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nicio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parte</w:t>
      </w:r>
      <w:proofErr w:type="spellEnd"/>
      <w:r w:rsidRPr="007A0413">
        <w:rPr>
          <w:sz w:val="21"/>
        </w:rPr>
        <w:t xml:space="preserve"> din contract.</w:t>
      </w:r>
    </w:p>
    <w:p w14:paraId="06F9F5EB" w14:textId="77777777" w:rsidR="005528C2" w:rsidRPr="007A0413" w:rsidRDefault="00A1736F">
      <w:pPr>
        <w:spacing w:after="80" w:line="240" w:lineRule="auto"/>
      </w:pPr>
      <w:r w:rsidRPr="007A0413">
        <w:rPr>
          <w:sz w:val="21"/>
        </w:rPr>
        <w:t xml:space="preserve">☐ INTENȚIONĂM </w:t>
      </w:r>
      <w:proofErr w:type="spellStart"/>
      <w:r w:rsidRPr="007A0413">
        <w:rPr>
          <w:sz w:val="21"/>
        </w:rPr>
        <w:t>să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subcontractăm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părțile</w:t>
      </w:r>
      <w:proofErr w:type="spellEnd"/>
      <w:r w:rsidRPr="007A0413">
        <w:rPr>
          <w:sz w:val="21"/>
        </w:rPr>
        <w:t xml:space="preserve"> indicate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tabelul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mai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jos.</w:t>
      </w:r>
      <w:proofErr w:type="spellEnd"/>
    </w:p>
    <w:tbl>
      <w:tblPr>
        <w:tblStyle w:val="Tabelgril"/>
        <w:tblW w:w="10613" w:type="dxa"/>
        <w:jc w:val="center"/>
        <w:tblLayout w:type="fixed"/>
        <w:tblLook w:val="04A0" w:firstRow="1" w:lastRow="0" w:firstColumn="1" w:lastColumn="0" w:noHBand="0" w:noVBand="1"/>
      </w:tblPr>
      <w:tblGrid>
        <w:gridCol w:w="517"/>
        <w:gridCol w:w="2174"/>
        <w:gridCol w:w="3107"/>
        <w:gridCol w:w="1243"/>
        <w:gridCol w:w="1760"/>
        <w:gridCol w:w="1812"/>
      </w:tblGrid>
      <w:tr w:rsidR="005528C2" w:rsidRPr="007A0413" w14:paraId="5648AFBC" w14:textId="77777777" w:rsidTr="00B06084">
        <w:trPr>
          <w:cantSplit/>
          <w:trHeight w:val="384"/>
          <w:tblHeader/>
          <w:jc w:val="center"/>
        </w:trPr>
        <w:tc>
          <w:tcPr>
            <w:tcW w:w="51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E5BE999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b/>
                <w:sz w:val="16"/>
              </w:rPr>
              <w:t>Nr.</w:t>
            </w:r>
          </w:p>
        </w:tc>
        <w:tc>
          <w:tcPr>
            <w:tcW w:w="217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71D7962" w14:textId="77777777" w:rsidR="005528C2" w:rsidRPr="007A0413" w:rsidRDefault="00A1736F">
            <w:pPr>
              <w:spacing w:after="0" w:line="240" w:lineRule="auto"/>
              <w:jc w:val="center"/>
            </w:pPr>
            <w:proofErr w:type="spellStart"/>
            <w:r w:rsidRPr="007A0413">
              <w:rPr>
                <w:b/>
                <w:sz w:val="16"/>
              </w:rPr>
              <w:t>Subcontractant</w:t>
            </w:r>
            <w:proofErr w:type="spellEnd"/>
            <w:r w:rsidRPr="007A0413">
              <w:rPr>
                <w:b/>
                <w:sz w:val="16"/>
              </w:rPr>
              <w:t xml:space="preserve"> - </w:t>
            </w:r>
            <w:proofErr w:type="spellStart"/>
            <w:r w:rsidRPr="007A0413">
              <w:rPr>
                <w:b/>
                <w:sz w:val="16"/>
              </w:rPr>
              <w:t>denumire</w:t>
            </w:r>
            <w:proofErr w:type="spellEnd"/>
            <w:r w:rsidRPr="007A0413">
              <w:rPr>
                <w:b/>
                <w:sz w:val="16"/>
              </w:rPr>
              <w:t xml:space="preserve"> / CUI</w:t>
            </w:r>
          </w:p>
        </w:tc>
        <w:tc>
          <w:tcPr>
            <w:tcW w:w="310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0C68688" w14:textId="77777777" w:rsidR="005528C2" w:rsidRPr="007A0413" w:rsidRDefault="00A1736F">
            <w:pPr>
              <w:spacing w:after="0" w:line="240" w:lineRule="auto"/>
              <w:jc w:val="center"/>
            </w:pPr>
            <w:proofErr w:type="spellStart"/>
            <w:r w:rsidRPr="007A0413">
              <w:rPr>
                <w:b/>
                <w:sz w:val="16"/>
              </w:rPr>
              <w:t>Partea</w:t>
            </w:r>
            <w:proofErr w:type="spellEnd"/>
            <w:r w:rsidRPr="007A0413">
              <w:rPr>
                <w:b/>
                <w:sz w:val="16"/>
              </w:rPr>
              <w:t xml:space="preserve"> </w:t>
            </w:r>
            <w:proofErr w:type="spellStart"/>
            <w:r w:rsidRPr="007A0413">
              <w:rPr>
                <w:b/>
                <w:sz w:val="16"/>
              </w:rPr>
              <w:t>subcontractată</w:t>
            </w:r>
            <w:proofErr w:type="spellEnd"/>
            <w:r w:rsidRPr="007A0413">
              <w:rPr>
                <w:b/>
                <w:sz w:val="16"/>
              </w:rPr>
              <w:t xml:space="preserve"> / </w:t>
            </w:r>
            <w:proofErr w:type="spellStart"/>
            <w:r w:rsidRPr="007A0413">
              <w:rPr>
                <w:b/>
                <w:sz w:val="16"/>
              </w:rPr>
              <w:t>activități</w:t>
            </w:r>
            <w:proofErr w:type="spellEnd"/>
          </w:p>
        </w:tc>
        <w:tc>
          <w:tcPr>
            <w:tcW w:w="124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B23F8C2" w14:textId="77777777" w:rsidR="005528C2" w:rsidRPr="007A0413" w:rsidRDefault="00A1736F">
            <w:pPr>
              <w:spacing w:after="0" w:line="240" w:lineRule="auto"/>
              <w:jc w:val="center"/>
            </w:pPr>
            <w:proofErr w:type="spellStart"/>
            <w:r w:rsidRPr="007A0413">
              <w:rPr>
                <w:b/>
                <w:sz w:val="16"/>
              </w:rPr>
              <w:t>Procent</w:t>
            </w:r>
            <w:proofErr w:type="spellEnd"/>
            <w:r w:rsidRPr="007A0413">
              <w:rPr>
                <w:b/>
                <w:sz w:val="16"/>
              </w:rPr>
              <w:t xml:space="preserve"> </w:t>
            </w:r>
            <w:proofErr w:type="spellStart"/>
            <w:r w:rsidRPr="007A0413">
              <w:rPr>
                <w:b/>
                <w:sz w:val="16"/>
              </w:rPr>
              <w:t>orientativ</w:t>
            </w:r>
            <w:proofErr w:type="spellEnd"/>
          </w:p>
        </w:tc>
        <w:tc>
          <w:tcPr>
            <w:tcW w:w="176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E0AECEF" w14:textId="77777777" w:rsidR="005528C2" w:rsidRPr="007A0413" w:rsidRDefault="00A1736F">
            <w:pPr>
              <w:spacing w:after="0" w:line="240" w:lineRule="auto"/>
              <w:jc w:val="center"/>
            </w:pPr>
            <w:proofErr w:type="spellStart"/>
            <w:r w:rsidRPr="007A0413">
              <w:rPr>
                <w:b/>
                <w:sz w:val="16"/>
              </w:rPr>
              <w:t>Valoare</w:t>
            </w:r>
            <w:proofErr w:type="spellEnd"/>
            <w:r w:rsidRPr="007A0413">
              <w:rPr>
                <w:b/>
                <w:sz w:val="16"/>
              </w:rPr>
              <w:t xml:space="preserve"> </w:t>
            </w:r>
            <w:proofErr w:type="spellStart"/>
            <w:r w:rsidRPr="007A0413">
              <w:rPr>
                <w:b/>
                <w:sz w:val="16"/>
              </w:rPr>
              <w:t>orientativă</w:t>
            </w:r>
            <w:proofErr w:type="spellEnd"/>
            <w:r w:rsidRPr="007A0413">
              <w:rPr>
                <w:b/>
                <w:sz w:val="16"/>
              </w:rPr>
              <w:t xml:space="preserve"> </w:t>
            </w:r>
            <w:proofErr w:type="spellStart"/>
            <w:r w:rsidRPr="007A0413">
              <w:rPr>
                <w:b/>
                <w:sz w:val="16"/>
              </w:rPr>
              <w:t>fără</w:t>
            </w:r>
            <w:proofErr w:type="spellEnd"/>
            <w:r w:rsidRPr="007A0413">
              <w:rPr>
                <w:b/>
                <w:sz w:val="16"/>
              </w:rPr>
              <w:t xml:space="preserve"> TVA</w:t>
            </w:r>
          </w:p>
        </w:tc>
        <w:tc>
          <w:tcPr>
            <w:tcW w:w="181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4309174" w14:textId="77777777" w:rsidR="005528C2" w:rsidRPr="007A0413" w:rsidRDefault="00A1736F">
            <w:pPr>
              <w:spacing w:after="0" w:line="240" w:lineRule="auto"/>
              <w:jc w:val="center"/>
            </w:pPr>
            <w:proofErr w:type="spellStart"/>
            <w:r w:rsidRPr="007A0413">
              <w:rPr>
                <w:b/>
                <w:sz w:val="16"/>
              </w:rPr>
              <w:t>Documente</w:t>
            </w:r>
            <w:proofErr w:type="spellEnd"/>
            <w:r w:rsidRPr="007A0413">
              <w:rPr>
                <w:b/>
                <w:sz w:val="16"/>
              </w:rPr>
              <w:t xml:space="preserve"> </w:t>
            </w:r>
            <w:proofErr w:type="spellStart"/>
            <w:r w:rsidRPr="007A0413">
              <w:rPr>
                <w:b/>
                <w:sz w:val="16"/>
              </w:rPr>
              <w:t>anexate</w:t>
            </w:r>
            <w:proofErr w:type="spellEnd"/>
          </w:p>
        </w:tc>
      </w:tr>
      <w:tr w:rsidR="005528C2" w:rsidRPr="007A0413" w14:paraId="09CF17A4" w14:textId="77777777" w:rsidTr="00B06084">
        <w:trPr>
          <w:cantSplit/>
          <w:trHeight w:val="269"/>
          <w:jc w:val="center"/>
        </w:trPr>
        <w:tc>
          <w:tcPr>
            <w:tcW w:w="51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D8A99A9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6"/>
              </w:rPr>
              <w:t>1</w:t>
            </w:r>
          </w:p>
        </w:tc>
        <w:tc>
          <w:tcPr>
            <w:tcW w:w="217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935C47C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310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EBF8596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24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474C2B4" w14:textId="77777777" w:rsidR="005528C2" w:rsidRPr="007A0413" w:rsidRDefault="005528C2">
            <w:pPr>
              <w:spacing w:after="0" w:line="240" w:lineRule="auto"/>
              <w:jc w:val="center"/>
            </w:pPr>
          </w:p>
        </w:tc>
        <w:tc>
          <w:tcPr>
            <w:tcW w:w="176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5E4CEE" w14:textId="77777777" w:rsidR="005528C2" w:rsidRPr="007A0413" w:rsidRDefault="005528C2">
            <w:pPr>
              <w:spacing w:after="0" w:line="240" w:lineRule="auto"/>
              <w:jc w:val="center"/>
            </w:pPr>
          </w:p>
        </w:tc>
        <w:tc>
          <w:tcPr>
            <w:tcW w:w="181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2BA22A0" w14:textId="77777777" w:rsidR="005528C2" w:rsidRPr="007A0413" w:rsidRDefault="005528C2">
            <w:pPr>
              <w:spacing w:after="0" w:line="240" w:lineRule="auto"/>
            </w:pPr>
          </w:p>
        </w:tc>
      </w:tr>
      <w:tr w:rsidR="005528C2" w:rsidRPr="007A0413" w14:paraId="44D158E1" w14:textId="77777777" w:rsidTr="00B06084">
        <w:trPr>
          <w:cantSplit/>
          <w:trHeight w:val="256"/>
          <w:jc w:val="center"/>
        </w:trPr>
        <w:tc>
          <w:tcPr>
            <w:tcW w:w="51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8CA94F0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6"/>
              </w:rPr>
              <w:t>2</w:t>
            </w:r>
          </w:p>
        </w:tc>
        <w:tc>
          <w:tcPr>
            <w:tcW w:w="217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EC0BB64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310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2E1BD01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24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91C8264" w14:textId="77777777" w:rsidR="005528C2" w:rsidRPr="007A0413" w:rsidRDefault="005528C2">
            <w:pPr>
              <w:spacing w:after="0" w:line="240" w:lineRule="auto"/>
              <w:jc w:val="center"/>
            </w:pPr>
          </w:p>
        </w:tc>
        <w:tc>
          <w:tcPr>
            <w:tcW w:w="176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5C3048E" w14:textId="77777777" w:rsidR="005528C2" w:rsidRPr="007A0413" w:rsidRDefault="005528C2">
            <w:pPr>
              <w:spacing w:after="0" w:line="240" w:lineRule="auto"/>
              <w:jc w:val="center"/>
            </w:pPr>
          </w:p>
        </w:tc>
        <w:tc>
          <w:tcPr>
            <w:tcW w:w="181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5929E57" w14:textId="77777777" w:rsidR="005528C2" w:rsidRPr="007A0413" w:rsidRDefault="005528C2">
            <w:pPr>
              <w:spacing w:after="0" w:line="240" w:lineRule="auto"/>
            </w:pPr>
          </w:p>
        </w:tc>
      </w:tr>
      <w:tr w:rsidR="005528C2" w:rsidRPr="007A0413" w14:paraId="766287EA" w14:textId="77777777" w:rsidTr="00B06084">
        <w:trPr>
          <w:cantSplit/>
          <w:trHeight w:val="269"/>
          <w:jc w:val="center"/>
        </w:trPr>
        <w:tc>
          <w:tcPr>
            <w:tcW w:w="51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E4B9172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6"/>
              </w:rPr>
              <w:t>3</w:t>
            </w:r>
          </w:p>
        </w:tc>
        <w:tc>
          <w:tcPr>
            <w:tcW w:w="217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41796DC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310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8034499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124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06B70C7" w14:textId="77777777" w:rsidR="005528C2" w:rsidRPr="007A0413" w:rsidRDefault="005528C2">
            <w:pPr>
              <w:spacing w:after="0" w:line="240" w:lineRule="auto"/>
              <w:jc w:val="center"/>
            </w:pPr>
          </w:p>
        </w:tc>
        <w:tc>
          <w:tcPr>
            <w:tcW w:w="176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4D28245" w14:textId="77777777" w:rsidR="005528C2" w:rsidRPr="007A0413" w:rsidRDefault="005528C2">
            <w:pPr>
              <w:spacing w:after="0" w:line="240" w:lineRule="auto"/>
              <w:jc w:val="center"/>
            </w:pPr>
          </w:p>
        </w:tc>
        <w:tc>
          <w:tcPr>
            <w:tcW w:w="181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ADC7431" w14:textId="77777777" w:rsidR="005528C2" w:rsidRPr="007A0413" w:rsidRDefault="005528C2">
            <w:pPr>
              <w:spacing w:after="0" w:line="240" w:lineRule="auto"/>
            </w:pPr>
          </w:p>
        </w:tc>
      </w:tr>
    </w:tbl>
    <w:p w14:paraId="3D050F9F" w14:textId="77777777" w:rsidR="005528C2" w:rsidRPr="007A0413" w:rsidRDefault="005528C2">
      <w:pPr>
        <w:spacing w:after="20"/>
      </w:pPr>
    </w:p>
    <w:p w14:paraId="06352B18" w14:textId="77777777" w:rsidR="005528C2" w:rsidRPr="007A0413" w:rsidRDefault="00A1736F">
      <w:pPr>
        <w:spacing w:after="80" w:line="240" w:lineRule="auto"/>
        <w:jc w:val="both"/>
      </w:pPr>
      <w:proofErr w:type="spellStart"/>
      <w:r w:rsidRPr="007A0413">
        <w:rPr>
          <w:sz w:val="21"/>
        </w:rPr>
        <w:t>Pentru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fiecare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subcontractant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declarat</w:t>
      </w:r>
      <w:proofErr w:type="spellEnd"/>
      <w:r w:rsidRPr="007A0413">
        <w:rPr>
          <w:sz w:val="21"/>
        </w:rPr>
        <w:t xml:space="preserve"> se </w:t>
      </w:r>
      <w:proofErr w:type="spellStart"/>
      <w:r w:rsidRPr="007A0413">
        <w:rPr>
          <w:sz w:val="21"/>
        </w:rPr>
        <w:t>vor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prezenta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documentele</w:t>
      </w:r>
      <w:proofErr w:type="spellEnd"/>
      <w:r w:rsidRPr="007A0413">
        <w:rPr>
          <w:sz w:val="21"/>
        </w:rPr>
        <w:t xml:space="preserve"> solicitate </w:t>
      </w:r>
      <w:proofErr w:type="spellStart"/>
      <w:r w:rsidRPr="007A0413">
        <w:rPr>
          <w:sz w:val="21"/>
        </w:rPr>
        <w:t>prin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documentația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atribuire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inclusiv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acordul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subcontractare</w:t>
      </w:r>
      <w:proofErr w:type="spellEnd"/>
      <w:r w:rsidRPr="007A0413">
        <w:rPr>
          <w:sz w:val="21"/>
        </w:rPr>
        <w:t xml:space="preserve">. </w:t>
      </w:r>
      <w:proofErr w:type="spellStart"/>
      <w:r w:rsidRPr="007A0413">
        <w:rPr>
          <w:sz w:val="21"/>
        </w:rPr>
        <w:t>Ofertantul</w:t>
      </w:r>
      <w:proofErr w:type="spellEnd"/>
      <w:r w:rsidRPr="007A0413">
        <w:rPr>
          <w:sz w:val="21"/>
        </w:rPr>
        <w:t>/</w:t>
      </w:r>
      <w:proofErr w:type="spellStart"/>
      <w:r w:rsidRPr="007A0413">
        <w:rPr>
          <w:sz w:val="21"/>
        </w:rPr>
        <w:t>contractantul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rămâne</w:t>
      </w:r>
      <w:proofErr w:type="spellEnd"/>
      <w:r w:rsidRPr="007A0413">
        <w:rPr>
          <w:sz w:val="21"/>
        </w:rPr>
        <w:t xml:space="preserve"> integral </w:t>
      </w:r>
      <w:proofErr w:type="spellStart"/>
      <w:r w:rsidRPr="007A0413">
        <w:rPr>
          <w:sz w:val="21"/>
        </w:rPr>
        <w:t>răspunzător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față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autoritatea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contractantă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pentru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executarea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contractului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indiferent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partea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subcontractată</w:t>
      </w:r>
      <w:proofErr w:type="spellEnd"/>
      <w:r w:rsidRPr="007A0413">
        <w:rPr>
          <w:sz w:val="21"/>
        </w:rPr>
        <w:t>.</w:t>
      </w:r>
    </w:p>
    <w:p w14:paraId="40C2F383" w14:textId="77777777" w:rsidR="005528C2" w:rsidRPr="007A0413" w:rsidRDefault="00A1736F">
      <w:pPr>
        <w:spacing w:after="80" w:line="240" w:lineRule="auto"/>
        <w:jc w:val="both"/>
      </w:pPr>
      <w:r w:rsidRPr="007A0413">
        <w:rPr>
          <w:sz w:val="21"/>
        </w:rPr>
        <w:t xml:space="preserve">Orice </w:t>
      </w:r>
      <w:proofErr w:type="spellStart"/>
      <w:r w:rsidRPr="007A0413">
        <w:rPr>
          <w:sz w:val="21"/>
        </w:rPr>
        <w:t>modificare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înlocuire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sau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introducere</w:t>
      </w:r>
      <w:proofErr w:type="spellEnd"/>
      <w:r w:rsidRPr="007A0413">
        <w:rPr>
          <w:sz w:val="21"/>
        </w:rPr>
        <w:t xml:space="preserve"> a </w:t>
      </w:r>
      <w:proofErr w:type="spellStart"/>
      <w:r w:rsidRPr="007A0413">
        <w:rPr>
          <w:sz w:val="21"/>
        </w:rPr>
        <w:t>unui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subcontractant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după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atribuirea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contractului</w:t>
      </w:r>
      <w:proofErr w:type="spellEnd"/>
      <w:r w:rsidRPr="007A0413">
        <w:rPr>
          <w:sz w:val="21"/>
        </w:rPr>
        <w:t xml:space="preserve"> se </w:t>
      </w:r>
      <w:proofErr w:type="spellStart"/>
      <w:r w:rsidRPr="007A0413">
        <w:rPr>
          <w:sz w:val="21"/>
        </w:rPr>
        <w:t>va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realiza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numai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condițiile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legii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ale </w:t>
      </w:r>
      <w:proofErr w:type="spellStart"/>
      <w:r w:rsidRPr="007A0413">
        <w:rPr>
          <w:sz w:val="21"/>
        </w:rPr>
        <w:t>contractului</w:t>
      </w:r>
      <w:proofErr w:type="spellEnd"/>
      <w:r w:rsidRPr="007A0413">
        <w:rPr>
          <w:sz w:val="21"/>
        </w:rPr>
        <w:t>.</w:t>
      </w:r>
    </w:p>
    <w:p w14:paraId="1204C07C" w14:textId="77777777" w:rsidR="005528C2" w:rsidRPr="007A0413" w:rsidRDefault="00A1736F">
      <w:pPr>
        <w:spacing w:after="60" w:line="240" w:lineRule="auto"/>
      </w:pPr>
      <w:r w:rsidRPr="007A0413">
        <w:rPr>
          <w:sz w:val="21"/>
        </w:rPr>
        <w:t xml:space="preserve">Data </w:t>
      </w:r>
      <w:proofErr w:type="spellStart"/>
      <w:r w:rsidRPr="007A0413">
        <w:rPr>
          <w:sz w:val="21"/>
        </w:rPr>
        <w:t>completării</w:t>
      </w:r>
      <w:proofErr w:type="spellEnd"/>
      <w:r w:rsidRPr="007A0413">
        <w:rPr>
          <w:sz w:val="21"/>
        </w:rPr>
        <w:t>: ____________________</w:t>
      </w:r>
    </w:p>
    <w:p w14:paraId="5B590AFE" w14:textId="77777777" w:rsidR="005528C2" w:rsidRPr="007A0413" w:rsidRDefault="00A1736F">
      <w:pPr>
        <w:spacing w:after="40" w:line="240" w:lineRule="auto"/>
      </w:pPr>
      <w:r w:rsidRPr="007A0413">
        <w:rPr>
          <w:sz w:val="21"/>
        </w:rPr>
        <w:t>Operator economic: ________________________________________________</w:t>
      </w:r>
    </w:p>
    <w:p w14:paraId="0207AA16" w14:textId="77777777" w:rsidR="005528C2" w:rsidRPr="007A0413" w:rsidRDefault="00A1736F">
      <w:pPr>
        <w:spacing w:after="40" w:line="240" w:lineRule="auto"/>
      </w:pPr>
      <w:proofErr w:type="spellStart"/>
      <w:r w:rsidRPr="007A0413">
        <w:rPr>
          <w:sz w:val="21"/>
        </w:rPr>
        <w:t>Nume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prenume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reprezentant</w:t>
      </w:r>
      <w:proofErr w:type="spellEnd"/>
      <w:r w:rsidRPr="007A0413">
        <w:rPr>
          <w:sz w:val="21"/>
        </w:rPr>
        <w:t>/</w:t>
      </w:r>
      <w:proofErr w:type="spellStart"/>
      <w:r w:rsidRPr="007A0413">
        <w:rPr>
          <w:sz w:val="21"/>
        </w:rPr>
        <w:t>împuternicit</w:t>
      </w:r>
      <w:proofErr w:type="spellEnd"/>
      <w:r w:rsidRPr="007A0413">
        <w:rPr>
          <w:sz w:val="21"/>
        </w:rPr>
        <w:t>: ________________________________</w:t>
      </w:r>
    </w:p>
    <w:p w14:paraId="7B14D279" w14:textId="77777777" w:rsidR="005528C2" w:rsidRPr="007A0413" w:rsidRDefault="00A1736F">
      <w:pPr>
        <w:spacing w:after="40" w:line="240" w:lineRule="auto"/>
      </w:pPr>
      <w:proofErr w:type="spellStart"/>
      <w:r w:rsidRPr="007A0413">
        <w:rPr>
          <w:sz w:val="21"/>
        </w:rPr>
        <w:t>Funcția</w:t>
      </w:r>
      <w:proofErr w:type="spellEnd"/>
      <w:r w:rsidRPr="007A0413">
        <w:rPr>
          <w:sz w:val="21"/>
        </w:rPr>
        <w:t>: ________________________________</w:t>
      </w:r>
    </w:p>
    <w:p w14:paraId="68DB6CE9" w14:textId="77777777" w:rsidR="005528C2" w:rsidRPr="007A0413" w:rsidRDefault="00A1736F">
      <w:pPr>
        <w:spacing w:after="0" w:line="240" w:lineRule="auto"/>
      </w:pPr>
      <w:proofErr w:type="spellStart"/>
      <w:r w:rsidRPr="007A0413">
        <w:rPr>
          <w:sz w:val="21"/>
        </w:rPr>
        <w:t>Semnătura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autorizată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ștampila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dacă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este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cazul</w:t>
      </w:r>
      <w:proofErr w:type="spellEnd"/>
      <w:r w:rsidRPr="007A0413">
        <w:rPr>
          <w:sz w:val="21"/>
        </w:rPr>
        <w:t>: __________________________</w:t>
      </w:r>
    </w:p>
    <w:p w14:paraId="675A94DB" w14:textId="77777777" w:rsidR="00B06084" w:rsidRPr="007A0413" w:rsidRDefault="00B06084">
      <w:pPr>
        <w:keepNext/>
        <w:spacing w:before="160" w:after="120" w:line="240" w:lineRule="auto"/>
        <w:jc w:val="center"/>
        <w:rPr>
          <w:b/>
          <w:sz w:val="21"/>
        </w:rPr>
      </w:pPr>
    </w:p>
    <w:p w14:paraId="44EE0847" w14:textId="3E83F4FE" w:rsidR="005528C2" w:rsidRPr="007A0413" w:rsidRDefault="00A1736F">
      <w:pPr>
        <w:keepNext/>
        <w:spacing w:before="160" w:after="120" w:line="240" w:lineRule="auto"/>
        <w:jc w:val="center"/>
      </w:pPr>
      <w:r w:rsidRPr="007A0413">
        <w:rPr>
          <w:b/>
          <w:sz w:val="21"/>
        </w:rPr>
        <w:t>ANEXĂ LA FORMULARUL NR. 10 - ACORD DE SUBCONTRACTARE - MODEL</w:t>
      </w:r>
    </w:p>
    <w:p w14:paraId="7AC05944" w14:textId="77777777" w:rsidR="005528C2" w:rsidRPr="007A0413" w:rsidRDefault="00A1736F">
      <w:pPr>
        <w:spacing w:after="80" w:line="240" w:lineRule="auto"/>
      </w:pPr>
      <w:proofErr w:type="spellStart"/>
      <w:r w:rsidRPr="007A0413">
        <w:rPr>
          <w:b/>
          <w:sz w:val="21"/>
        </w:rPr>
        <w:t>Încheiat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între</w:t>
      </w:r>
      <w:proofErr w:type="spellEnd"/>
      <w:r w:rsidRPr="007A0413">
        <w:rPr>
          <w:b/>
          <w:sz w:val="21"/>
        </w:rPr>
        <w:t>:</w:t>
      </w:r>
    </w:p>
    <w:p w14:paraId="402D7EDD" w14:textId="77777777" w:rsidR="005528C2" w:rsidRPr="007A0413" w:rsidRDefault="00A1736F">
      <w:pPr>
        <w:spacing w:after="80" w:line="240" w:lineRule="auto"/>
      </w:pPr>
      <w:r w:rsidRPr="007A0413">
        <w:rPr>
          <w:sz w:val="21"/>
        </w:rPr>
        <w:t xml:space="preserve">1. ________________________________________, cu </w:t>
      </w:r>
      <w:proofErr w:type="spellStart"/>
      <w:r w:rsidRPr="007A0413">
        <w:rPr>
          <w:sz w:val="21"/>
        </w:rPr>
        <w:t>sediul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__________________________, CUI __________________, </w:t>
      </w:r>
      <w:proofErr w:type="spellStart"/>
      <w:r w:rsidRPr="007A0413">
        <w:rPr>
          <w:sz w:val="21"/>
        </w:rPr>
        <w:t>reprezentată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prin</w:t>
      </w:r>
      <w:proofErr w:type="spellEnd"/>
      <w:r w:rsidRPr="007A0413">
        <w:rPr>
          <w:sz w:val="21"/>
        </w:rPr>
        <w:t xml:space="preserve"> __________________________,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calitate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Contractant</w:t>
      </w:r>
      <w:proofErr w:type="spellEnd"/>
      <w:r w:rsidRPr="007A0413">
        <w:rPr>
          <w:sz w:val="21"/>
        </w:rPr>
        <w:t>/</w:t>
      </w:r>
      <w:proofErr w:type="spellStart"/>
      <w:r w:rsidRPr="007A0413">
        <w:rPr>
          <w:sz w:val="21"/>
        </w:rPr>
        <w:t>Ofertant</w:t>
      </w:r>
      <w:proofErr w:type="spellEnd"/>
      <w:r w:rsidRPr="007A0413">
        <w:rPr>
          <w:sz w:val="21"/>
        </w:rPr>
        <w:t xml:space="preserve"> principal, </w:t>
      </w:r>
      <w:proofErr w:type="spellStart"/>
      <w:r w:rsidRPr="007A0413">
        <w:rPr>
          <w:sz w:val="21"/>
        </w:rPr>
        <w:t>și</w:t>
      </w:r>
      <w:proofErr w:type="spellEnd"/>
    </w:p>
    <w:p w14:paraId="2C68B330" w14:textId="77777777" w:rsidR="005528C2" w:rsidRPr="007A0413" w:rsidRDefault="00A1736F">
      <w:pPr>
        <w:spacing w:after="80" w:line="240" w:lineRule="auto"/>
      </w:pPr>
      <w:r w:rsidRPr="007A0413">
        <w:rPr>
          <w:sz w:val="21"/>
        </w:rPr>
        <w:t xml:space="preserve">2. ________________________________________, cu </w:t>
      </w:r>
      <w:proofErr w:type="spellStart"/>
      <w:r w:rsidRPr="007A0413">
        <w:rPr>
          <w:sz w:val="21"/>
        </w:rPr>
        <w:t>sediul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__________________________, CUI __________________, </w:t>
      </w:r>
      <w:proofErr w:type="spellStart"/>
      <w:r w:rsidRPr="007A0413">
        <w:rPr>
          <w:sz w:val="21"/>
        </w:rPr>
        <w:t>reprezentată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prin</w:t>
      </w:r>
      <w:proofErr w:type="spellEnd"/>
      <w:r w:rsidRPr="007A0413">
        <w:rPr>
          <w:sz w:val="21"/>
        </w:rPr>
        <w:t xml:space="preserve"> __________________________,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calitate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Subcontractant</w:t>
      </w:r>
      <w:proofErr w:type="spellEnd"/>
      <w:r w:rsidRPr="007A0413">
        <w:rPr>
          <w:sz w:val="21"/>
        </w:rPr>
        <w:t>.</w:t>
      </w:r>
    </w:p>
    <w:p w14:paraId="47AEF62E" w14:textId="77777777" w:rsidR="005528C2" w:rsidRPr="007A0413" w:rsidRDefault="00A1736F">
      <w:pPr>
        <w:spacing w:after="60" w:line="240" w:lineRule="auto"/>
        <w:ind w:left="255" w:hanging="255"/>
        <w:jc w:val="both"/>
      </w:pPr>
      <w:r w:rsidRPr="007A0413">
        <w:rPr>
          <w:sz w:val="21"/>
        </w:rPr>
        <w:t xml:space="preserve">1. </w:t>
      </w:r>
      <w:proofErr w:type="spellStart"/>
      <w:r w:rsidRPr="007A0413">
        <w:rPr>
          <w:sz w:val="21"/>
        </w:rPr>
        <w:t>Părțile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convin</w:t>
      </w:r>
      <w:proofErr w:type="spellEnd"/>
      <w:r w:rsidRPr="007A0413">
        <w:rPr>
          <w:sz w:val="21"/>
        </w:rPr>
        <w:t xml:space="preserve"> ca </w:t>
      </w:r>
      <w:proofErr w:type="spellStart"/>
      <w:r w:rsidRPr="007A0413">
        <w:rPr>
          <w:sz w:val="21"/>
        </w:rPr>
        <w:t>Subcontractantul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să</w:t>
      </w:r>
      <w:proofErr w:type="spellEnd"/>
      <w:r w:rsidRPr="007A0413">
        <w:rPr>
          <w:sz w:val="21"/>
        </w:rPr>
        <w:t xml:space="preserve"> execute,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cazul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atribuirii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contractului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privind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servicii</w:t>
      </w:r>
      <w:proofErr w:type="spellEnd"/>
      <w:r w:rsidRPr="007A0413">
        <w:rPr>
          <w:sz w:val="21"/>
        </w:rPr>
        <w:t xml:space="preserve"> integrate </w:t>
      </w:r>
      <w:proofErr w:type="spellStart"/>
      <w:r w:rsidRPr="007A0413">
        <w:rPr>
          <w:sz w:val="21"/>
        </w:rPr>
        <w:t>pentru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organizarea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desfășurarea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evenimentului</w:t>
      </w:r>
      <w:proofErr w:type="spellEnd"/>
      <w:r w:rsidRPr="007A0413">
        <w:rPr>
          <w:sz w:val="21"/>
        </w:rPr>
        <w:t xml:space="preserve"> „</w:t>
      </w:r>
      <w:proofErr w:type="spellStart"/>
      <w:r w:rsidRPr="007A0413">
        <w:rPr>
          <w:sz w:val="21"/>
        </w:rPr>
        <w:t>Prietenii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Pufoși</w:t>
      </w:r>
      <w:proofErr w:type="spellEnd"/>
      <w:r w:rsidRPr="007A0413">
        <w:rPr>
          <w:sz w:val="21"/>
        </w:rPr>
        <w:t xml:space="preserve"> – </w:t>
      </w:r>
      <w:proofErr w:type="spellStart"/>
      <w:r w:rsidRPr="007A0413">
        <w:rPr>
          <w:sz w:val="21"/>
        </w:rPr>
        <w:t>Ediția</w:t>
      </w:r>
      <w:proofErr w:type="spellEnd"/>
      <w:r w:rsidRPr="007A0413">
        <w:rPr>
          <w:sz w:val="21"/>
        </w:rPr>
        <w:t xml:space="preserve"> </w:t>
      </w:r>
      <w:proofErr w:type="gramStart"/>
      <w:r w:rsidRPr="007A0413">
        <w:rPr>
          <w:sz w:val="21"/>
        </w:rPr>
        <w:t>a</w:t>
      </w:r>
      <w:proofErr w:type="gramEnd"/>
      <w:r w:rsidRPr="007A0413">
        <w:rPr>
          <w:sz w:val="21"/>
        </w:rPr>
        <w:t xml:space="preserve"> II-a”, </w:t>
      </w:r>
      <w:proofErr w:type="spellStart"/>
      <w:r w:rsidRPr="007A0413">
        <w:rPr>
          <w:sz w:val="21"/>
        </w:rPr>
        <w:t>următoarele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activități</w:t>
      </w:r>
      <w:proofErr w:type="spellEnd"/>
      <w:r w:rsidRPr="007A0413">
        <w:rPr>
          <w:sz w:val="21"/>
        </w:rPr>
        <w:t>/</w:t>
      </w:r>
      <w:proofErr w:type="spellStart"/>
      <w:r w:rsidRPr="007A0413">
        <w:rPr>
          <w:sz w:val="21"/>
        </w:rPr>
        <w:t>părți</w:t>
      </w:r>
      <w:proofErr w:type="spellEnd"/>
      <w:r w:rsidRPr="007A0413">
        <w:rPr>
          <w:sz w:val="21"/>
        </w:rPr>
        <w:t xml:space="preserve"> din contract: ________________________________________________.</w:t>
      </w:r>
    </w:p>
    <w:p w14:paraId="1E270FF7" w14:textId="77777777" w:rsidR="005528C2" w:rsidRPr="007A0413" w:rsidRDefault="00A1736F">
      <w:pPr>
        <w:spacing w:after="60" w:line="240" w:lineRule="auto"/>
        <w:ind w:left="255" w:hanging="255"/>
        <w:jc w:val="both"/>
      </w:pPr>
      <w:r w:rsidRPr="007A0413">
        <w:rPr>
          <w:sz w:val="21"/>
        </w:rPr>
        <w:t xml:space="preserve">2. </w:t>
      </w:r>
      <w:proofErr w:type="spellStart"/>
      <w:r w:rsidRPr="007A0413">
        <w:rPr>
          <w:sz w:val="21"/>
        </w:rPr>
        <w:t>Procentul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orientativ</w:t>
      </w:r>
      <w:proofErr w:type="spellEnd"/>
      <w:r w:rsidRPr="007A0413">
        <w:rPr>
          <w:sz w:val="21"/>
        </w:rPr>
        <w:t xml:space="preserve"> din contract </w:t>
      </w:r>
      <w:proofErr w:type="spellStart"/>
      <w:r w:rsidRPr="007A0413">
        <w:rPr>
          <w:sz w:val="21"/>
        </w:rPr>
        <w:t>aferent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activităților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subcontractate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este</w:t>
      </w:r>
      <w:proofErr w:type="spellEnd"/>
      <w:r w:rsidRPr="007A0413">
        <w:rPr>
          <w:sz w:val="21"/>
        </w:rPr>
        <w:t xml:space="preserve"> de ________%, </w:t>
      </w:r>
      <w:proofErr w:type="spellStart"/>
      <w:r w:rsidRPr="007A0413">
        <w:rPr>
          <w:sz w:val="21"/>
        </w:rPr>
        <w:t>iar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valoarea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orientativă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este</w:t>
      </w:r>
      <w:proofErr w:type="spellEnd"/>
      <w:r w:rsidRPr="007A0413">
        <w:rPr>
          <w:sz w:val="21"/>
        </w:rPr>
        <w:t xml:space="preserve"> de __________________ lei </w:t>
      </w:r>
      <w:proofErr w:type="spellStart"/>
      <w:r w:rsidRPr="007A0413">
        <w:rPr>
          <w:sz w:val="21"/>
        </w:rPr>
        <w:t>fără</w:t>
      </w:r>
      <w:proofErr w:type="spellEnd"/>
      <w:r w:rsidRPr="007A0413">
        <w:rPr>
          <w:sz w:val="21"/>
        </w:rPr>
        <w:t xml:space="preserve"> TVA.</w:t>
      </w:r>
    </w:p>
    <w:p w14:paraId="5B9C349F" w14:textId="77777777" w:rsidR="005528C2" w:rsidRPr="007A0413" w:rsidRDefault="00A1736F">
      <w:pPr>
        <w:spacing w:after="60" w:line="240" w:lineRule="auto"/>
        <w:ind w:left="255" w:hanging="255"/>
        <w:jc w:val="both"/>
      </w:pPr>
      <w:r w:rsidRPr="007A0413">
        <w:rPr>
          <w:sz w:val="21"/>
        </w:rPr>
        <w:lastRenderedPageBreak/>
        <w:t xml:space="preserve">3. </w:t>
      </w:r>
      <w:proofErr w:type="spellStart"/>
      <w:r w:rsidRPr="007A0413">
        <w:rPr>
          <w:sz w:val="21"/>
        </w:rPr>
        <w:t>Subcontractantul</w:t>
      </w:r>
      <w:proofErr w:type="spellEnd"/>
      <w:r w:rsidRPr="007A0413">
        <w:rPr>
          <w:sz w:val="21"/>
        </w:rPr>
        <w:t xml:space="preserve"> se </w:t>
      </w:r>
      <w:proofErr w:type="spellStart"/>
      <w:r w:rsidRPr="007A0413">
        <w:rPr>
          <w:sz w:val="21"/>
        </w:rPr>
        <w:t>obligă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să</w:t>
      </w:r>
      <w:proofErr w:type="spellEnd"/>
      <w:r w:rsidRPr="007A0413">
        <w:rPr>
          <w:sz w:val="21"/>
        </w:rPr>
        <w:t xml:space="preserve"> execute </w:t>
      </w:r>
      <w:proofErr w:type="spellStart"/>
      <w:r w:rsidRPr="007A0413">
        <w:rPr>
          <w:sz w:val="21"/>
        </w:rPr>
        <w:t>partea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subcontractată</w:t>
      </w:r>
      <w:proofErr w:type="spellEnd"/>
      <w:r w:rsidRPr="007A0413">
        <w:rPr>
          <w:sz w:val="21"/>
        </w:rPr>
        <w:t xml:space="preserve"> cu </w:t>
      </w:r>
      <w:proofErr w:type="spellStart"/>
      <w:r w:rsidRPr="007A0413">
        <w:rPr>
          <w:sz w:val="21"/>
        </w:rPr>
        <w:t>respectarea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integrală</w:t>
      </w:r>
      <w:proofErr w:type="spellEnd"/>
      <w:r w:rsidRPr="007A0413">
        <w:rPr>
          <w:sz w:val="21"/>
        </w:rPr>
        <w:t xml:space="preserve"> a </w:t>
      </w:r>
      <w:proofErr w:type="spellStart"/>
      <w:r w:rsidRPr="007A0413">
        <w:rPr>
          <w:sz w:val="21"/>
        </w:rPr>
        <w:t>cerințelor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documentației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atribuire</w:t>
      </w:r>
      <w:proofErr w:type="spellEnd"/>
      <w:r w:rsidRPr="007A0413">
        <w:rPr>
          <w:sz w:val="21"/>
        </w:rPr>
        <w:t xml:space="preserve">, a </w:t>
      </w:r>
      <w:proofErr w:type="spellStart"/>
      <w:r w:rsidRPr="007A0413">
        <w:rPr>
          <w:sz w:val="21"/>
        </w:rPr>
        <w:t>propunerii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tehnice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acceptate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a </w:t>
      </w:r>
      <w:proofErr w:type="spellStart"/>
      <w:r w:rsidRPr="007A0413">
        <w:rPr>
          <w:sz w:val="21"/>
        </w:rPr>
        <w:t>contractului</w:t>
      </w:r>
      <w:proofErr w:type="spellEnd"/>
      <w:r w:rsidRPr="007A0413">
        <w:rPr>
          <w:sz w:val="21"/>
        </w:rPr>
        <w:t xml:space="preserve"> principal,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măsura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aplicabilă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activităților</w:t>
      </w:r>
      <w:proofErr w:type="spellEnd"/>
      <w:r w:rsidRPr="007A0413">
        <w:rPr>
          <w:sz w:val="21"/>
        </w:rPr>
        <w:t xml:space="preserve"> sale.</w:t>
      </w:r>
    </w:p>
    <w:p w14:paraId="129B92F4" w14:textId="77777777" w:rsidR="005528C2" w:rsidRPr="007A0413" w:rsidRDefault="00A1736F">
      <w:pPr>
        <w:spacing w:after="60" w:line="240" w:lineRule="auto"/>
        <w:ind w:left="255" w:hanging="255"/>
        <w:jc w:val="both"/>
      </w:pPr>
      <w:r w:rsidRPr="007A0413">
        <w:rPr>
          <w:sz w:val="21"/>
        </w:rPr>
        <w:t xml:space="preserve">4. </w:t>
      </w:r>
      <w:proofErr w:type="spellStart"/>
      <w:r w:rsidRPr="007A0413">
        <w:rPr>
          <w:sz w:val="21"/>
        </w:rPr>
        <w:t>Ofertantul</w:t>
      </w:r>
      <w:proofErr w:type="spellEnd"/>
      <w:r w:rsidRPr="007A0413">
        <w:rPr>
          <w:sz w:val="21"/>
        </w:rPr>
        <w:t>/</w:t>
      </w:r>
      <w:proofErr w:type="spellStart"/>
      <w:r w:rsidRPr="007A0413">
        <w:rPr>
          <w:sz w:val="21"/>
        </w:rPr>
        <w:t>Contractantul</w:t>
      </w:r>
      <w:proofErr w:type="spellEnd"/>
      <w:r w:rsidRPr="007A0413">
        <w:rPr>
          <w:sz w:val="21"/>
        </w:rPr>
        <w:t xml:space="preserve"> principal </w:t>
      </w:r>
      <w:proofErr w:type="spellStart"/>
      <w:r w:rsidRPr="007A0413">
        <w:rPr>
          <w:sz w:val="21"/>
        </w:rPr>
        <w:t>rămâne</w:t>
      </w:r>
      <w:proofErr w:type="spellEnd"/>
      <w:r w:rsidRPr="007A0413">
        <w:rPr>
          <w:sz w:val="21"/>
        </w:rPr>
        <w:t xml:space="preserve"> pe </w:t>
      </w:r>
      <w:proofErr w:type="spellStart"/>
      <w:r w:rsidRPr="007A0413">
        <w:rPr>
          <w:sz w:val="21"/>
        </w:rPr>
        <w:t>deplin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răspunzător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față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autoritatea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contractantă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pentru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executarea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contractului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pentru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activitatea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subcontractantului</w:t>
      </w:r>
      <w:proofErr w:type="spellEnd"/>
      <w:r w:rsidRPr="007A0413">
        <w:rPr>
          <w:sz w:val="21"/>
        </w:rPr>
        <w:t>.</w:t>
      </w:r>
    </w:p>
    <w:p w14:paraId="75615049" w14:textId="77777777" w:rsidR="005528C2" w:rsidRPr="007A0413" w:rsidRDefault="00A1736F">
      <w:pPr>
        <w:spacing w:after="60" w:line="240" w:lineRule="auto"/>
        <w:ind w:left="255" w:hanging="255"/>
        <w:jc w:val="both"/>
      </w:pPr>
      <w:r w:rsidRPr="007A0413">
        <w:rPr>
          <w:sz w:val="21"/>
        </w:rPr>
        <w:t xml:space="preserve">5. </w:t>
      </w:r>
      <w:proofErr w:type="spellStart"/>
      <w:r w:rsidRPr="007A0413">
        <w:rPr>
          <w:sz w:val="21"/>
        </w:rPr>
        <w:t>Subcontractantul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va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pune</w:t>
      </w:r>
      <w:proofErr w:type="spellEnd"/>
      <w:r w:rsidRPr="007A0413">
        <w:rPr>
          <w:sz w:val="21"/>
        </w:rPr>
        <w:t xml:space="preserve"> la </w:t>
      </w:r>
      <w:proofErr w:type="spellStart"/>
      <w:r w:rsidRPr="007A0413">
        <w:rPr>
          <w:sz w:val="21"/>
        </w:rPr>
        <w:t>dispoziție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personalul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echipamentele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autorizațiile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celelalte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resurse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asumate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pentru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partea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subcontractată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va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furniza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documentele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necesare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verificărilor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efectuate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autoritatea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contractantă</w:t>
      </w:r>
      <w:proofErr w:type="spellEnd"/>
      <w:r w:rsidRPr="007A0413">
        <w:rPr>
          <w:sz w:val="21"/>
        </w:rPr>
        <w:t>.</w:t>
      </w:r>
    </w:p>
    <w:p w14:paraId="315202D2" w14:textId="77777777" w:rsidR="005528C2" w:rsidRPr="007A0413" w:rsidRDefault="00A1736F">
      <w:pPr>
        <w:spacing w:after="60" w:line="240" w:lineRule="auto"/>
        <w:ind w:left="255" w:hanging="255"/>
        <w:jc w:val="both"/>
      </w:pPr>
      <w:r w:rsidRPr="007A0413">
        <w:rPr>
          <w:sz w:val="21"/>
        </w:rPr>
        <w:t xml:space="preserve">6. Plata </w:t>
      </w:r>
      <w:proofErr w:type="spellStart"/>
      <w:r w:rsidRPr="007A0413">
        <w:rPr>
          <w:sz w:val="21"/>
        </w:rPr>
        <w:t>subcontractantului</w:t>
      </w:r>
      <w:proofErr w:type="spellEnd"/>
      <w:r w:rsidRPr="007A0413">
        <w:rPr>
          <w:sz w:val="21"/>
        </w:rPr>
        <w:t xml:space="preserve"> se </w:t>
      </w:r>
      <w:proofErr w:type="spellStart"/>
      <w:r w:rsidRPr="007A0413">
        <w:rPr>
          <w:sz w:val="21"/>
        </w:rPr>
        <w:t>realizează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condițiile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convenite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între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părți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cu </w:t>
      </w:r>
      <w:proofErr w:type="spellStart"/>
      <w:r w:rsidRPr="007A0413">
        <w:rPr>
          <w:sz w:val="21"/>
        </w:rPr>
        <w:t>respectarea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prevederilor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legale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contractuale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aplicabile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inclusiv</w:t>
      </w:r>
      <w:proofErr w:type="spellEnd"/>
      <w:r w:rsidRPr="007A0413">
        <w:rPr>
          <w:sz w:val="21"/>
        </w:rPr>
        <w:t xml:space="preserve"> a </w:t>
      </w:r>
      <w:proofErr w:type="spellStart"/>
      <w:r w:rsidRPr="007A0413">
        <w:rPr>
          <w:sz w:val="21"/>
        </w:rPr>
        <w:t>regulilor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privind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plata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directă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dacă</w:t>
      </w:r>
      <w:proofErr w:type="spellEnd"/>
      <w:r w:rsidRPr="007A0413">
        <w:rPr>
          <w:sz w:val="21"/>
        </w:rPr>
        <w:t xml:space="preserve"> sunt </w:t>
      </w:r>
      <w:proofErr w:type="spellStart"/>
      <w:r w:rsidRPr="007A0413">
        <w:rPr>
          <w:sz w:val="21"/>
        </w:rPr>
        <w:t>îndeplinite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condițiile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legale</w:t>
      </w:r>
      <w:proofErr w:type="spellEnd"/>
      <w:r w:rsidRPr="007A0413">
        <w:rPr>
          <w:sz w:val="21"/>
        </w:rPr>
        <w:t>.</w:t>
      </w:r>
    </w:p>
    <w:p w14:paraId="32430755" w14:textId="77777777" w:rsidR="005528C2" w:rsidRPr="007A0413" w:rsidRDefault="00A1736F">
      <w:pPr>
        <w:spacing w:after="60" w:line="240" w:lineRule="auto"/>
        <w:ind w:left="255" w:hanging="255"/>
        <w:jc w:val="both"/>
      </w:pPr>
      <w:r w:rsidRPr="007A0413">
        <w:rPr>
          <w:sz w:val="21"/>
        </w:rPr>
        <w:t xml:space="preserve">7. </w:t>
      </w:r>
      <w:proofErr w:type="spellStart"/>
      <w:r w:rsidRPr="007A0413">
        <w:rPr>
          <w:sz w:val="21"/>
        </w:rPr>
        <w:t>Prezentul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acord</w:t>
      </w:r>
      <w:proofErr w:type="spellEnd"/>
      <w:r w:rsidRPr="007A0413">
        <w:rPr>
          <w:sz w:val="21"/>
        </w:rPr>
        <w:t xml:space="preserve"> produce </w:t>
      </w:r>
      <w:proofErr w:type="spellStart"/>
      <w:r w:rsidRPr="007A0413">
        <w:rPr>
          <w:sz w:val="21"/>
        </w:rPr>
        <w:t>efecte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raporturile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dintre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părți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cazul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atribuirii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contractului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ofertantului</w:t>
      </w:r>
      <w:proofErr w:type="spellEnd"/>
      <w:r w:rsidRPr="007A0413">
        <w:rPr>
          <w:sz w:val="21"/>
        </w:rPr>
        <w:t xml:space="preserve"> principal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rămâne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valabil</w:t>
      </w:r>
      <w:proofErr w:type="spellEnd"/>
      <w:r w:rsidRPr="007A0413">
        <w:rPr>
          <w:sz w:val="21"/>
        </w:rPr>
        <w:t xml:space="preserve"> pe </w:t>
      </w:r>
      <w:proofErr w:type="spellStart"/>
      <w:r w:rsidRPr="007A0413">
        <w:rPr>
          <w:sz w:val="21"/>
        </w:rPr>
        <w:t>perioada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necesară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executării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părții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subcontractate</w:t>
      </w:r>
      <w:proofErr w:type="spellEnd"/>
      <w:r w:rsidRPr="007A0413">
        <w:rPr>
          <w:sz w:val="21"/>
        </w:rPr>
        <w:t>.</w:t>
      </w:r>
    </w:p>
    <w:p w14:paraId="343DC4CE" w14:textId="77777777" w:rsidR="00B06084" w:rsidRPr="007A0413" w:rsidRDefault="00B06084">
      <w:pPr>
        <w:spacing w:after="80" w:line="240" w:lineRule="auto"/>
        <w:jc w:val="center"/>
        <w:rPr>
          <w:b/>
          <w:sz w:val="21"/>
        </w:rPr>
      </w:pPr>
    </w:p>
    <w:p w14:paraId="4F1BB695" w14:textId="77777777" w:rsidR="00B06084" w:rsidRPr="007A0413" w:rsidRDefault="00B06084">
      <w:pPr>
        <w:spacing w:after="80" w:line="240" w:lineRule="auto"/>
        <w:jc w:val="center"/>
        <w:rPr>
          <w:b/>
          <w:sz w:val="21"/>
        </w:rPr>
      </w:pPr>
    </w:p>
    <w:p w14:paraId="507D27F0" w14:textId="40B3DC6A" w:rsidR="005528C2" w:rsidRPr="007A0413" w:rsidRDefault="00A1736F">
      <w:pPr>
        <w:spacing w:after="80" w:line="240" w:lineRule="auto"/>
        <w:jc w:val="center"/>
      </w:pPr>
      <w:r w:rsidRPr="007A0413">
        <w:rPr>
          <w:b/>
          <w:sz w:val="21"/>
        </w:rPr>
        <w:t>CONTRACTANT/OFERTANT PRINCIPAL                                 SUBCONTRACTANT</w:t>
      </w:r>
    </w:p>
    <w:p w14:paraId="6C71F6C7" w14:textId="77777777" w:rsidR="005528C2" w:rsidRPr="007A0413" w:rsidRDefault="00A1736F">
      <w:pPr>
        <w:spacing w:after="80" w:line="240" w:lineRule="auto"/>
        <w:jc w:val="center"/>
      </w:pPr>
      <w:proofErr w:type="spellStart"/>
      <w:r w:rsidRPr="007A0413">
        <w:rPr>
          <w:sz w:val="21"/>
        </w:rPr>
        <w:t>Nume</w:t>
      </w:r>
      <w:proofErr w:type="spellEnd"/>
      <w:r w:rsidRPr="007A0413">
        <w:rPr>
          <w:sz w:val="21"/>
        </w:rPr>
        <w:t xml:space="preserve">: __________________________                                   </w:t>
      </w:r>
      <w:proofErr w:type="spellStart"/>
      <w:r w:rsidRPr="007A0413">
        <w:rPr>
          <w:sz w:val="21"/>
        </w:rPr>
        <w:t>Nume</w:t>
      </w:r>
      <w:proofErr w:type="spellEnd"/>
      <w:r w:rsidRPr="007A0413">
        <w:rPr>
          <w:sz w:val="21"/>
        </w:rPr>
        <w:t>: __________________________</w:t>
      </w:r>
    </w:p>
    <w:p w14:paraId="6B153344" w14:textId="77777777" w:rsidR="005528C2" w:rsidRPr="007A0413" w:rsidRDefault="00A1736F">
      <w:pPr>
        <w:spacing w:after="80" w:line="240" w:lineRule="auto"/>
        <w:jc w:val="center"/>
      </w:pPr>
      <w:proofErr w:type="spellStart"/>
      <w:r w:rsidRPr="007A0413">
        <w:rPr>
          <w:sz w:val="21"/>
        </w:rPr>
        <w:t>Funcție</w:t>
      </w:r>
      <w:proofErr w:type="spellEnd"/>
      <w:r w:rsidRPr="007A0413">
        <w:rPr>
          <w:sz w:val="21"/>
        </w:rPr>
        <w:t xml:space="preserve">: ________________________                                   </w:t>
      </w:r>
      <w:proofErr w:type="spellStart"/>
      <w:r w:rsidRPr="007A0413">
        <w:rPr>
          <w:sz w:val="21"/>
        </w:rPr>
        <w:t>Funcție</w:t>
      </w:r>
      <w:proofErr w:type="spellEnd"/>
      <w:r w:rsidRPr="007A0413">
        <w:rPr>
          <w:sz w:val="21"/>
        </w:rPr>
        <w:t>: ________________________</w:t>
      </w:r>
    </w:p>
    <w:p w14:paraId="275CA506" w14:textId="77777777" w:rsidR="005528C2" w:rsidRPr="007A0413" w:rsidRDefault="00A1736F">
      <w:pPr>
        <w:spacing w:after="80" w:line="240" w:lineRule="auto"/>
        <w:jc w:val="center"/>
      </w:pPr>
      <w:proofErr w:type="spellStart"/>
      <w:r w:rsidRPr="007A0413">
        <w:rPr>
          <w:sz w:val="21"/>
        </w:rPr>
        <w:t>Semnătură</w:t>
      </w:r>
      <w:proofErr w:type="spellEnd"/>
      <w:r w:rsidRPr="007A0413">
        <w:rPr>
          <w:sz w:val="21"/>
        </w:rPr>
        <w:t xml:space="preserve">: _____________________                                   </w:t>
      </w:r>
      <w:proofErr w:type="spellStart"/>
      <w:r w:rsidRPr="007A0413">
        <w:rPr>
          <w:sz w:val="21"/>
        </w:rPr>
        <w:t>Semnătură</w:t>
      </w:r>
      <w:proofErr w:type="spellEnd"/>
      <w:r w:rsidRPr="007A0413">
        <w:rPr>
          <w:sz w:val="21"/>
        </w:rPr>
        <w:t>: _____________________</w:t>
      </w:r>
    </w:p>
    <w:p w14:paraId="2833B19F" w14:textId="77777777" w:rsidR="005528C2" w:rsidRPr="007A0413" w:rsidRDefault="00A1736F">
      <w:pPr>
        <w:keepNext/>
        <w:pageBreakBefore/>
        <w:spacing w:after="80"/>
        <w:jc w:val="center"/>
      </w:pPr>
      <w:r w:rsidRPr="007A0413">
        <w:rPr>
          <w:b/>
          <w:sz w:val="24"/>
        </w:rPr>
        <w:lastRenderedPageBreak/>
        <w:t>FORMULARUL NR. 11</w:t>
      </w:r>
    </w:p>
    <w:p w14:paraId="6231DD74" w14:textId="77777777" w:rsidR="005528C2" w:rsidRPr="007A0413" w:rsidRDefault="00A1736F">
      <w:pPr>
        <w:keepNext/>
        <w:spacing w:after="180"/>
        <w:jc w:val="center"/>
      </w:pPr>
      <w:r w:rsidRPr="007A0413">
        <w:rPr>
          <w:b/>
          <w:sz w:val="24"/>
        </w:rPr>
        <w:t>ACORD DE ASOCIERE - MODEL</w:t>
      </w:r>
    </w:p>
    <w:p w14:paraId="2E0989ED" w14:textId="77777777" w:rsidR="005528C2" w:rsidRPr="007A0413" w:rsidRDefault="00A1736F">
      <w:pPr>
        <w:spacing w:after="160" w:line="240" w:lineRule="auto"/>
        <w:jc w:val="center"/>
      </w:pPr>
      <w:proofErr w:type="spellStart"/>
      <w:r w:rsidRPr="007A0413">
        <w:rPr>
          <w:b/>
          <w:sz w:val="21"/>
        </w:rPr>
        <w:t>pentru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participarea</w:t>
      </w:r>
      <w:proofErr w:type="spellEnd"/>
      <w:r w:rsidRPr="007A0413">
        <w:rPr>
          <w:b/>
          <w:sz w:val="21"/>
        </w:rPr>
        <w:t xml:space="preserve"> cu </w:t>
      </w:r>
      <w:proofErr w:type="spellStart"/>
      <w:r w:rsidRPr="007A0413">
        <w:rPr>
          <w:b/>
          <w:sz w:val="21"/>
        </w:rPr>
        <w:t>ofertă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comună</w:t>
      </w:r>
      <w:proofErr w:type="spellEnd"/>
      <w:r w:rsidRPr="007A0413">
        <w:rPr>
          <w:b/>
          <w:sz w:val="21"/>
        </w:rPr>
        <w:t xml:space="preserve"> la </w:t>
      </w:r>
      <w:proofErr w:type="spellStart"/>
      <w:r w:rsidRPr="007A0413">
        <w:rPr>
          <w:b/>
          <w:sz w:val="21"/>
        </w:rPr>
        <w:t>procedura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având</w:t>
      </w:r>
      <w:proofErr w:type="spellEnd"/>
      <w:r w:rsidRPr="007A0413">
        <w:rPr>
          <w:b/>
          <w:sz w:val="21"/>
        </w:rPr>
        <w:t xml:space="preserve"> ca </w:t>
      </w:r>
      <w:proofErr w:type="spellStart"/>
      <w:r w:rsidRPr="007A0413">
        <w:rPr>
          <w:b/>
          <w:sz w:val="21"/>
        </w:rPr>
        <w:t>obiect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servicii</w:t>
      </w:r>
      <w:proofErr w:type="spellEnd"/>
      <w:r w:rsidRPr="007A0413">
        <w:rPr>
          <w:b/>
          <w:sz w:val="21"/>
        </w:rPr>
        <w:t xml:space="preserve"> integrate </w:t>
      </w:r>
      <w:proofErr w:type="spellStart"/>
      <w:r w:rsidRPr="007A0413">
        <w:rPr>
          <w:b/>
          <w:sz w:val="21"/>
        </w:rPr>
        <w:t>pentru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organizarea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și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desfășurarea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evenimentului</w:t>
      </w:r>
      <w:proofErr w:type="spellEnd"/>
      <w:r w:rsidRPr="007A0413">
        <w:rPr>
          <w:b/>
          <w:sz w:val="21"/>
        </w:rPr>
        <w:t xml:space="preserve"> „</w:t>
      </w:r>
      <w:proofErr w:type="spellStart"/>
      <w:r w:rsidRPr="007A0413">
        <w:rPr>
          <w:b/>
          <w:sz w:val="21"/>
        </w:rPr>
        <w:t>Prietenii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Pufoși</w:t>
      </w:r>
      <w:proofErr w:type="spellEnd"/>
      <w:r w:rsidRPr="007A0413">
        <w:rPr>
          <w:b/>
          <w:sz w:val="21"/>
        </w:rPr>
        <w:t xml:space="preserve"> – </w:t>
      </w:r>
      <w:proofErr w:type="spellStart"/>
      <w:r w:rsidRPr="007A0413">
        <w:rPr>
          <w:b/>
          <w:sz w:val="21"/>
        </w:rPr>
        <w:t>Ediția</w:t>
      </w:r>
      <w:proofErr w:type="spellEnd"/>
      <w:r w:rsidRPr="007A0413">
        <w:rPr>
          <w:b/>
          <w:sz w:val="21"/>
        </w:rPr>
        <w:t xml:space="preserve"> </w:t>
      </w:r>
      <w:proofErr w:type="gramStart"/>
      <w:r w:rsidRPr="007A0413">
        <w:rPr>
          <w:b/>
          <w:sz w:val="21"/>
        </w:rPr>
        <w:t>a</w:t>
      </w:r>
      <w:proofErr w:type="gramEnd"/>
      <w:r w:rsidRPr="007A0413">
        <w:rPr>
          <w:b/>
          <w:sz w:val="21"/>
        </w:rPr>
        <w:t xml:space="preserve"> II-a”</w:t>
      </w:r>
    </w:p>
    <w:p w14:paraId="3EFD1A52" w14:textId="77777777" w:rsidR="005528C2" w:rsidRPr="007A0413" w:rsidRDefault="00A1736F">
      <w:pPr>
        <w:spacing w:after="80" w:line="240" w:lineRule="auto"/>
      </w:pPr>
      <w:proofErr w:type="spellStart"/>
      <w:r w:rsidRPr="007A0413">
        <w:rPr>
          <w:b/>
          <w:sz w:val="21"/>
        </w:rPr>
        <w:t>Părțile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acordului</w:t>
      </w:r>
      <w:proofErr w:type="spellEnd"/>
      <w:r w:rsidRPr="007A0413">
        <w:rPr>
          <w:b/>
          <w:sz w:val="21"/>
        </w:rPr>
        <w:t>:</w:t>
      </w:r>
    </w:p>
    <w:p w14:paraId="0EE791BC" w14:textId="77777777" w:rsidR="005528C2" w:rsidRPr="007A0413" w:rsidRDefault="00A1736F">
      <w:pPr>
        <w:spacing w:after="80" w:line="240" w:lineRule="auto"/>
      </w:pPr>
      <w:r w:rsidRPr="007A0413">
        <w:rPr>
          <w:sz w:val="21"/>
        </w:rPr>
        <w:t xml:space="preserve">1. ________________________________________, cu </w:t>
      </w:r>
      <w:proofErr w:type="spellStart"/>
      <w:r w:rsidRPr="007A0413">
        <w:rPr>
          <w:sz w:val="21"/>
        </w:rPr>
        <w:t>sediul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__________________________, CUI __________________, </w:t>
      </w:r>
      <w:proofErr w:type="spellStart"/>
      <w:r w:rsidRPr="007A0413">
        <w:rPr>
          <w:sz w:val="21"/>
        </w:rPr>
        <w:t>reprezentată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prin</w:t>
      </w:r>
      <w:proofErr w:type="spellEnd"/>
      <w:r w:rsidRPr="007A0413">
        <w:rPr>
          <w:sz w:val="21"/>
        </w:rPr>
        <w:t xml:space="preserve"> __________________________, </w:t>
      </w:r>
      <w:proofErr w:type="spellStart"/>
      <w:r w:rsidRPr="007A0413">
        <w:rPr>
          <w:sz w:val="21"/>
        </w:rPr>
        <w:t>denumită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continuare</w:t>
      </w:r>
      <w:proofErr w:type="spellEnd"/>
      <w:r w:rsidRPr="007A0413">
        <w:rPr>
          <w:sz w:val="21"/>
        </w:rPr>
        <w:t xml:space="preserve"> Asociatul 1;</w:t>
      </w:r>
    </w:p>
    <w:p w14:paraId="64CE99E2" w14:textId="77777777" w:rsidR="005528C2" w:rsidRPr="007A0413" w:rsidRDefault="00A1736F">
      <w:pPr>
        <w:spacing w:after="80" w:line="240" w:lineRule="auto"/>
      </w:pPr>
      <w:r w:rsidRPr="007A0413">
        <w:rPr>
          <w:sz w:val="21"/>
        </w:rPr>
        <w:t xml:space="preserve">2. ________________________________________, cu </w:t>
      </w:r>
      <w:proofErr w:type="spellStart"/>
      <w:r w:rsidRPr="007A0413">
        <w:rPr>
          <w:sz w:val="21"/>
        </w:rPr>
        <w:t>sediul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__________________________, CUI __________________, </w:t>
      </w:r>
      <w:proofErr w:type="spellStart"/>
      <w:r w:rsidRPr="007A0413">
        <w:rPr>
          <w:sz w:val="21"/>
        </w:rPr>
        <w:t>reprezentată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prin</w:t>
      </w:r>
      <w:proofErr w:type="spellEnd"/>
      <w:r w:rsidRPr="007A0413">
        <w:rPr>
          <w:sz w:val="21"/>
        </w:rPr>
        <w:t xml:space="preserve"> __________________________, </w:t>
      </w:r>
      <w:proofErr w:type="spellStart"/>
      <w:r w:rsidRPr="007A0413">
        <w:rPr>
          <w:sz w:val="21"/>
        </w:rPr>
        <w:t>denumită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continuare</w:t>
      </w:r>
      <w:proofErr w:type="spellEnd"/>
      <w:r w:rsidRPr="007A0413">
        <w:rPr>
          <w:sz w:val="21"/>
        </w:rPr>
        <w:t xml:space="preserve"> Asociatul 2;</w:t>
      </w:r>
    </w:p>
    <w:p w14:paraId="64F262F8" w14:textId="77777777" w:rsidR="005528C2" w:rsidRPr="007A0413" w:rsidRDefault="00A1736F">
      <w:pPr>
        <w:spacing w:after="80" w:line="240" w:lineRule="auto"/>
      </w:pPr>
      <w:r w:rsidRPr="007A0413">
        <w:rPr>
          <w:sz w:val="21"/>
        </w:rPr>
        <w:t xml:space="preserve">3. ________________________________________, cu </w:t>
      </w:r>
      <w:proofErr w:type="spellStart"/>
      <w:r w:rsidRPr="007A0413">
        <w:rPr>
          <w:sz w:val="21"/>
        </w:rPr>
        <w:t>sediul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__________________________, CUI __________________, </w:t>
      </w:r>
      <w:proofErr w:type="spellStart"/>
      <w:r w:rsidRPr="007A0413">
        <w:rPr>
          <w:sz w:val="21"/>
        </w:rPr>
        <w:t>reprezentată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prin</w:t>
      </w:r>
      <w:proofErr w:type="spellEnd"/>
      <w:r w:rsidRPr="007A0413">
        <w:rPr>
          <w:sz w:val="21"/>
        </w:rPr>
        <w:t xml:space="preserve"> __________________________, </w:t>
      </w:r>
      <w:proofErr w:type="spellStart"/>
      <w:r w:rsidRPr="007A0413">
        <w:rPr>
          <w:sz w:val="21"/>
        </w:rPr>
        <w:t>denumită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continuare</w:t>
      </w:r>
      <w:proofErr w:type="spellEnd"/>
      <w:r w:rsidRPr="007A0413">
        <w:rPr>
          <w:sz w:val="21"/>
        </w:rPr>
        <w:t xml:space="preserve"> Asociatul 3, </w:t>
      </w:r>
      <w:proofErr w:type="spellStart"/>
      <w:r w:rsidRPr="007A0413">
        <w:rPr>
          <w:sz w:val="21"/>
        </w:rPr>
        <w:t>dacă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este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cazul</w:t>
      </w:r>
      <w:proofErr w:type="spellEnd"/>
      <w:r w:rsidRPr="007A0413">
        <w:rPr>
          <w:sz w:val="21"/>
        </w:rPr>
        <w:t>.</w:t>
      </w:r>
    </w:p>
    <w:p w14:paraId="41CBA533" w14:textId="77777777" w:rsidR="005528C2" w:rsidRPr="007A0413" w:rsidRDefault="00A1736F">
      <w:pPr>
        <w:keepNext/>
        <w:spacing w:after="80" w:line="240" w:lineRule="auto"/>
      </w:pPr>
      <w:proofErr w:type="spellStart"/>
      <w:r w:rsidRPr="007A0413">
        <w:rPr>
          <w:b/>
          <w:sz w:val="21"/>
        </w:rPr>
        <w:t>Părțile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convin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următoarele</w:t>
      </w:r>
      <w:proofErr w:type="spellEnd"/>
      <w:r w:rsidRPr="007A0413">
        <w:rPr>
          <w:b/>
          <w:sz w:val="21"/>
        </w:rPr>
        <w:t>:</w:t>
      </w:r>
    </w:p>
    <w:p w14:paraId="3C8D7EF4" w14:textId="77777777" w:rsidR="005528C2" w:rsidRPr="007A0413" w:rsidRDefault="00A1736F">
      <w:pPr>
        <w:spacing w:after="60" w:line="240" w:lineRule="auto"/>
        <w:ind w:left="255" w:hanging="255"/>
        <w:jc w:val="both"/>
      </w:pPr>
      <w:r w:rsidRPr="007A0413">
        <w:rPr>
          <w:sz w:val="21"/>
        </w:rPr>
        <w:t xml:space="preserve">1. </w:t>
      </w:r>
      <w:proofErr w:type="spellStart"/>
      <w:r w:rsidRPr="007A0413">
        <w:rPr>
          <w:sz w:val="21"/>
        </w:rPr>
        <w:t>Scopul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asocierii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este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depunerea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unei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oferte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comune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cazul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declarării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acesteia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câștigătoare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executarea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comun</w:t>
      </w:r>
      <w:proofErr w:type="spellEnd"/>
      <w:r w:rsidRPr="007A0413">
        <w:rPr>
          <w:sz w:val="21"/>
        </w:rPr>
        <w:t xml:space="preserve"> a </w:t>
      </w:r>
      <w:proofErr w:type="spellStart"/>
      <w:r w:rsidRPr="007A0413">
        <w:rPr>
          <w:sz w:val="21"/>
        </w:rPr>
        <w:t>contractului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achiziție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publică</w:t>
      </w:r>
      <w:proofErr w:type="spellEnd"/>
      <w:r w:rsidRPr="007A0413">
        <w:rPr>
          <w:sz w:val="21"/>
        </w:rPr>
        <w:t>.</w:t>
      </w:r>
    </w:p>
    <w:p w14:paraId="1B4C1FEC" w14:textId="77777777" w:rsidR="005528C2" w:rsidRPr="007A0413" w:rsidRDefault="00A1736F">
      <w:pPr>
        <w:spacing w:after="60" w:line="240" w:lineRule="auto"/>
        <w:ind w:left="255" w:hanging="255"/>
        <w:jc w:val="both"/>
      </w:pPr>
      <w:r w:rsidRPr="007A0413">
        <w:rPr>
          <w:sz w:val="21"/>
        </w:rPr>
        <w:t xml:space="preserve">2. </w:t>
      </w:r>
      <w:proofErr w:type="spellStart"/>
      <w:r w:rsidRPr="007A0413">
        <w:rPr>
          <w:sz w:val="21"/>
        </w:rPr>
        <w:t>Liderul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asocierii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este</w:t>
      </w:r>
      <w:proofErr w:type="spellEnd"/>
      <w:r w:rsidRPr="007A0413">
        <w:rPr>
          <w:sz w:val="21"/>
        </w:rPr>
        <w:t xml:space="preserve"> ________________________________________, </w:t>
      </w:r>
      <w:proofErr w:type="spellStart"/>
      <w:r w:rsidRPr="007A0413">
        <w:rPr>
          <w:sz w:val="21"/>
        </w:rPr>
        <w:t>împuternicit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reprezinte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asocierea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relația</w:t>
      </w:r>
      <w:proofErr w:type="spellEnd"/>
      <w:r w:rsidRPr="007A0413">
        <w:rPr>
          <w:sz w:val="21"/>
        </w:rPr>
        <w:t xml:space="preserve"> cu </w:t>
      </w:r>
      <w:proofErr w:type="spellStart"/>
      <w:r w:rsidRPr="007A0413">
        <w:rPr>
          <w:sz w:val="21"/>
        </w:rPr>
        <w:t>autoritatea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contractantă</w:t>
      </w:r>
      <w:proofErr w:type="spellEnd"/>
      <w:r w:rsidRPr="007A0413">
        <w:rPr>
          <w:sz w:val="21"/>
        </w:rPr>
        <w:t xml:space="preserve"> pe </w:t>
      </w:r>
      <w:proofErr w:type="spellStart"/>
      <w:r w:rsidRPr="007A0413">
        <w:rPr>
          <w:sz w:val="21"/>
        </w:rPr>
        <w:t>durata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procedurii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a </w:t>
      </w:r>
      <w:proofErr w:type="spellStart"/>
      <w:r w:rsidRPr="007A0413">
        <w:rPr>
          <w:sz w:val="21"/>
        </w:rPr>
        <w:t>contractului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limitele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prezentului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acord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ale </w:t>
      </w:r>
      <w:proofErr w:type="spellStart"/>
      <w:r w:rsidRPr="007A0413">
        <w:rPr>
          <w:sz w:val="21"/>
        </w:rPr>
        <w:t>împuternicirilor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anexate</w:t>
      </w:r>
      <w:proofErr w:type="spellEnd"/>
      <w:r w:rsidRPr="007A0413">
        <w:rPr>
          <w:sz w:val="21"/>
        </w:rPr>
        <w:t>.</w:t>
      </w:r>
    </w:p>
    <w:p w14:paraId="52716CF0" w14:textId="77777777" w:rsidR="005528C2" w:rsidRPr="007A0413" w:rsidRDefault="00A1736F">
      <w:pPr>
        <w:spacing w:after="60" w:line="240" w:lineRule="auto"/>
        <w:ind w:left="255" w:hanging="255"/>
        <w:jc w:val="both"/>
      </w:pPr>
      <w:r w:rsidRPr="007A0413">
        <w:rPr>
          <w:sz w:val="21"/>
        </w:rPr>
        <w:t xml:space="preserve">3. </w:t>
      </w:r>
      <w:proofErr w:type="spellStart"/>
      <w:r w:rsidRPr="007A0413">
        <w:rPr>
          <w:sz w:val="21"/>
        </w:rPr>
        <w:t>Membrii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asocierii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răspund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solidar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față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autoritatea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contractantă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pentru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executarea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integrală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corespunzătoare</w:t>
      </w:r>
      <w:proofErr w:type="spellEnd"/>
      <w:r w:rsidRPr="007A0413">
        <w:rPr>
          <w:sz w:val="21"/>
        </w:rPr>
        <w:t xml:space="preserve"> a </w:t>
      </w:r>
      <w:proofErr w:type="spellStart"/>
      <w:r w:rsidRPr="007A0413">
        <w:rPr>
          <w:sz w:val="21"/>
        </w:rPr>
        <w:t>contractului</w:t>
      </w:r>
      <w:proofErr w:type="spellEnd"/>
      <w:r w:rsidRPr="007A0413">
        <w:rPr>
          <w:sz w:val="21"/>
        </w:rPr>
        <w:t>.</w:t>
      </w:r>
    </w:p>
    <w:p w14:paraId="646D029C" w14:textId="77777777" w:rsidR="005528C2" w:rsidRPr="007A0413" w:rsidRDefault="00A1736F">
      <w:pPr>
        <w:spacing w:after="60" w:line="240" w:lineRule="auto"/>
        <w:ind w:left="255" w:hanging="255"/>
        <w:jc w:val="both"/>
      </w:pPr>
      <w:r w:rsidRPr="007A0413">
        <w:rPr>
          <w:sz w:val="21"/>
        </w:rPr>
        <w:t xml:space="preserve">4. </w:t>
      </w:r>
      <w:proofErr w:type="spellStart"/>
      <w:r w:rsidRPr="007A0413">
        <w:rPr>
          <w:sz w:val="21"/>
        </w:rPr>
        <w:t>Fiecare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asociat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va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executa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partea</w:t>
      </w:r>
      <w:proofErr w:type="spellEnd"/>
      <w:r w:rsidRPr="007A0413">
        <w:rPr>
          <w:sz w:val="21"/>
        </w:rPr>
        <w:t xml:space="preserve"> de contract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va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asigura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resursele</w:t>
      </w:r>
      <w:proofErr w:type="spellEnd"/>
      <w:r w:rsidRPr="007A0413">
        <w:rPr>
          <w:sz w:val="21"/>
        </w:rPr>
        <w:t xml:space="preserve"> indicate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tabelul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anexat</w:t>
      </w:r>
      <w:proofErr w:type="spellEnd"/>
      <w:r w:rsidRPr="007A0413">
        <w:rPr>
          <w:sz w:val="21"/>
        </w:rPr>
        <w:t xml:space="preserve">. </w:t>
      </w:r>
      <w:proofErr w:type="spellStart"/>
      <w:r w:rsidRPr="007A0413">
        <w:rPr>
          <w:sz w:val="21"/>
        </w:rPr>
        <w:t>Repartizarea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internă</w:t>
      </w:r>
      <w:proofErr w:type="spellEnd"/>
      <w:r w:rsidRPr="007A0413">
        <w:rPr>
          <w:sz w:val="21"/>
        </w:rPr>
        <w:t xml:space="preserve"> </w:t>
      </w:r>
      <w:proofErr w:type="gramStart"/>
      <w:r w:rsidRPr="007A0413">
        <w:rPr>
          <w:sz w:val="21"/>
        </w:rPr>
        <w:t>a</w:t>
      </w:r>
      <w:proofErr w:type="gram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activităților</w:t>
      </w:r>
      <w:proofErr w:type="spellEnd"/>
      <w:r w:rsidRPr="007A0413">
        <w:rPr>
          <w:sz w:val="21"/>
        </w:rPr>
        <w:t xml:space="preserve"> nu </w:t>
      </w:r>
      <w:proofErr w:type="spellStart"/>
      <w:r w:rsidRPr="007A0413">
        <w:rPr>
          <w:sz w:val="21"/>
        </w:rPr>
        <w:t>limitează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răspunderea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solidară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față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autoritatea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contractantă</w:t>
      </w:r>
      <w:proofErr w:type="spellEnd"/>
      <w:r w:rsidRPr="007A0413">
        <w:rPr>
          <w:sz w:val="21"/>
        </w:rPr>
        <w:t>.</w:t>
      </w:r>
    </w:p>
    <w:p w14:paraId="450A0931" w14:textId="77777777" w:rsidR="005528C2" w:rsidRPr="007A0413" w:rsidRDefault="00A1736F">
      <w:pPr>
        <w:spacing w:after="60" w:line="240" w:lineRule="auto"/>
        <w:ind w:left="255" w:hanging="255"/>
        <w:jc w:val="both"/>
      </w:pPr>
      <w:r w:rsidRPr="007A0413">
        <w:rPr>
          <w:sz w:val="21"/>
        </w:rPr>
        <w:t xml:space="preserve">5. </w:t>
      </w:r>
      <w:proofErr w:type="spellStart"/>
      <w:r w:rsidRPr="007A0413">
        <w:rPr>
          <w:sz w:val="21"/>
        </w:rPr>
        <w:t>Liderul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asocierii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este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autorizat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primească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solicitări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comunicări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instrucțiuni</w:t>
      </w:r>
      <w:proofErr w:type="spellEnd"/>
      <w:r w:rsidRPr="007A0413">
        <w:rPr>
          <w:sz w:val="21"/>
        </w:rPr>
        <w:t xml:space="preserve"> din </w:t>
      </w:r>
      <w:proofErr w:type="spellStart"/>
      <w:r w:rsidRPr="007A0413">
        <w:rPr>
          <w:sz w:val="21"/>
        </w:rPr>
        <w:t>partea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autorității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contractante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dacă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părțile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stabilesc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astfel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să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primească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plățile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numele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asocierii</w:t>
      </w:r>
      <w:proofErr w:type="spellEnd"/>
      <w:r w:rsidRPr="007A0413">
        <w:rPr>
          <w:sz w:val="21"/>
        </w:rPr>
        <w:t xml:space="preserve">, cu </w:t>
      </w:r>
      <w:proofErr w:type="spellStart"/>
      <w:r w:rsidRPr="007A0413">
        <w:rPr>
          <w:sz w:val="21"/>
        </w:rPr>
        <w:t>respectarea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contractului</w:t>
      </w:r>
      <w:proofErr w:type="spellEnd"/>
      <w:r w:rsidRPr="007A0413">
        <w:rPr>
          <w:sz w:val="21"/>
        </w:rPr>
        <w:t>.</w:t>
      </w:r>
    </w:p>
    <w:p w14:paraId="2D0F7392" w14:textId="77777777" w:rsidR="005528C2" w:rsidRPr="007A0413" w:rsidRDefault="00A1736F">
      <w:pPr>
        <w:spacing w:after="60" w:line="240" w:lineRule="auto"/>
        <w:ind w:left="255" w:hanging="255"/>
        <w:jc w:val="both"/>
      </w:pPr>
      <w:r w:rsidRPr="007A0413">
        <w:rPr>
          <w:sz w:val="21"/>
        </w:rPr>
        <w:t xml:space="preserve">6. </w:t>
      </w:r>
      <w:proofErr w:type="spellStart"/>
      <w:r w:rsidRPr="007A0413">
        <w:rPr>
          <w:sz w:val="21"/>
        </w:rPr>
        <w:t>Membrii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asocierii</w:t>
      </w:r>
      <w:proofErr w:type="spellEnd"/>
      <w:r w:rsidRPr="007A0413">
        <w:rPr>
          <w:sz w:val="21"/>
        </w:rPr>
        <w:t xml:space="preserve"> nu </w:t>
      </w:r>
      <w:proofErr w:type="spellStart"/>
      <w:r w:rsidRPr="007A0413">
        <w:rPr>
          <w:sz w:val="21"/>
        </w:rPr>
        <w:t>vor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modifica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structura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asocierii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liderul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ori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repartizarea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esențială</w:t>
      </w:r>
      <w:proofErr w:type="spellEnd"/>
      <w:r w:rsidRPr="007A0413">
        <w:rPr>
          <w:sz w:val="21"/>
        </w:rPr>
        <w:t xml:space="preserve"> </w:t>
      </w:r>
      <w:proofErr w:type="gramStart"/>
      <w:r w:rsidRPr="007A0413">
        <w:rPr>
          <w:sz w:val="21"/>
        </w:rPr>
        <w:t>a</w:t>
      </w:r>
      <w:proofErr w:type="gram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obligațiilor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mod </w:t>
      </w:r>
      <w:proofErr w:type="spellStart"/>
      <w:r w:rsidRPr="007A0413">
        <w:rPr>
          <w:sz w:val="21"/>
        </w:rPr>
        <w:t>contrar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legislației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achizițiilor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publice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fără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aprobările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necesare</w:t>
      </w:r>
      <w:proofErr w:type="spellEnd"/>
      <w:r w:rsidRPr="007A0413">
        <w:rPr>
          <w:sz w:val="21"/>
        </w:rPr>
        <w:t>.</w:t>
      </w:r>
    </w:p>
    <w:p w14:paraId="44D1688D" w14:textId="349A925A" w:rsidR="005528C2" w:rsidRPr="007A0413" w:rsidRDefault="00A1736F">
      <w:pPr>
        <w:spacing w:after="60" w:line="240" w:lineRule="auto"/>
        <w:ind w:left="255" w:hanging="255"/>
        <w:jc w:val="both"/>
        <w:rPr>
          <w:sz w:val="21"/>
        </w:rPr>
      </w:pPr>
      <w:r w:rsidRPr="007A0413">
        <w:rPr>
          <w:sz w:val="21"/>
        </w:rPr>
        <w:t xml:space="preserve">7. </w:t>
      </w:r>
      <w:proofErr w:type="spellStart"/>
      <w:r w:rsidRPr="007A0413">
        <w:rPr>
          <w:sz w:val="21"/>
        </w:rPr>
        <w:t>Prezentul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acord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este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valabil</w:t>
      </w:r>
      <w:proofErr w:type="spellEnd"/>
      <w:r w:rsidRPr="007A0413">
        <w:rPr>
          <w:sz w:val="21"/>
        </w:rPr>
        <w:t xml:space="preserve"> de la data </w:t>
      </w:r>
      <w:proofErr w:type="spellStart"/>
      <w:r w:rsidRPr="007A0413">
        <w:rPr>
          <w:sz w:val="21"/>
        </w:rPr>
        <w:t>semnării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până</w:t>
      </w:r>
      <w:proofErr w:type="spellEnd"/>
      <w:r w:rsidRPr="007A0413">
        <w:rPr>
          <w:sz w:val="21"/>
        </w:rPr>
        <w:t xml:space="preserve"> la </w:t>
      </w:r>
      <w:proofErr w:type="spellStart"/>
      <w:r w:rsidRPr="007A0413">
        <w:rPr>
          <w:sz w:val="21"/>
        </w:rPr>
        <w:t>finalizarea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procedurii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iar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cazul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atribuirii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contractului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până</w:t>
      </w:r>
      <w:proofErr w:type="spellEnd"/>
      <w:r w:rsidRPr="007A0413">
        <w:rPr>
          <w:sz w:val="21"/>
        </w:rPr>
        <w:t xml:space="preserve"> la </w:t>
      </w:r>
      <w:proofErr w:type="spellStart"/>
      <w:r w:rsidRPr="007A0413">
        <w:rPr>
          <w:sz w:val="21"/>
        </w:rPr>
        <w:t>stingerea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tuturor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obligațiilor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rezultate</w:t>
      </w:r>
      <w:proofErr w:type="spellEnd"/>
      <w:r w:rsidRPr="007A0413">
        <w:rPr>
          <w:sz w:val="21"/>
        </w:rPr>
        <w:t xml:space="preserve"> din contract.</w:t>
      </w:r>
    </w:p>
    <w:p w14:paraId="28ED52F9" w14:textId="77777777" w:rsidR="00B06084" w:rsidRPr="007A0413" w:rsidRDefault="00B06084">
      <w:pPr>
        <w:spacing w:after="60" w:line="240" w:lineRule="auto"/>
        <w:ind w:left="255" w:hanging="255"/>
        <w:jc w:val="both"/>
      </w:pPr>
    </w:p>
    <w:tbl>
      <w:tblPr>
        <w:tblStyle w:val="Tabelgril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3402"/>
        <w:gridCol w:w="1417"/>
        <w:gridCol w:w="3118"/>
      </w:tblGrid>
      <w:tr w:rsidR="005528C2" w:rsidRPr="007A0413" w14:paraId="624ED303" w14:textId="77777777" w:rsidTr="00B06084">
        <w:trPr>
          <w:cantSplit/>
          <w:tblHeader/>
          <w:jc w:val="center"/>
        </w:trPr>
        <w:tc>
          <w:tcPr>
            <w:tcW w:w="56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0A4D220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b/>
                <w:sz w:val="17"/>
              </w:rPr>
              <w:t>Nr.</w:t>
            </w:r>
          </w:p>
        </w:tc>
        <w:tc>
          <w:tcPr>
            <w:tcW w:w="226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E1DD47E" w14:textId="77777777" w:rsidR="005528C2" w:rsidRPr="007A0413" w:rsidRDefault="00A1736F">
            <w:pPr>
              <w:spacing w:after="0" w:line="240" w:lineRule="auto"/>
              <w:jc w:val="center"/>
            </w:pPr>
            <w:proofErr w:type="spellStart"/>
            <w:r w:rsidRPr="007A0413">
              <w:rPr>
                <w:b/>
                <w:sz w:val="17"/>
              </w:rPr>
              <w:t>Membru</w:t>
            </w:r>
            <w:proofErr w:type="spellEnd"/>
            <w:r w:rsidRPr="007A0413">
              <w:rPr>
                <w:b/>
                <w:sz w:val="17"/>
              </w:rPr>
              <w:t xml:space="preserve"> </w:t>
            </w:r>
            <w:proofErr w:type="spellStart"/>
            <w:r w:rsidRPr="007A0413">
              <w:rPr>
                <w:b/>
                <w:sz w:val="17"/>
              </w:rPr>
              <w:t>asociere</w:t>
            </w:r>
            <w:proofErr w:type="spellEnd"/>
          </w:p>
        </w:tc>
        <w:tc>
          <w:tcPr>
            <w:tcW w:w="340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96DA876" w14:textId="77777777" w:rsidR="005528C2" w:rsidRPr="007A0413" w:rsidRDefault="00A1736F">
            <w:pPr>
              <w:spacing w:after="0" w:line="240" w:lineRule="auto"/>
              <w:jc w:val="center"/>
            </w:pPr>
            <w:proofErr w:type="spellStart"/>
            <w:r w:rsidRPr="007A0413">
              <w:rPr>
                <w:b/>
                <w:sz w:val="17"/>
              </w:rPr>
              <w:t>Partea</w:t>
            </w:r>
            <w:proofErr w:type="spellEnd"/>
            <w:r w:rsidRPr="007A0413">
              <w:rPr>
                <w:b/>
                <w:sz w:val="17"/>
              </w:rPr>
              <w:t xml:space="preserve"> / </w:t>
            </w:r>
            <w:proofErr w:type="spellStart"/>
            <w:r w:rsidRPr="007A0413">
              <w:rPr>
                <w:b/>
                <w:sz w:val="17"/>
              </w:rPr>
              <w:t>activitățile</w:t>
            </w:r>
            <w:proofErr w:type="spellEnd"/>
            <w:r w:rsidRPr="007A0413">
              <w:rPr>
                <w:b/>
                <w:sz w:val="17"/>
              </w:rPr>
              <w:t xml:space="preserve"> </w:t>
            </w:r>
            <w:proofErr w:type="spellStart"/>
            <w:r w:rsidRPr="007A0413">
              <w:rPr>
                <w:b/>
                <w:sz w:val="17"/>
              </w:rPr>
              <w:t>executate</w:t>
            </w:r>
            <w:proofErr w:type="spellEnd"/>
          </w:p>
        </w:tc>
        <w:tc>
          <w:tcPr>
            <w:tcW w:w="141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EE483AC" w14:textId="77777777" w:rsidR="005528C2" w:rsidRPr="007A0413" w:rsidRDefault="00A1736F">
            <w:pPr>
              <w:spacing w:after="0" w:line="240" w:lineRule="auto"/>
              <w:jc w:val="center"/>
            </w:pPr>
            <w:proofErr w:type="spellStart"/>
            <w:r w:rsidRPr="007A0413">
              <w:rPr>
                <w:b/>
                <w:sz w:val="17"/>
              </w:rPr>
              <w:t>Procent</w:t>
            </w:r>
            <w:proofErr w:type="spellEnd"/>
            <w:r w:rsidRPr="007A0413">
              <w:rPr>
                <w:b/>
                <w:sz w:val="17"/>
              </w:rPr>
              <w:t xml:space="preserve"> </w:t>
            </w:r>
            <w:proofErr w:type="spellStart"/>
            <w:r w:rsidRPr="007A0413">
              <w:rPr>
                <w:b/>
                <w:sz w:val="17"/>
              </w:rPr>
              <w:t>orientativ</w:t>
            </w:r>
            <w:proofErr w:type="spellEnd"/>
          </w:p>
        </w:tc>
        <w:tc>
          <w:tcPr>
            <w:tcW w:w="311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F9C17EE" w14:textId="77777777" w:rsidR="005528C2" w:rsidRPr="007A0413" w:rsidRDefault="00A1736F">
            <w:pPr>
              <w:spacing w:after="0" w:line="240" w:lineRule="auto"/>
              <w:jc w:val="center"/>
            </w:pPr>
            <w:proofErr w:type="spellStart"/>
            <w:r w:rsidRPr="007A0413">
              <w:rPr>
                <w:b/>
                <w:sz w:val="17"/>
              </w:rPr>
              <w:t>Resurse</w:t>
            </w:r>
            <w:proofErr w:type="spellEnd"/>
            <w:r w:rsidRPr="007A0413">
              <w:rPr>
                <w:b/>
                <w:sz w:val="17"/>
              </w:rPr>
              <w:t xml:space="preserve"> / </w:t>
            </w:r>
            <w:proofErr w:type="spellStart"/>
            <w:r w:rsidRPr="007A0413">
              <w:rPr>
                <w:b/>
                <w:sz w:val="17"/>
              </w:rPr>
              <w:t>responsabilități</w:t>
            </w:r>
            <w:proofErr w:type="spellEnd"/>
            <w:r w:rsidRPr="007A0413">
              <w:rPr>
                <w:b/>
                <w:sz w:val="17"/>
              </w:rPr>
              <w:t xml:space="preserve"> </w:t>
            </w:r>
            <w:proofErr w:type="spellStart"/>
            <w:r w:rsidRPr="007A0413">
              <w:rPr>
                <w:b/>
                <w:sz w:val="17"/>
              </w:rPr>
              <w:t>principale</w:t>
            </w:r>
            <w:proofErr w:type="spellEnd"/>
          </w:p>
        </w:tc>
      </w:tr>
      <w:tr w:rsidR="005528C2" w:rsidRPr="007A0413" w14:paraId="60AE2D4E" w14:textId="77777777" w:rsidTr="00B06084">
        <w:trPr>
          <w:cantSplit/>
          <w:jc w:val="center"/>
        </w:trPr>
        <w:tc>
          <w:tcPr>
            <w:tcW w:w="56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501F3DC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7"/>
              </w:rPr>
              <w:t>1</w:t>
            </w:r>
          </w:p>
        </w:tc>
        <w:tc>
          <w:tcPr>
            <w:tcW w:w="226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6F4E343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7"/>
              </w:rPr>
              <w:t>Asociatul 1 - __________________</w:t>
            </w:r>
          </w:p>
        </w:tc>
        <w:tc>
          <w:tcPr>
            <w:tcW w:w="340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BBF5ED9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7"/>
              </w:rPr>
              <w:t>________________________</w:t>
            </w:r>
          </w:p>
        </w:tc>
        <w:tc>
          <w:tcPr>
            <w:tcW w:w="141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7A69F0C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7"/>
              </w:rPr>
              <w:t>________ %</w:t>
            </w:r>
          </w:p>
        </w:tc>
        <w:tc>
          <w:tcPr>
            <w:tcW w:w="311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E305EB5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7"/>
              </w:rPr>
              <w:t>________________________</w:t>
            </w:r>
          </w:p>
        </w:tc>
      </w:tr>
      <w:tr w:rsidR="005528C2" w:rsidRPr="007A0413" w14:paraId="1C4CFA5C" w14:textId="77777777" w:rsidTr="00B06084">
        <w:trPr>
          <w:cantSplit/>
          <w:jc w:val="center"/>
        </w:trPr>
        <w:tc>
          <w:tcPr>
            <w:tcW w:w="56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50CE43A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7"/>
              </w:rPr>
              <w:t>2</w:t>
            </w:r>
          </w:p>
        </w:tc>
        <w:tc>
          <w:tcPr>
            <w:tcW w:w="226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A9C4536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7"/>
              </w:rPr>
              <w:t>Asociatul 2 - __________________</w:t>
            </w:r>
          </w:p>
        </w:tc>
        <w:tc>
          <w:tcPr>
            <w:tcW w:w="340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817EEAD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7"/>
              </w:rPr>
              <w:t>________________________</w:t>
            </w:r>
          </w:p>
        </w:tc>
        <w:tc>
          <w:tcPr>
            <w:tcW w:w="141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92C3651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7"/>
              </w:rPr>
              <w:t>________ %</w:t>
            </w:r>
          </w:p>
        </w:tc>
        <w:tc>
          <w:tcPr>
            <w:tcW w:w="311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02CA89B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7"/>
              </w:rPr>
              <w:t>________________________</w:t>
            </w:r>
          </w:p>
        </w:tc>
      </w:tr>
      <w:tr w:rsidR="005528C2" w:rsidRPr="007A0413" w14:paraId="16AF8C31" w14:textId="77777777" w:rsidTr="00B06084">
        <w:trPr>
          <w:cantSplit/>
          <w:jc w:val="center"/>
        </w:trPr>
        <w:tc>
          <w:tcPr>
            <w:tcW w:w="56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02D49CD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7"/>
              </w:rPr>
              <w:t>3</w:t>
            </w:r>
          </w:p>
        </w:tc>
        <w:tc>
          <w:tcPr>
            <w:tcW w:w="226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4752805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7"/>
              </w:rPr>
              <w:t>Asociatul 3 - __________________</w:t>
            </w:r>
          </w:p>
        </w:tc>
        <w:tc>
          <w:tcPr>
            <w:tcW w:w="340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D8D2CE5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7"/>
              </w:rPr>
              <w:t>________________________</w:t>
            </w:r>
          </w:p>
        </w:tc>
        <w:tc>
          <w:tcPr>
            <w:tcW w:w="141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C002861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7"/>
              </w:rPr>
              <w:t>________ %</w:t>
            </w:r>
          </w:p>
        </w:tc>
        <w:tc>
          <w:tcPr>
            <w:tcW w:w="311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D19ED3F" w14:textId="77777777" w:rsidR="005528C2" w:rsidRPr="007A0413" w:rsidRDefault="00A1736F">
            <w:pPr>
              <w:spacing w:after="0" w:line="240" w:lineRule="auto"/>
            </w:pPr>
            <w:r w:rsidRPr="007A0413">
              <w:rPr>
                <w:sz w:val="17"/>
              </w:rPr>
              <w:t>________________________</w:t>
            </w:r>
          </w:p>
        </w:tc>
      </w:tr>
    </w:tbl>
    <w:p w14:paraId="67A1E27B" w14:textId="77777777" w:rsidR="005528C2" w:rsidRPr="007A0413" w:rsidRDefault="005528C2">
      <w:pPr>
        <w:spacing w:after="20"/>
      </w:pPr>
    </w:p>
    <w:p w14:paraId="487A68BE" w14:textId="77777777" w:rsidR="005528C2" w:rsidRPr="007A0413" w:rsidRDefault="00A1736F">
      <w:pPr>
        <w:spacing w:after="80" w:line="240" w:lineRule="auto"/>
      </w:pPr>
      <w:proofErr w:type="spellStart"/>
      <w:r w:rsidRPr="007A0413">
        <w:rPr>
          <w:sz w:val="21"/>
        </w:rPr>
        <w:t>Semnat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astăzi</w:t>
      </w:r>
      <w:proofErr w:type="spellEnd"/>
      <w:r w:rsidRPr="007A0413">
        <w:rPr>
          <w:sz w:val="21"/>
        </w:rPr>
        <w:t xml:space="preserve">, ____________________,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______ </w:t>
      </w:r>
      <w:proofErr w:type="spellStart"/>
      <w:r w:rsidRPr="007A0413">
        <w:rPr>
          <w:sz w:val="21"/>
        </w:rPr>
        <w:t>exemplare</w:t>
      </w:r>
      <w:proofErr w:type="spellEnd"/>
      <w:r w:rsidRPr="007A0413">
        <w:rPr>
          <w:sz w:val="21"/>
        </w:rPr>
        <w:t>.</w:t>
      </w:r>
    </w:p>
    <w:p w14:paraId="1B11159F" w14:textId="77777777" w:rsidR="005528C2" w:rsidRPr="007A0413" w:rsidRDefault="00A1736F">
      <w:pPr>
        <w:spacing w:after="80" w:line="240" w:lineRule="auto"/>
        <w:jc w:val="center"/>
      </w:pPr>
      <w:r w:rsidRPr="007A0413">
        <w:rPr>
          <w:b/>
          <w:sz w:val="21"/>
        </w:rPr>
        <w:t>ASOCIAT 1                         ASOCIAT 2                         ASOCIAT 3</w:t>
      </w:r>
    </w:p>
    <w:p w14:paraId="79772B02" w14:textId="77777777" w:rsidR="005528C2" w:rsidRPr="007A0413" w:rsidRDefault="00A1736F">
      <w:pPr>
        <w:spacing w:after="80" w:line="240" w:lineRule="auto"/>
        <w:jc w:val="center"/>
      </w:pPr>
      <w:r w:rsidRPr="007A0413">
        <w:rPr>
          <w:sz w:val="21"/>
        </w:rPr>
        <w:t>__________________</w:t>
      </w:r>
      <w:proofErr w:type="gramStart"/>
      <w:r w:rsidRPr="007A0413">
        <w:rPr>
          <w:sz w:val="21"/>
        </w:rPr>
        <w:t xml:space="preserve">                __________________                </w:t>
      </w:r>
      <w:proofErr w:type="gramEnd"/>
      <w:r w:rsidRPr="007A0413">
        <w:rPr>
          <w:sz w:val="21"/>
        </w:rPr>
        <w:t>__________________</w:t>
      </w:r>
    </w:p>
    <w:p w14:paraId="6BB9D90B" w14:textId="77777777" w:rsidR="005528C2" w:rsidRPr="007A0413" w:rsidRDefault="00A1736F">
      <w:pPr>
        <w:keepNext/>
        <w:pageBreakBefore/>
        <w:spacing w:after="80"/>
        <w:jc w:val="center"/>
      </w:pPr>
      <w:r w:rsidRPr="007A0413">
        <w:rPr>
          <w:b/>
          <w:sz w:val="24"/>
        </w:rPr>
        <w:lastRenderedPageBreak/>
        <w:t>FORMULARUL NR. 12</w:t>
      </w:r>
    </w:p>
    <w:p w14:paraId="0D7F06FB" w14:textId="77777777" w:rsidR="00B06084" w:rsidRPr="007A0413" w:rsidRDefault="00B06084">
      <w:pPr>
        <w:keepNext/>
        <w:spacing w:after="180"/>
        <w:jc w:val="center"/>
        <w:rPr>
          <w:b/>
          <w:sz w:val="24"/>
        </w:rPr>
      </w:pPr>
    </w:p>
    <w:p w14:paraId="53C87BCC" w14:textId="7538576E" w:rsidR="005528C2" w:rsidRPr="007A0413" w:rsidRDefault="00A1736F">
      <w:pPr>
        <w:keepNext/>
        <w:spacing w:after="180"/>
        <w:jc w:val="center"/>
      </w:pPr>
      <w:r w:rsidRPr="007A0413">
        <w:rPr>
          <w:b/>
          <w:sz w:val="24"/>
        </w:rPr>
        <w:t>ANGAJAMENT FERM AL TERȚULUI SUSȚINĂTOR - MODEL</w:t>
      </w:r>
    </w:p>
    <w:p w14:paraId="4D42243D" w14:textId="77777777" w:rsidR="005528C2" w:rsidRPr="007A0413" w:rsidRDefault="00A1736F">
      <w:pPr>
        <w:spacing w:after="80" w:line="240" w:lineRule="auto"/>
      </w:pPr>
      <w:r w:rsidRPr="007A0413">
        <w:rPr>
          <w:b/>
          <w:sz w:val="21"/>
        </w:rPr>
        <w:t>TERȚ SUSȚINĂTOR: ______________________________________________</w:t>
      </w:r>
    </w:p>
    <w:p w14:paraId="7D751DE9" w14:textId="77777777" w:rsidR="005528C2" w:rsidRPr="007A0413" w:rsidRDefault="00A1736F">
      <w:pPr>
        <w:spacing w:after="80" w:line="240" w:lineRule="auto"/>
      </w:pPr>
      <w:r w:rsidRPr="007A0413">
        <w:rPr>
          <w:b/>
          <w:sz w:val="21"/>
        </w:rPr>
        <w:t>OFERTANT/CANDIDAT SUSȚINUT: ___________________________________</w:t>
      </w:r>
    </w:p>
    <w:p w14:paraId="1109671D" w14:textId="77777777" w:rsidR="005528C2" w:rsidRPr="007A0413" w:rsidRDefault="00A1736F">
      <w:pPr>
        <w:spacing w:after="80" w:line="240" w:lineRule="auto"/>
        <w:jc w:val="both"/>
      </w:pPr>
      <w:proofErr w:type="spellStart"/>
      <w:r w:rsidRPr="007A0413">
        <w:rPr>
          <w:sz w:val="21"/>
        </w:rPr>
        <w:t>Subsemnatul</w:t>
      </w:r>
      <w:proofErr w:type="spellEnd"/>
      <w:r w:rsidRPr="007A0413">
        <w:rPr>
          <w:sz w:val="21"/>
        </w:rPr>
        <w:t xml:space="preserve">(a) ____________________________________, </w:t>
      </w:r>
      <w:proofErr w:type="spellStart"/>
      <w:r w:rsidRPr="007A0413">
        <w:rPr>
          <w:sz w:val="21"/>
        </w:rPr>
        <w:t>reprezentant</w:t>
      </w:r>
      <w:proofErr w:type="spellEnd"/>
      <w:r w:rsidRPr="007A0413">
        <w:rPr>
          <w:sz w:val="21"/>
        </w:rPr>
        <w:t xml:space="preserve"> legal al ____________________________________,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calitate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terț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susținător</w:t>
      </w:r>
      <w:proofErr w:type="spellEnd"/>
      <w:r w:rsidRPr="007A0413">
        <w:rPr>
          <w:sz w:val="21"/>
        </w:rPr>
        <w:t xml:space="preserve"> al </w:t>
      </w:r>
      <w:proofErr w:type="spellStart"/>
      <w:r w:rsidRPr="007A0413">
        <w:rPr>
          <w:sz w:val="21"/>
        </w:rPr>
        <w:t>ofertantului</w:t>
      </w:r>
      <w:proofErr w:type="spellEnd"/>
      <w:r w:rsidRPr="007A0413">
        <w:rPr>
          <w:sz w:val="21"/>
        </w:rPr>
        <w:t xml:space="preserve"> ____________________________________, </w:t>
      </w:r>
      <w:proofErr w:type="spellStart"/>
      <w:r w:rsidRPr="007A0413">
        <w:rPr>
          <w:sz w:val="21"/>
        </w:rPr>
        <w:t>pentru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procedura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având</w:t>
      </w:r>
      <w:proofErr w:type="spellEnd"/>
      <w:r w:rsidRPr="007A0413">
        <w:rPr>
          <w:sz w:val="21"/>
        </w:rPr>
        <w:t xml:space="preserve"> ca </w:t>
      </w:r>
      <w:proofErr w:type="spellStart"/>
      <w:r w:rsidRPr="007A0413">
        <w:rPr>
          <w:sz w:val="21"/>
        </w:rPr>
        <w:t>obiect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b/>
          <w:sz w:val="21"/>
        </w:rPr>
        <w:t>servicii</w:t>
      </w:r>
      <w:proofErr w:type="spellEnd"/>
      <w:r w:rsidRPr="007A0413">
        <w:rPr>
          <w:b/>
          <w:sz w:val="21"/>
        </w:rPr>
        <w:t xml:space="preserve"> integrate </w:t>
      </w:r>
      <w:proofErr w:type="spellStart"/>
      <w:r w:rsidRPr="007A0413">
        <w:rPr>
          <w:b/>
          <w:sz w:val="21"/>
        </w:rPr>
        <w:t>pentru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organizarea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și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desfășurarea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evenimentului</w:t>
      </w:r>
      <w:proofErr w:type="spellEnd"/>
      <w:r w:rsidRPr="007A0413">
        <w:rPr>
          <w:b/>
          <w:sz w:val="21"/>
        </w:rPr>
        <w:t xml:space="preserve"> „</w:t>
      </w:r>
      <w:proofErr w:type="spellStart"/>
      <w:r w:rsidRPr="007A0413">
        <w:rPr>
          <w:b/>
          <w:sz w:val="21"/>
        </w:rPr>
        <w:t>Prietenii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Pufoși</w:t>
      </w:r>
      <w:proofErr w:type="spellEnd"/>
      <w:r w:rsidRPr="007A0413">
        <w:rPr>
          <w:b/>
          <w:sz w:val="21"/>
        </w:rPr>
        <w:t xml:space="preserve"> – </w:t>
      </w:r>
      <w:proofErr w:type="spellStart"/>
      <w:r w:rsidRPr="007A0413">
        <w:rPr>
          <w:b/>
          <w:sz w:val="21"/>
        </w:rPr>
        <w:t>Ediția</w:t>
      </w:r>
      <w:proofErr w:type="spellEnd"/>
      <w:r w:rsidRPr="007A0413">
        <w:rPr>
          <w:b/>
          <w:sz w:val="21"/>
        </w:rPr>
        <w:t xml:space="preserve"> </w:t>
      </w:r>
      <w:proofErr w:type="gramStart"/>
      <w:r w:rsidRPr="007A0413">
        <w:rPr>
          <w:b/>
          <w:sz w:val="21"/>
        </w:rPr>
        <w:t>a</w:t>
      </w:r>
      <w:proofErr w:type="gramEnd"/>
      <w:r w:rsidRPr="007A0413">
        <w:rPr>
          <w:b/>
          <w:sz w:val="21"/>
        </w:rPr>
        <w:t xml:space="preserve"> II-a”</w:t>
      </w:r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declar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mă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angajez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ferm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să</w:t>
      </w:r>
      <w:proofErr w:type="spellEnd"/>
      <w:r w:rsidRPr="007A0413">
        <w:rPr>
          <w:sz w:val="21"/>
        </w:rPr>
        <w:t xml:space="preserve"> pun la </w:t>
      </w:r>
      <w:proofErr w:type="spellStart"/>
      <w:r w:rsidRPr="007A0413">
        <w:rPr>
          <w:sz w:val="21"/>
        </w:rPr>
        <w:t>dispoziția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ofertantului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resursele</w:t>
      </w:r>
      <w:proofErr w:type="spellEnd"/>
      <w:r w:rsidRPr="007A0413">
        <w:rPr>
          <w:sz w:val="21"/>
        </w:rPr>
        <w:t>/</w:t>
      </w:r>
      <w:proofErr w:type="spellStart"/>
      <w:r w:rsidRPr="007A0413">
        <w:rPr>
          <w:sz w:val="21"/>
        </w:rPr>
        <w:t>capacitatea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necesare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pentru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îndeplinirea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cerinței</w:t>
      </w:r>
      <w:proofErr w:type="spellEnd"/>
      <w:r w:rsidRPr="007A0413">
        <w:rPr>
          <w:sz w:val="21"/>
        </w:rPr>
        <w:t>/</w:t>
      </w:r>
      <w:proofErr w:type="spellStart"/>
      <w:r w:rsidRPr="007A0413">
        <w:rPr>
          <w:sz w:val="21"/>
        </w:rPr>
        <w:t>cerințelor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calificare</w:t>
      </w:r>
      <w:proofErr w:type="spellEnd"/>
      <w:r w:rsidRPr="007A0413">
        <w:rPr>
          <w:sz w:val="21"/>
        </w:rPr>
        <w:t xml:space="preserve"> indicate </w:t>
      </w:r>
      <w:proofErr w:type="spellStart"/>
      <w:r w:rsidRPr="007A0413">
        <w:rPr>
          <w:sz w:val="21"/>
        </w:rPr>
        <w:t>mai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jos.</w:t>
      </w:r>
      <w:proofErr w:type="spellEnd"/>
    </w:p>
    <w:p w14:paraId="30C57391" w14:textId="77777777" w:rsidR="005528C2" w:rsidRPr="007A0413" w:rsidRDefault="00A1736F">
      <w:pPr>
        <w:spacing w:after="60" w:line="240" w:lineRule="auto"/>
        <w:ind w:left="255" w:hanging="255"/>
        <w:jc w:val="both"/>
      </w:pPr>
      <w:r w:rsidRPr="007A0413">
        <w:rPr>
          <w:sz w:val="21"/>
        </w:rPr>
        <w:t xml:space="preserve">1. </w:t>
      </w:r>
      <w:proofErr w:type="spellStart"/>
      <w:r w:rsidRPr="007A0413">
        <w:rPr>
          <w:sz w:val="21"/>
        </w:rPr>
        <w:t>Susținerea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acordată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privește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cerința</w:t>
      </w:r>
      <w:proofErr w:type="spellEnd"/>
      <w:r w:rsidRPr="007A0413">
        <w:rPr>
          <w:sz w:val="21"/>
        </w:rPr>
        <w:t>/</w:t>
      </w:r>
      <w:proofErr w:type="spellStart"/>
      <w:r w:rsidRPr="007A0413">
        <w:rPr>
          <w:sz w:val="21"/>
        </w:rPr>
        <w:t>cerințele</w:t>
      </w:r>
      <w:proofErr w:type="spellEnd"/>
      <w:r w:rsidRPr="007A0413">
        <w:rPr>
          <w:sz w:val="21"/>
        </w:rPr>
        <w:t>: ________________________________________________.</w:t>
      </w:r>
    </w:p>
    <w:p w14:paraId="21EF45B6" w14:textId="77777777" w:rsidR="005528C2" w:rsidRPr="007A0413" w:rsidRDefault="00A1736F">
      <w:pPr>
        <w:spacing w:after="60" w:line="240" w:lineRule="auto"/>
        <w:ind w:left="255" w:hanging="255"/>
        <w:jc w:val="both"/>
      </w:pPr>
      <w:r w:rsidRPr="007A0413">
        <w:rPr>
          <w:sz w:val="21"/>
        </w:rPr>
        <w:t xml:space="preserve">2. </w:t>
      </w:r>
      <w:proofErr w:type="spellStart"/>
      <w:r w:rsidRPr="007A0413">
        <w:rPr>
          <w:sz w:val="21"/>
        </w:rPr>
        <w:t>Resursele</w:t>
      </w:r>
      <w:proofErr w:type="spellEnd"/>
      <w:r w:rsidRPr="007A0413">
        <w:rPr>
          <w:sz w:val="21"/>
        </w:rPr>
        <w:t xml:space="preserve"> concrete </w:t>
      </w:r>
      <w:proofErr w:type="spellStart"/>
      <w:r w:rsidRPr="007A0413">
        <w:rPr>
          <w:sz w:val="21"/>
        </w:rPr>
        <w:t>puse</w:t>
      </w:r>
      <w:proofErr w:type="spellEnd"/>
      <w:r w:rsidRPr="007A0413">
        <w:rPr>
          <w:sz w:val="21"/>
        </w:rPr>
        <w:t xml:space="preserve"> la </w:t>
      </w:r>
      <w:proofErr w:type="spellStart"/>
      <w:r w:rsidRPr="007A0413">
        <w:rPr>
          <w:sz w:val="21"/>
        </w:rPr>
        <w:t>dispoziție</w:t>
      </w:r>
      <w:proofErr w:type="spellEnd"/>
      <w:r w:rsidRPr="007A0413">
        <w:rPr>
          <w:sz w:val="21"/>
        </w:rPr>
        <w:t xml:space="preserve"> sunt </w:t>
      </w:r>
      <w:proofErr w:type="spellStart"/>
      <w:r w:rsidRPr="007A0413">
        <w:rPr>
          <w:sz w:val="21"/>
        </w:rPr>
        <w:t>cele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descrise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anexa</w:t>
      </w:r>
      <w:proofErr w:type="spellEnd"/>
      <w:r w:rsidRPr="007A0413">
        <w:rPr>
          <w:sz w:val="21"/>
        </w:rPr>
        <w:t xml:space="preserve"> la </w:t>
      </w:r>
      <w:proofErr w:type="spellStart"/>
      <w:r w:rsidRPr="007A0413">
        <w:rPr>
          <w:sz w:val="21"/>
        </w:rPr>
        <w:t>prezentul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angajament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împreună</w:t>
      </w:r>
      <w:proofErr w:type="spellEnd"/>
      <w:r w:rsidRPr="007A0413">
        <w:rPr>
          <w:sz w:val="21"/>
        </w:rPr>
        <w:t xml:space="preserve"> cu </w:t>
      </w:r>
      <w:proofErr w:type="spellStart"/>
      <w:r w:rsidRPr="007A0413">
        <w:rPr>
          <w:sz w:val="21"/>
        </w:rPr>
        <w:t>documentele</w:t>
      </w:r>
      <w:proofErr w:type="spellEnd"/>
      <w:r w:rsidRPr="007A0413">
        <w:rPr>
          <w:sz w:val="21"/>
        </w:rPr>
        <w:t xml:space="preserve"> care </w:t>
      </w:r>
      <w:proofErr w:type="spellStart"/>
      <w:r w:rsidRPr="007A0413">
        <w:rPr>
          <w:sz w:val="21"/>
        </w:rPr>
        <w:t>demonstrează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existența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disponibilitatea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acestora</w:t>
      </w:r>
      <w:proofErr w:type="spellEnd"/>
      <w:r w:rsidRPr="007A0413">
        <w:rPr>
          <w:sz w:val="21"/>
        </w:rPr>
        <w:t>.</w:t>
      </w:r>
    </w:p>
    <w:p w14:paraId="73522E42" w14:textId="77777777" w:rsidR="005528C2" w:rsidRPr="007A0413" w:rsidRDefault="00A1736F">
      <w:pPr>
        <w:spacing w:after="60" w:line="240" w:lineRule="auto"/>
        <w:ind w:left="255" w:hanging="255"/>
        <w:jc w:val="both"/>
      </w:pPr>
      <w:r w:rsidRPr="007A0413">
        <w:rPr>
          <w:sz w:val="21"/>
        </w:rPr>
        <w:t xml:space="preserve">3. </w:t>
      </w:r>
      <w:proofErr w:type="spellStart"/>
      <w:r w:rsidRPr="007A0413">
        <w:rPr>
          <w:sz w:val="21"/>
        </w:rPr>
        <w:t>Mă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angajez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asigur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accesul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efectiv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necondiționat</w:t>
      </w:r>
      <w:proofErr w:type="spellEnd"/>
      <w:r w:rsidRPr="007A0413">
        <w:rPr>
          <w:sz w:val="21"/>
        </w:rPr>
        <w:t xml:space="preserve"> al </w:t>
      </w:r>
      <w:proofErr w:type="spellStart"/>
      <w:r w:rsidRPr="007A0413">
        <w:rPr>
          <w:sz w:val="21"/>
        </w:rPr>
        <w:t>ofertantului</w:t>
      </w:r>
      <w:proofErr w:type="spellEnd"/>
      <w:r w:rsidRPr="007A0413">
        <w:rPr>
          <w:sz w:val="21"/>
        </w:rPr>
        <w:t xml:space="preserve"> la </w:t>
      </w:r>
      <w:proofErr w:type="spellStart"/>
      <w:r w:rsidRPr="007A0413">
        <w:rPr>
          <w:sz w:val="21"/>
        </w:rPr>
        <w:t>resursele</w:t>
      </w:r>
      <w:proofErr w:type="spellEnd"/>
      <w:r w:rsidRPr="007A0413">
        <w:rPr>
          <w:sz w:val="21"/>
        </w:rPr>
        <w:t xml:space="preserve"> indicate pe </w:t>
      </w:r>
      <w:proofErr w:type="spellStart"/>
      <w:r w:rsidRPr="007A0413">
        <w:rPr>
          <w:sz w:val="21"/>
        </w:rPr>
        <w:t>întreaga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perioadă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care </w:t>
      </w:r>
      <w:proofErr w:type="spellStart"/>
      <w:r w:rsidRPr="007A0413">
        <w:rPr>
          <w:sz w:val="21"/>
        </w:rPr>
        <w:t>acestea</w:t>
      </w:r>
      <w:proofErr w:type="spellEnd"/>
      <w:r w:rsidRPr="007A0413">
        <w:rPr>
          <w:sz w:val="21"/>
        </w:rPr>
        <w:t xml:space="preserve"> sunt </w:t>
      </w:r>
      <w:proofErr w:type="spellStart"/>
      <w:r w:rsidRPr="007A0413">
        <w:rPr>
          <w:sz w:val="21"/>
        </w:rPr>
        <w:t>necesare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pentru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îndeplinirea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contractului</w:t>
      </w:r>
      <w:proofErr w:type="spellEnd"/>
      <w:r w:rsidRPr="007A0413">
        <w:rPr>
          <w:sz w:val="21"/>
        </w:rPr>
        <w:t>.</w:t>
      </w:r>
    </w:p>
    <w:p w14:paraId="32C57D55" w14:textId="77777777" w:rsidR="005528C2" w:rsidRPr="007A0413" w:rsidRDefault="00A1736F">
      <w:pPr>
        <w:spacing w:after="60" w:line="240" w:lineRule="auto"/>
        <w:ind w:left="255" w:hanging="255"/>
        <w:jc w:val="both"/>
      </w:pPr>
      <w:r w:rsidRPr="007A0413">
        <w:rPr>
          <w:sz w:val="21"/>
        </w:rPr>
        <w:t xml:space="preserve">4. Voi </w:t>
      </w:r>
      <w:proofErr w:type="spellStart"/>
      <w:r w:rsidRPr="007A0413">
        <w:rPr>
          <w:sz w:val="21"/>
        </w:rPr>
        <w:t>pune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efectiv</w:t>
      </w:r>
      <w:proofErr w:type="spellEnd"/>
      <w:r w:rsidRPr="007A0413">
        <w:rPr>
          <w:sz w:val="21"/>
        </w:rPr>
        <w:t xml:space="preserve"> la </w:t>
      </w:r>
      <w:proofErr w:type="spellStart"/>
      <w:r w:rsidRPr="007A0413">
        <w:rPr>
          <w:sz w:val="21"/>
        </w:rPr>
        <w:t>dispoziția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ofertantului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personalul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experiența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capacitatea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tehnică</w:t>
      </w:r>
      <w:proofErr w:type="spellEnd"/>
      <w:r w:rsidRPr="007A0413">
        <w:rPr>
          <w:sz w:val="21"/>
        </w:rPr>
        <w:t>/</w:t>
      </w:r>
      <w:proofErr w:type="spellStart"/>
      <w:r w:rsidRPr="007A0413">
        <w:rPr>
          <w:sz w:val="21"/>
        </w:rPr>
        <w:t>profesională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ori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celelalte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resurse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asumate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modalitatea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concretă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descrisă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anexă</w:t>
      </w:r>
      <w:proofErr w:type="spellEnd"/>
      <w:r w:rsidRPr="007A0413">
        <w:rPr>
          <w:sz w:val="21"/>
        </w:rPr>
        <w:t>.</w:t>
      </w:r>
    </w:p>
    <w:p w14:paraId="5D65FA52" w14:textId="77777777" w:rsidR="005528C2" w:rsidRPr="007A0413" w:rsidRDefault="00A1736F">
      <w:pPr>
        <w:spacing w:after="60" w:line="240" w:lineRule="auto"/>
        <w:ind w:left="255" w:hanging="255"/>
        <w:jc w:val="both"/>
      </w:pPr>
      <w:r w:rsidRPr="007A0413">
        <w:rPr>
          <w:sz w:val="21"/>
        </w:rPr>
        <w:t xml:space="preserve">5. </w:t>
      </w:r>
      <w:proofErr w:type="spellStart"/>
      <w:r w:rsidRPr="007A0413">
        <w:rPr>
          <w:sz w:val="21"/>
        </w:rPr>
        <w:t>Mă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oblig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informez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imediat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ofertantul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autoritatea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contractantă</w:t>
      </w:r>
      <w:proofErr w:type="spellEnd"/>
      <w:r w:rsidRPr="007A0413">
        <w:rPr>
          <w:sz w:val="21"/>
        </w:rPr>
        <w:t xml:space="preserve"> cu </w:t>
      </w:r>
      <w:proofErr w:type="spellStart"/>
      <w:r w:rsidRPr="007A0413">
        <w:rPr>
          <w:sz w:val="21"/>
        </w:rPr>
        <w:t>privire</w:t>
      </w:r>
      <w:proofErr w:type="spellEnd"/>
      <w:r w:rsidRPr="007A0413">
        <w:rPr>
          <w:sz w:val="21"/>
        </w:rPr>
        <w:t xml:space="preserve"> la </w:t>
      </w:r>
      <w:proofErr w:type="spellStart"/>
      <w:r w:rsidRPr="007A0413">
        <w:rPr>
          <w:sz w:val="21"/>
        </w:rPr>
        <w:t>orice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situație</w:t>
      </w:r>
      <w:proofErr w:type="spellEnd"/>
      <w:r w:rsidRPr="007A0413">
        <w:rPr>
          <w:sz w:val="21"/>
        </w:rPr>
        <w:t xml:space="preserve"> care </w:t>
      </w:r>
      <w:proofErr w:type="spellStart"/>
      <w:r w:rsidRPr="007A0413">
        <w:rPr>
          <w:sz w:val="21"/>
        </w:rPr>
        <w:t>ar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putea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afecta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îndeplinirea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prezentului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angajament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cooperez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pentru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menținerea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resurselor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asumate</w:t>
      </w:r>
      <w:proofErr w:type="spellEnd"/>
      <w:r w:rsidRPr="007A0413">
        <w:rPr>
          <w:sz w:val="21"/>
        </w:rPr>
        <w:t>.</w:t>
      </w:r>
    </w:p>
    <w:p w14:paraId="2C4110D4" w14:textId="77777777" w:rsidR="005528C2" w:rsidRPr="007A0413" w:rsidRDefault="00A1736F">
      <w:pPr>
        <w:spacing w:after="60" w:line="240" w:lineRule="auto"/>
        <w:ind w:left="255" w:hanging="255"/>
        <w:jc w:val="both"/>
      </w:pPr>
      <w:r w:rsidRPr="007A0413">
        <w:rPr>
          <w:sz w:val="21"/>
        </w:rPr>
        <w:t xml:space="preserve">6. </w:t>
      </w:r>
      <w:proofErr w:type="spellStart"/>
      <w:r w:rsidRPr="007A0413">
        <w:rPr>
          <w:sz w:val="21"/>
        </w:rPr>
        <w:t>Înțeleg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accept </w:t>
      </w:r>
      <w:proofErr w:type="spellStart"/>
      <w:r w:rsidRPr="007A0413">
        <w:rPr>
          <w:sz w:val="21"/>
        </w:rPr>
        <w:t>consecințele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răspunderile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prevăzute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legislația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achizițiilor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publice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pentru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neîndeplinirea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angajamentului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susținere</w:t>
      </w:r>
      <w:proofErr w:type="spellEnd"/>
      <w:r w:rsidRPr="007A0413">
        <w:rPr>
          <w:sz w:val="21"/>
        </w:rPr>
        <w:t>.</w:t>
      </w:r>
    </w:p>
    <w:p w14:paraId="572F6437" w14:textId="77777777" w:rsidR="005528C2" w:rsidRPr="007A0413" w:rsidRDefault="00A1736F">
      <w:pPr>
        <w:spacing w:after="60" w:line="240" w:lineRule="auto"/>
      </w:pPr>
      <w:r w:rsidRPr="007A0413">
        <w:rPr>
          <w:sz w:val="21"/>
        </w:rPr>
        <w:t xml:space="preserve">Data </w:t>
      </w:r>
      <w:proofErr w:type="spellStart"/>
      <w:r w:rsidRPr="007A0413">
        <w:rPr>
          <w:sz w:val="21"/>
        </w:rPr>
        <w:t>completării</w:t>
      </w:r>
      <w:proofErr w:type="spellEnd"/>
      <w:r w:rsidRPr="007A0413">
        <w:rPr>
          <w:sz w:val="21"/>
        </w:rPr>
        <w:t>: ____________________</w:t>
      </w:r>
    </w:p>
    <w:p w14:paraId="50246B98" w14:textId="77777777" w:rsidR="005528C2" w:rsidRPr="007A0413" w:rsidRDefault="00A1736F">
      <w:pPr>
        <w:spacing w:after="40" w:line="240" w:lineRule="auto"/>
      </w:pPr>
      <w:proofErr w:type="spellStart"/>
      <w:r w:rsidRPr="007A0413">
        <w:rPr>
          <w:sz w:val="21"/>
        </w:rPr>
        <w:t>Terț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susținător</w:t>
      </w:r>
      <w:proofErr w:type="spellEnd"/>
      <w:r w:rsidRPr="007A0413">
        <w:rPr>
          <w:sz w:val="21"/>
        </w:rPr>
        <w:t>: ________________________________________________</w:t>
      </w:r>
    </w:p>
    <w:p w14:paraId="2040895A" w14:textId="77777777" w:rsidR="005528C2" w:rsidRPr="007A0413" w:rsidRDefault="00A1736F">
      <w:pPr>
        <w:spacing w:after="40" w:line="240" w:lineRule="auto"/>
      </w:pPr>
      <w:proofErr w:type="spellStart"/>
      <w:r w:rsidRPr="007A0413">
        <w:rPr>
          <w:sz w:val="21"/>
        </w:rPr>
        <w:t>Nume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prenume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reprezentant</w:t>
      </w:r>
      <w:proofErr w:type="spellEnd"/>
      <w:r w:rsidRPr="007A0413">
        <w:rPr>
          <w:sz w:val="21"/>
        </w:rPr>
        <w:t>/</w:t>
      </w:r>
      <w:proofErr w:type="spellStart"/>
      <w:r w:rsidRPr="007A0413">
        <w:rPr>
          <w:sz w:val="21"/>
        </w:rPr>
        <w:t>împuternicit</w:t>
      </w:r>
      <w:proofErr w:type="spellEnd"/>
      <w:r w:rsidRPr="007A0413">
        <w:rPr>
          <w:sz w:val="21"/>
        </w:rPr>
        <w:t>: ________________________________</w:t>
      </w:r>
    </w:p>
    <w:p w14:paraId="66E20115" w14:textId="77777777" w:rsidR="005528C2" w:rsidRPr="007A0413" w:rsidRDefault="00A1736F">
      <w:pPr>
        <w:spacing w:after="40" w:line="240" w:lineRule="auto"/>
      </w:pPr>
      <w:proofErr w:type="spellStart"/>
      <w:r w:rsidRPr="007A0413">
        <w:rPr>
          <w:sz w:val="21"/>
        </w:rPr>
        <w:t>Funcția</w:t>
      </w:r>
      <w:proofErr w:type="spellEnd"/>
      <w:r w:rsidRPr="007A0413">
        <w:rPr>
          <w:sz w:val="21"/>
        </w:rPr>
        <w:t>: ________________________________</w:t>
      </w:r>
    </w:p>
    <w:p w14:paraId="07507619" w14:textId="77777777" w:rsidR="005528C2" w:rsidRPr="007A0413" w:rsidRDefault="00A1736F">
      <w:pPr>
        <w:spacing w:after="0" w:line="240" w:lineRule="auto"/>
      </w:pPr>
      <w:proofErr w:type="spellStart"/>
      <w:r w:rsidRPr="007A0413">
        <w:rPr>
          <w:sz w:val="21"/>
        </w:rPr>
        <w:t>Semnătura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autorizată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ștampila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dacă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este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cazul</w:t>
      </w:r>
      <w:proofErr w:type="spellEnd"/>
      <w:r w:rsidRPr="007A0413">
        <w:rPr>
          <w:sz w:val="21"/>
        </w:rPr>
        <w:t>: __________________________</w:t>
      </w:r>
    </w:p>
    <w:p w14:paraId="1B754305" w14:textId="77777777" w:rsidR="00B06084" w:rsidRPr="007A0413" w:rsidRDefault="00B06084">
      <w:pPr>
        <w:keepNext/>
        <w:spacing w:before="160" w:after="120" w:line="240" w:lineRule="auto"/>
        <w:jc w:val="center"/>
        <w:rPr>
          <w:b/>
          <w:sz w:val="21"/>
        </w:rPr>
      </w:pPr>
    </w:p>
    <w:p w14:paraId="0D41E929" w14:textId="77777777" w:rsidR="00B06084" w:rsidRPr="007A0413" w:rsidRDefault="00B06084">
      <w:pPr>
        <w:keepNext/>
        <w:spacing w:before="160" w:after="120" w:line="240" w:lineRule="auto"/>
        <w:jc w:val="center"/>
        <w:rPr>
          <w:b/>
          <w:sz w:val="21"/>
        </w:rPr>
      </w:pPr>
    </w:p>
    <w:p w14:paraId="34CF4D0A" w14:textId="7C98CEC9" w:rsidR="005528C2" w:rsidRPr="007A0413" w:rsidRDefault="00A1736F">
      <w:pPr>
        <w:keepNext/>
        <w:spacing w:before="160" w:after="120" w:line="240" w:lineRule="auto"/>
        <w:jc w:val="center"/>
        <w:rPr>
          <w:b/>
          <w:sz w:val="21"/>
        </w:rPr>
      </w:pPr>
      <w:r w:rsidRPr="007A0413">
        <w:rPr>
          <w:b/>
          <w:sz w:val="21"/>
        </w:rPr>
        <w:t>ANEXĂ LA FORMULARUL NR. 12 - MODUL EFECTIV DE SUSȚINERE</w:t>
      </w:r>
    </w:p>
    <w:p w14:paraId="575BFA64" w14:textId="77777777" w:rsidR="00B06084" w:rsidRPr="007A0413" w:rsidRDefault="00B06084">
      <w:pPr>
        <w:keepNext/>
        <w:spacing w:before="160" w:after="120" w:line="240" w:lineRule="auto"/>
        <w:jc w:val="center"/>
      </w:pPr>
    </w:p>
    <w:tbl>
      <w:tblPr>
        <w:tblStyle w:val="Tabelgril"/>
        <w:tblW w:w="10294" w:type="dxa"/>
        <w:jc w:val="center"/>
        <w:tblLayout w:type="fixed"/>
        <w:tblLook w:val="04A0" w:firstRow="1" w:lastRow="0" w:firstColumn="1" w:lastColumn="0" w:noHBand="0" w:noVBand="1"/>
      </w:tblPr>
      <w:tblGrid>
        <w:gridCol w:w="514"/>
        <w:gridCol w:w="2059"/>
        <w:gridCol w:w="2574"/>
        <w:gridCol w:w="3088"/>
        <w:gridCol w:w="2059"/>
      </w:tblGrid>
      <w:tr w:rsidR="005528C2" w:rsidRPr="007A0413" w14:paraId="7E74473F" w14:textId="77777777" w:rsidTr="00B06084">
        <w:trPr>
          <w:cantSplit/>
          <w:trHeight w:val="367"/>
          <w:tblHeader/>
          <w:jc w:val="center"/>
        </w:trPr>
        <w:tc>
          <w:tcPr>
            <w:tcW w:w="51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FCB35B4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b/>
                <w:sz w:val="16"/>
              </w:rPr>
              <w:t>Nr.</w:t>
            </w:r>
          </w:p>
        </w:tc>
        <w:tc>
          <w:tcPr>
            <w:tcW w:w="205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1D7EF4B" w14:textId="77777777" w:rsidR="005528C2" w:rsidRPr="007A0413" w:rsidRDefault="00A1736F">
            <w:pPr>
              <w:spacing w:after="0" w:line="240" w:lineRule="auto"/>
              <w:jc w:val="center"/>
            </w:pPr>
            <w:proofErr w:type="spellStart"/>
            <w:r w:rsidRPr="007A0413">
              <w:rPr>
                <w:b/>
                <w:sz w:val="16"/>
              </w:rPr>
              <w:t>Cerința</w:t>
            </w:r>
            <w:proofErr w:type="spellEnd"/>
            <w:r w:rsidRPr="007A0413">
              <w:rPr>
                <w:b/>
                <w:sz w:val="16"/>
              </w:rPr>
              <w:t xml:space="preserve"> </w:t>
            </w:r>
            <w:proofErr w:type="spellStart"/>
            <w:r w:rsidRPr="007A0413">
              <w:rPr>
                <w:b/>
                <w:sz w:val="16"/>
              </w:rPr>
              <w:t>susținută</w:t>
            </w:r>
            <w:proofErr w:type="spellEnd"/>
          </w:p>
        </w:tc>
        <w:tc>
          <w:tcPr>
            <w:tcW w:w="257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403CCDD" w14:textId="77777777" w:rsidR="005528C2" w:rsidRPr="007A0413" w:rsidRDefault="00A1736F">
            <w:pPr>
              <w:spacing w:after="0" w:line="240" w:lineRule="auto"/>
              <w:jc w:val="center"/>
            </w:pPr>
            <w:proofErr w:type="spellStart"/>
            <w:r w:rsidRPr="007A0413">
              <w:rPr>
                <w:b/>
                <w:sz w:val="16"/>
              </w:rPr>
              <w:t>Resursa</w:t>
            </w:r>
            <w:proofErr w:type="spellEnd"/>
            <w:r w:rsidRPr="007A0413">
              <w:rPr>
                <w:b/>
                <w:sz w:val="16"/>
              </w:rPr>
              <w:t>/</w:t>
            </w:r>
            <w:proofErr w:type="spellStart"/>
            <w:r w:rsidRPr="007A0413">
              <w:rPr>
                <w:b/>
                <w:sz w:val="16"/>
              </w:rPr>
              <w:t>capacitatea</w:t>
            </w:r>
            <w:proofErr w:type="spellEnd"/>
            <w:r w:rsidRPr="007A0413">
              <w:rPr>
                <w:b/>
                <w:sz w:val="16"/>
              </w:rPr>
              <w:t xml:space="preserve"> </w:t>
            </w:r>
            <w:proofErr w:type="spellStart"/>
            <w:r w:rsidRPr="007A0413">
              <w:rPr>
                <w:b/>
                <w:sz w:val="16"/>
              </w:rPr>
              <w:t>pusă</w:t>
            </w:r>
            <w:proofErr w:type="spellEnd"/>
            <w:r w:rsidRPr="007A0413">
              <w:rPr>
                <w:b/>
                <w:sz w:val="16"/>
              </w:rPr>
              <w:t xml:space="preserve"> la </w:t>
            </w:r>
            <w:proofErr w:type="spellStart"/>
            <w:r w:rsidRPr="007A0413">
              <w:rPr>
                <w:b/>
                <w:sz w:val="16"/>
              </w:rPr>
              <w:t>dispoziție</w:t>
            </w:r>
            <w:proofErr w:type="spellEnd"/>
          </w:p>
        </w:tc>
        <w:tc>
          <w:tcPr>
            <w:tcW w:w="308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0D7121B" w14:textId="77777777" w:rsidR="005528C2" w:rsidRPr="007A0413" w:rsidRDefault="00A1736F">
            <w:pPr>
              <w:spacing w:after="0" w:line="240" w:lineRule="auto"/>
              <w:jc w:val="center"/>
            </w:pPr>
            <w:proofErr w:type="spellStart"/>
            <w:r w:rsidRPr="007A0413">
              <w:rPr>
                <w:b/>
                <w:sz w:val="16"/>
              </w:rPr>
              <w:t>Modalitatea</w:t>
            </w:r>
            <w:proofErr w:type="spellEnd"/>
            <w:r w:rsidRPr="007A0413">
              <w:rPr>
                <w:b/>
                <w:sz w:val="16"/>
              </w:rPr>
              <w:t xml:space="preserve"> </w:t>
            </w:r>
            <w:proofErr w:type="spellStart"/>
            <w:r w:rsidRPr="007A0413">
              <w:rPr>
                <w:b/>
                <w:sz w:val="16"/>
              </w:rPr>
              <w:t>și</w:t>
            </w:r>
            <w:proofErr w:type="spellEnd"/>
            <w:r w:rsidRPr="007A0413">
              <w:rPr>
                <w:b/>
                <w:sz w:val="16"/>
              </w:rPr>
              <w:t xml:space="preserve"> </w:t>
            </w:r>
            <w:proofErr w:type="spellStart"/>
            <w:r w:rsidRPr="007A0413">
              <w:rPr>
                <w:b/>
                <w:sz w:val="16"/>
              </w:rPr>
              <w:t>perioada</w:t>
            </w:r>
            <w:proofErr w:type="spellEnd"/>
            <w:r w:rsidRPr="007A0413">
              <w:rPr>
                <w:b/>
                <w:sz w:val="16"/>
              </w:rPr>
              <w:t xml:space="preserve"> </w:t>
            </w:r>
            <w:proofErr w:type="spellStart"/>
            <w:r w:rsidRPr="007A0413">
              <w:rPr>
                <w:b/>
                <w:sz w:val="16"/>
              </w:rPr>
              <w:t>punerii</w:t>
            </w:r>
            <w:proofErr w:type="spellEnd"/>
            <w:r w:rsidRPr="007A0413">
              <w:rPr>
                <w:b/>
                <w:sz w:val="16"/>
              </w:rPr>
              <w:t xml:space="preserve"> </w:t>
            </w:r>
            <w:proofErr w:type="spellStart"/>
            <w:r w:rsidRPr="007A0413">
              <w:rPr>
                <w:b/>
                <w:sz w:val="16"/>
              </w:rPr>
              <w:t>efective</w:t>
            </w:r>
            <w:proofErr w:type="spellEnd"/>
            <w:r w:rsidRPr="007A0413">
              <w:rPr>
                <w:b/>
                <w:sz w:val="16"/>
              </w:rPr>
              <w:t xml:space="preserve"> la </w:t>
            </w:r>
            <w:proofErr w:type="spellStart"/>
            <w:r w:rsidRPr="007A0413">
              <w:rPr>
                <w:b/>
                <w:sz w:val="16"/>
              </w:rPr>
              <w:t>dispoziție</w:t>
            </w:r>
            <w:proofErr w:type="spellEnd"/>
          </w:p>
        </w:tc>
        <w:tc>
          <w:tcPr>
            <w:tcW w:w="205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5DE5BCB" w14:textId="77777777" w:rsidR="005528C2" w:rsidRPr="007A0413" w:rsidRDefault="00A1736F">
            <w:pPr>
              <w:spacing w:after="0" w:line="240" w:lineRule="auto"/>
              <w:jc w:val="center"/>
            </w:pPr>
            <w:proofErr w:type="spellStart"/>
            <w:r w:rsidRPr="007A0413">
              <w:rPr>
                <w:b/>
                <w:sz w:val="16"/>
              </w:rPr>
              <w:t>Documente</w:t>
            </w:r>
            <w:proofErr w:type="spellEnd"/>
            <w:r w:rsidRPr="007A0413">
              <w:rPr>
                <w:b/>
                <w:sz w:val="16"/>
              </w:rPr>
              <w:t xml:space="preserve"> </w:t>
            </w:r>
            <w:proofErr w:type="spellStart"/>
            <w:r w:rsidRPr="007A0413">
              <w:rPr>
                <w:b/>
                <w:sz w:val="16"/>
              </w:rPr>
              <w:t>anexate</w:t>
            </w:r>
            <w:proofErr w:type="spellEnd"/>
          </w:p>
        </w:tc>
      </w:tr>
      <w:tr w:rsidR="005528C2" w:rsidRPr="007A0413" w14:paraId="6F698F66" w14:textId="77777777" w:rsidTr="00B06084">
        <w:trPr>
          <w:cantSplit/>
          <w:trHeight w:val="257"/>
          <w:jc w:val="center"/>
        </w:trPr>
        <w:tc>
          <w:tcPr>
            <w:tcW w:w="51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DDE272F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6"/>
              </w:rPr>
              <w:t>1</w:t>
            </w:r>
          </w:p>
        </w:tc>
        <w:tc>
          <w:tcPr>
            <w:tcW w:w="205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E92141C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257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51A4E70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308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D3FF779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205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A05E687" w14:textId="77777777" w:rsidR="005528C2" w:rsidRPr="007A0413" w:rsidRDefault="005528C2">
            <w:pPr>
              <w:spacing w:after="0" w:line="240" w:lineRule="auto"/>
            </w:pPr>
          </w:p>
        </w:tc>
      </w:tr>
      <w:tr w:rsidR="005528C2" w:rsidRPr="007A0413" w14:paraId="251416E6" w14:textId="77777777" w:rsidTr="00B06084">
        <w:trPr>
          <w:cantSplit/>
          <w:trHeight w:val="244"/>
          <w:jc w:val="center"/>
        </w:trPr>
        <w:tc>
          <w:tcPr>
            <w:tcW w:w="51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FAF2B66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6"/>
              </w:rPr>
              <w:t>2</w:t>
            </w:r>
          </w:p>
        </w:tc>
        <w:tc>
          <w:tcPr>
            <w:tcW w:w="205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E20BEE6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257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948450A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308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48D4F0D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205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C1E64F7" w14:textId="77777777" w:rsidR="005528C2" w:rsidRPr="007A0413" w:rsidRDefault="005528C2">
            <w:pPr>
              <w:spacing w:after="0" w:line="240" w:lineRule="auto"/>
            </w:pPr>
          </w:p>
        </w:tc>
      </w:tr>
      <w:tr w:rsidR="005528C2" w:rsidRPr="007A0413" w14:paraId="23142877" w14:textId="77777777" w:rsidTr="00B06084">
        <w:trPr>
          <w:cantSplit/>
          <w:trHeight w:val="257"/>
          <w:jc w:val="center"/>
        </w:trPr>
        <w:tc>
          <w:tcPr>
            <w:tcW w:w="51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EBF2DC1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6"/>
              </w:rPr>
              <w:t>3</w:t>
            </w:r>
          </w:p>
        </w:tc>
        <w:tc>
          <w:tcPr>
            <w:tcW w:w="205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74B016E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257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382BB44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308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9570587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205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A7C068E" w14:textId="77777777" w:rsidR="005528C2" w:rsidRPr="007A0413" w:rsidRDefault="005528C2">
            <w:pPr>
              <w:spacing w:after="0" w:line="240" w:lineRule="auto"/>
            </w:pPr>
          </w:p>
        </w:tc>
      </w:tr>
    </w:tbl>
    <w:p w14:paraId="57611D85" w14:textId="77777777" w:rsidR="005528C2" w:rsidRPr="007A0413" w:rsidRDefault="005528C2">
      <w:pPr>
        <w:spacing w:after="20"/>
      </w:pPr>
    </w:p>
    <w:p w14:paraId="43B64B50" w14:textId="77777777" w:rsidR="005528C2" w:rsidRPr="007A0413" w:rsidRDefault="00A1736F">
      <w:pPr>
        <w:pageBreakBefore/>
      </w:pPr>
      <w:proofErr w:type="spellStart"/>
      <w:r w:rsidRPr="007A0413">
        <w:rPr>
          <w:b/>
          <w:sz w:val="21"/>
        </w:rPr>
        <w:lastRenderedPageBreak/>
        <w:t>Denumire</w:t>
      </w:r>
      <w:proofErr w:type="spellEnd"/>
      <w:r w:rsidRPr="007A0413">
        <w:rPr>
          <w:b/>
          <w:sz w:val="21"/>
        </w:rPr>
        <w:t xml:space="preserve"> operator economic: </w:t>
      </w:r>
      <w:r w:rsidRPr="007A0413">
        <w:rPr>
          <w:sz w:val="21"/>
        </w:rPr>
        <w:t>____________________________________________</w:t>
      </w:r>
    </w:p>
    <w:p w14:paraId="465B7935" w14:textId="77777777" w:rsidR="00B06084" w:rsidRPr="007A0413" w:rsidRDefault="00B06084">
      <w:pPr>
        <w:keepNext/>
        <w:spacing w:after="80"/>
        <w:jc w:val="center"/>
        <w:rPr>
          <w:b/>
          <w:sz w:val="24"/>
        </w:rPr>
      </w:pPr>
    </w:p>
    <w:p w14:paraId="4374074A" w14:textId="2F28AC01" w:rsidR="005528C2" w:rsidRPr="007A0413" w:rsidRDefault="00A1736F">
      <w:pPr>
        <w:keepNext/>
        <w:spacing w:after="80"/>
        <w:jc w:val="center"/>
      </w:pPr>
      <w:r w:rsidRPr="007A0413">
        <w:rPr>
          <w:b/>
          <w:sz w:val="24"/>
        </w:rPr>
        <w:t>FORMULARUL NR. 13</w:t>
      </w:r>
    </w:p>
    <w:p w14:paraId="554889CF" w14:textId="77777777" w:rsidR="005528C2" w:rsidRPr="007A0413" w:rsidRDefault="00A1736F">
      <w:pPr>
        <w:keepNext/>
        <w:spacing w:after="180"/>
        <w:jc w:val="center"/>
      </w:pPr>
      <w:r w:rsidRPr="007A0413">
        <w:rPr>
          <w:b/>
          <w:sz w:val="24"/>
        </w:rPr>
        <w:t>DECLARAȚIE PRIVIND RESPECTAREA OBLIGAȚIILOR APLICABILE ÎN DOMENIUL MEDIULUI, SOCIAL ȘI AL RELAȚIILOR DE MUNCĂ</w:t>
      </w:r>
    </w:p>
    <w:p w14:paraId="5ADBA190" w14:textId="77777777" w:rsidR="005528C2" w:rsidRPr="007A0413" w:rsidRDefault="00A1736F">
      <w:pPr>
        <w:spacing w:after="80" w:line="240" w:lineRule="auto"/>
        <w:jc w:val="both"/>
      </w:pPr>
      <w:proofErr w:type="spellStart"/>
      <w:r w:rsidRPr="007A0413">
        <w:rPr>
          <w:sz w:val="21"/>
        </w:rPr>
        <w:t>Subsemnatul</w:t>
      </w:r>
      <w:proofErr w:type="spellEnd"/>
      <w:r w:rsidRPr="007A0413">
        <w:rPr>
          <w:sz w:val="21"/>
        </w:rPr>
        <w:t xml:space="preserve">(a) ____________________________________, </w:t>
      </w:r>
      <w:proofErr w:type="spellStart"/>
      <w:r w:rsidRPr="007A0413">
        <w:rPr>
          <w:sz w:val="21"/>
        </w:rPr>
        <w:t>reprezentant</w:t>
      </w:r>
      <w:proofErr w:type="spellEnd"/>
      <w:r w:rsidRPr="007A0413">
        <w:rPr>
          <w:sz w:val="21"/>
        </w:rPr>
        <w:t xml:space="preserve"> legal/</w:t>
      </w:r>
      <w:proofErr w:type="spellStart"/>
      <w:r w:rsidRPr="007A0413">
        <w:rPr>
          <w:sz w:val="21"/>
        </w:rPr>
        <w:t>împuternicit</w:t>
      </w:r>
      <w:proofErr w:type="spellEnd"/>
      <w:r w:rsidRPr="007A0413">
        <w:rPr>
          <w:sz w:val="21"/>
        </w:rPr>
        <w:t xml:space="preserve"> al ____________________________________, </w:t>
      </w:r>
      <w:proofErr w:type="spellStart"/>
      <w:r w:rsidRPr="007A0413">
        <w:rPr>
          <w:sz w:val="21"/>
        </w:rPr>
        <w:t>declar</w:t>
      </w:r>
      <w:proofErr w:type="spellEnd"/>
      <w:r w:rsidRPr="007A0413">
        <w:rPr>
          <w:sz w:val="21"/>
        </w:rPr>
        <w:t xml:space="preserve"> pe propria </w:t>
      </w:r>
      <w:proofErr w:type="spellStart"/>
      <w:r w:rsidRPr="007A0413">
        <w:rPr>
          <w:sz w:val="21"/>
        </w:rPr>
        <w:t>răspundere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că</w:t>
      </w:r>
      <w:proofErr w:type="spellEnd"/>
      <w:r w:rsidRPr="007A0413">
        <w:rPr>
          <w:sz w:val="21"/>
        </w:rPr>
        <w:t xml:space="preserve">, la </w:t>
      </w:r>
      <w:proofErr w:type="spellStart"/>
      <w:r w:rsidRPr="007A0413">
        <w:rPr>
          <w:sz w:val="21"/>
        </w:rPr>
        <w:t>elaborarea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ofertei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pe </w:t>
      </w:r>
      <w:proofErr w:type="spellStart"/>
      <w:r w:rsidRPr="007A0413">
        <w:rPr>
          <w:sz w:val="21"/>
        </w:rPr>
        <w:t>parcursul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executării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contractului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privind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b/>
          <w:sz w:val="21"/>
        </w:rPr>
        <w:t>servicii</w:t>
      </w:r>
      <w:proofErr w:type="spellEnd"/>
      <w:r w:rsidRPr="007A0413">
        <w:rPr>
          <w:b/>
          <w:sz w:val="21"/>
        </w:rPr>
        <w:t xml:space="preserve"> integrate </w:t>
      </w:r>
      <w:proofErr w:type="spellStart"/>
      <w:r w:rsidRPr="007A0413">
        <w:rPr>
          <w:b/>
          <w:sz w:val="21"/>
        </w:rPr>
        <w:t>pentru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organizarea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și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desfășurarea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evenimentului</w:t>
      </w:r>
      <w:proofErr w:type="spellEnd"/>
      <w:r w:rsidRPr="007A0413">
        <w:rPr>
          <w:b/>
          <w:sz w:val="21"/>
        </w:rPr>
        <w:t xml:space="preserve"> „</w:t>
      </w:r>
      <w:proofErr w:type="spellStart"/>
      <w:r w:rsidRPr="007A0413">
        <w:rPr>
          <w:b/>
          <w:sz w:val="21"/>
        </w:rPr>
        <w:t>Prietenii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Pufoși</w:t>
      </w:r>
      <w:proofErr w:type="spellEnd"/>
      <w:r w:rsidRPr="007A0413">
        <w:rPr>
          <w:b/>
          <w:sz w:val="21"/>
        </w:rPr>
        <w:t xml:space="preserve"> – </w:t>
      </w:r>
      <w:proofErr w:type="spellStart"/>
      <w:r w:rsidRPr="007A0413">
        <w:rPr>
          <w:b/>
          <w:sz w:val="21"/>
        </w:rPr>
        <w:t>Ediția</w:t>
      </w:r>
      <w:proofErr w:type="spellEnd"/>
      <w:r w:rsidRPr="007A0413">
        <w:rPr>
          <w:b/>
          <w:sz w:val="21"/>
        </w:rPr>
        <w:t xml:space="preserve"> </w:t>
      </w:r>
      <w:proofErr w:type="gramStart"/>
      <w:r w:rsidRPr="007A0413">
        <w:rPr>
          <w:b/>
          <w:sz w:val="21"/>
        </w:rPr>
        <w:t>a</w:t>
      </w:r>
      <w:proofErr w:type="gramEnd"/>
      <w:r w:rsidRPr="007A0413">
        <w:rPr>
          <w:b/>
          <w:sz w:val="21"/>
        </w:rPr>
        <w:t xml:space="preserve"> II-a”</w:t>
      </w:r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vom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respecta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obligațiile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aplicabile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domeniul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mediului</w:t>
      </w:r>
      <w:proofErr w:type="spellEnd"/>
      <w:r w:rsidRPr="007A0413">
        <w:rPr>
          <w:sz w:val="21"/>
        </w:rPr>
        <w:t xml:space="preserve">, social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al </w:t>
      </w:r>
      <w:proofErr w:type="spellStart"/>
      <w:r w:rsidRPr="007A0413">
        <w:rPr>
          <w:sz w:val="21"/>
        </w:rPr>
        <w:t>relațiilor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muncă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inclusiv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obligațiile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prevăzute</w:t>
      </w:r>
      <w:proofErr w:type="spellEnd"/>
      <w:r w:rsidRPr="007A0413">
        <w:rPr>
          <w:sz w:val="21"/>
        </w:rPr>
        <w:t xml:space="preserve"> la art. 51 din </w:t>
      </w:r>
      <w:proofErr w:type="spellStart"/>
      <w:r w:rsidRPr="007A0413">
        <w:rPr>
          <w:sz w:val="21"/>
        </w:rPr>
        <w:t>Legea</w:t>
      </w:r>
      <w:proofErr w:type="spellEnd"/>
      <w:r w:rsidRPr="007A0413">
        <w:rPr>
          <w:sz w:val="21"/>
        </w:rPr>
        <w:t xml:space="preserve"> nr. 98/2016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celelalte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reglementări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aplicabile</w:t>
      </w:r>
      <w:proofErr w:type="spellEnd"/>
      <w:r w:rsidRPr="007A0413">
        <w:rPr>
          <w:sz w:val="21"/>
        </w:rPr>
        <w:t>.</w:t>
      </w:r>
    </w:p>
    <w:p w14:paraId="36D20993" w14:textId="77777777" w:rsidR="005528C2" w:rsidRPr="007A0413" w:rsidRDefault="00A1736F">
      <w:pPr>
        <w:keepNext/>
        <w:spacing w:after="80" w:line="240" w:lineRule="auto"/>
        <w:jc w:val="both"/>
      </w:pP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acest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sens</w:t>
      </w:r>
      <w:proofErr w:type="spellEnd"/>
      <w:r w:rsidRPr="007A0413">
        <w:rPr>
          <w:sz w:val="21"/>
        </w:rPr>
        <w:t xml:space="preserve"> ne </w:t>
      </w:r>
      <w:proofErr w:type="spellStart"/>
      <w:r w:rsidRPr="007A0413">
        <w:rPr>
          <w:sz w:val="21"/>
        </w:rPr>
        <w:t>asumăm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fără</w:t>
      </w:r>
      <w:proofErr w:type="spellEnd"/>
      <w:r w:rsidRPr="007A0413">
        <w:rPr>
          <w:sz w:val="21"/>
        </w:rPr>
        <w:t xml:space="preserve"> a </w:t>
      </w:r>
      <w:proofErr w:type="spellStart"/>
      <w:r w:rsidRPr="007A0413">
        <w:rPr>
          <w:sz w:val="21"/>
        </w:rPr>
        <w:t>ne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limita</w:t>
      </w:r>
      <w:proofErr w:type="spellEnd"/>
      <w:r w:rsidRPr="007A0413">
        <w:rPr>
          <w:sz w:val="21"/>
        </w:rPr>
        <w:t xml:space="preserve"> la:</w:t>
      </w:r>
    </w:p>
    <w:p w14:paraId="32C61456" w14:textId="77777777" w:rsidR="005528C2" w:rsidRPr="007A0413" w:rsidRDefault="00A1736F">
      <w:pPr>
        <w:spacing w:after="40" w:line="240" w:lineRule="auto"/>
        <w:ind w:left="312" w:hanging="312"/>
        <w:jc w:val="both"/>
      </w:pPr>
      <w:r w:rsidRPr="007A0413">
        <w:rPr>
          <w:sz w:val="21"/>
        </w:rPr>
        <w:t xml:space="preserve">a) </w:t>
      </w:r>
      <w:proofErr w:type="spellStart"/>
      <w:r w:rsidRPr="007A0413">
        <w:rPr>
          <w:sz w:val="21"/>
        </w:rPr>
        <w:t>respectarea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legislației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muncii</w:t>
      </w:r>
      <w:proofErr w:type="spellEnd"/>
      <w:r w:rsidRPr="007A0413">
        <w:rPr>
          <w:sz w:val="21"/>
        </w:rPr>
        <w:t xml:space="preserve">, a </w:t>
      </w:r>
      <w:proofErr w:type="spellStart"/>
      <w:r w:rsidRPr="007A0413">
        <w:rPr>
          <w:sz w:val="21"/>
        </w:rPr>
        <w:t>timpului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muncă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odihnă</w:t>
      </w:r>
      <w:proofErr w:type="spellEnd"/>
      <w:r w:rsidRPr="007A0413">
        <w:rPr>
          <w:sz w:val="21"/>
        </w:rPr>
        <w:t xml:space="preserve">, a </w:t>
      </w:r>
      <w:proofErr w:type="spellStart"/>
      <w:r w:rsidRPr="007A0413">
        <w:rPr>
          <w:sz w:val="21"/>
        </w:rPr>
        <w:t>drepturilor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salariale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gramStart"/>
      <w:r w:rsidRPr="007A0413">
        <w:rPr>
          <w:sz w:val="21"/>
        </w:rPr>
        <w:t>a</w:t>
      </w:r>
      <w:proofErr w:type="gram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obligațiilor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privind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personalul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utilizat</w:t>
      </w:r>
      <w:proofErr w:type="spellEnd"/>
      <w:r w:rsidRPr="007A0413">
        <w:rPr>
          <w:sz w:val="21"/>
        </w:rPr>
        <w:t>;</w:t>
      </w:r>
    </w:p>
    <w:p w14:paraId="7406E91A" w14:textId="77777777" w:rsidR="005528C2" w:rsidRPr="007A0413" w:rsidRDefault="00A1736F">
      <w:pPr>
        <w:spacing w:after="40" w:line="240" w:lineRule="auto"/>
        <w:ind w:left="312" w:hanging="312"/>
        <w:jc w:val="both"/>
      </w:pPr>
      <w:r w:rsidRPr="007A0413">
        <w:rPr>
          <w:sz w:val="21"/>
        </w:rPr>
        <w:t xml:space="preserve">b) </w:t>
      </w:r>
      <w:proofErr w:type="spellStart"/>
      <w:r w:rsidRPr="007A0413">
        <w:rPr>
          <w:sz w:val="21"/>
        </w:rPr>
        <w:t>respectarea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cerințelor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securitate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sănătate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muncă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instruirea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personalului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utilizarea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echipamentelor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protecție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adecvate</w:t>
      </w:r>
      <w:proofErr w:type="spellEnd"/>
      <w:r w:rsidRPr="007A0413">
        <w:rPr>
          <w:sz w:val="21"/>
        </w:rPr>
        <w:t>;</w:t>
      </w:r>
    </w:p>
    <w:p w14:paraId="48297DAF" w14:textId="77777777" w:rsidR="005528C2" w:rsidRPr="007A0413" w:rsidRDefault="00A1736F">
      <w:pPr>
        <w:spacing w:after="40" w:line="240" w:lineRule="auto"/>
        <w:ind w:left="312" w:hanging="312"/>
        <w:jc w:val="both"/>
      </w:pPr>
      <w:r w:rsidRPr="007A0413">
        <w:rPr>
          <w:sz w:val="21"/>
        </w:rPr>
        <w:t xml:space="preserve">c) </w:t>
      </w:r>
      <w:proofErr w:type="spellStart"/>
      <w:r w:rsidRPr="007A0413">
        <w:rPr>
          <w:sz w:val="21"/>
        </w:rPr>
        <w:t>respectarea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principiilor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egalității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tratament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nediscriminării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a </w:t>
      </w:r>
      <w:proofErr w:type="spellStart"/>
      <w:r w:rsidRPr="007A0413">
        <w:rPr>
          <w:sz w:val="21"/>
        </w:rPr>
        <w:t>normelor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aplicabile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activităților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care sunt </w:t>
      </w:r>
      <w:proofErr w:type="spellStart"/>
      <w:r w:rsidRPr="007A0413">
        <w:rPr>
          <w:sz w:val="21"/>
        </w:rPr>
        <w:t>implicați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minori</w:t>
      </w:r>
      <w:proofErr w:type="spellEnd"/>
      <w:r w:rsidRPr="007A0413">
        <w:rPr>
          <w:sz w:val="21"/>
        </w:rPr>
        <w:t>;</w:t>
      </w:r>
    </w:p>
    <w:p w14:paraId="7AC78A7F" w14:textId="77777777" w:rsidR="005528C2" w:rsidRPr="007A0413" w:rsidRDefault="00A1736F">
      <w:pPr>
        <w:spacing w:after="40" w:line="240" w:lineRule="auto"/>
        <w:ind w:left="312" w:hanging="312"/>
        <w:jc w:val="both"/>
      </w:pPr>
      <w:r w:rsidRPr="007A0413">
        <w:rPr>
          <w:sz w:val="21"/>
        </w:rPr>
        <w:t xml:space="preserve">d) </w:t>
      </w:r>
      <w:proofErr w:type="spellStart"/>
      <w:r w:rsidRPr="007A0413">
        <w:rPr>
          <w:sz w:val="21"/>
        </w:rPr>
        <w:t>respectarea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obligațiilor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protecție</w:t>
      </w:r>
      <w:proofErr w:type="spellEnd"/>
      <w:r w:rsidRPr="007A0413">
        <w:rPr>
          <w:sz w:val="21"/>
        </w:rPr>
        <w:t xml:space="preserve"> a </w:t>
      </w:r>
      <w:proofErr w:type="spellStart"/>
      <w:r w:rsidRPr="007A0413">
        <w:rPr>
          <w:sz w:val="21"/>
        </w:rPr>
        <w:t>mediului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gestionarea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corespunzătoare</w:t>
      </w:r>
      <w:proofErr w:type="spellEnd"/>
      <w:r w:rsidRPr="007A0413">
        <w:rPr>
          <w:sz w:val="21"/>
        </w:rPr>
        <w:t xml:space="preserve"> a </w:t>
      </w:r>
      <w:proofErr w:type="spellStart"/>
      <w:r w:rsidRPr="007A0413">
        <w:rPr>
          <w:sz w:val="21"/>
        </w:rPr>
        <w:t>deșeurilor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prevenirea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poluării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protejarea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spațiului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verde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a </w:t>
      </w:r>
      <w:proofErr w:type="spellStart"/>
      <w:r w:rsidRPr="007A0413">
        <w:rPr>
          <w:sz w:val="21"/>
        </w:rPr>
        <w:t>domeniului</w:t>
      </w:r>
      <w:proofErr w:type="spellEnd"/>
      <w:r w:rsidRPr="007A0413">
        <w:rPr>
          <w:sz w:val="21"/>
        </w:rPr>
        <w:t xml:space="preserve"> public;</w:t>
      </w:r>
    </w:p>
    <w:p w14:paraId="541927DE" w14:textId="77777777" w:rsidR="005528C2" w:rsidRPr="007A0413" w:rsidRDefault="00A1736F">
      <w:pPr>
        <w:spacing w:after="40" w:line="240" w:lineRule="auto"/>
        <w:ind w:left="312" w:hanging="312"/>
        <w:jc w:val="both"/>
      </w:pPr>
      <w:r w:rsidRPr="007A0413">
        <w:rPr>
          <w:sz w:val="21"/>
        </w:rPr>
        <w:t xml:space="preserve">e) </w:t>
      </w:r>
      <w:proofErr w:type="spellStart"/>
      <w:r w:rsidRPr="007A0413">
        <w:rPr>
          <w:sz w:val="21"/>
        </w:rPr>
        <w:t>respectarea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cerințelor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privind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accesibilitatea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siguranța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publicului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bunăstarea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animalelor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prevăzute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Caietul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sarcini</w:t>
      </w:r>
      <w:proofErr w:type="spellEnd"/>
      <w:r w:rsidRPr="007A0413">
        <w:rPr>
          <w:sz w:val="21"/>
        </w:rPr>
        <w:t>;</w:t>
      </w:r>
    </w:p>
    <w:p w14:paraId="641B41B1" w14:textId="77777777" w:rsidR="005528C2" w:rsidRPr="007A0413" w:rsidRDefault="00A1736F">
      <w:pPr>
        <w:spacing w:after="40" w:line="240" w:lineRule="auto"/>
        <w:ind w:left="312" w:hanging="312"/>
        <w:jc w:val="both"/>
      </w:pPr>
      <w:r w:rsidRPr="007A0413">
        <w:rPr>
          <w:sz w:val="21"/>
        </w:rPr>
        <w:t xml:space="preserve">f) </w:t>
      </w:r>
      <w:proofErr w:type="spellStart"/>
      <w:r w:rsidRPr="007A0413">
        <w:rPr>
          <w:sz w:val="21"/>
        </w:rPr>
        <w:t>impunerea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acelorași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obligații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măsura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aplicabilă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subcontractanților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furnizorilor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personalului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implicat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executarea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contractului</w:t>
      </w:r>
      <w:proofErr w:type="spellEnd"/>
      <w:r w:rsidRPr="007A0413">
        <w:rPr>
          <w:sz w:val="21"/>
        </w:rPr>
        <w:t>.</w:t>
      </w:r>
    </w:p>
    <w:p w14:paraId="04B41F89" w14:textId="77777777" w:rsidR="005528C2" w:rsidRPr="007A0413" w:rsidRDefault="00A1736F">
      <w:pPr>
        <w:spacing w:after="80" w:line="240" w:lineRule="auto"/>
        <w:jc w:val="both"/>
      </w:pPr>
      <w:proofErr w:type="spellStart"/>
      <w:r w:rsidRPr="007A0413">
        <w:rPr>
          <w:sz w:val="21"/>
        </w:rPr>
        <w:t>Declar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prețul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ofertat</w:t>
      </w:r>
      <w:proofErr w:type="spellEnd"/>
      <w:r w:rsidRPr="007A0413">
        <w:rPr>
          <w:sz w:val="21"/>
        </w:rPr>
        <w:t xml:space="preserve"> a </w:t>
      </w:r>
      <w:proofErr w:type="spellStart"/>
      <w:r w:rsidRPr="007A0413">
        <w:rPr>
          <w:sz w:val="21"/>
        </w:rPr>
        <w:t>fost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fundamentat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ținând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seama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costurile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necesare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respectării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acestor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obligații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că</w:t>
      </w:r>
      <w:proofErr w:type="spellEnd"/>
      <w:r w:rsidRPr="007A0413">
        <w:rPr>
          <w:sz w:val="21"/>
        </w:rPr>
        <w:t xml:space="preserve"> nu </w:t>
      </w:r>
      <w:proofErr w:type="spellStart"/>
      <w:r w:rsidRPr="007A0413">
        <w:rPr>
          <w:sz w:val="21"/>
        </w:rPr>
        <w:t>vom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invoca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nerespectarea</w:t>
      </w:r>
      <w:proofErr w:type="spellEnd"/>
      <w:r w:rsidRPr="007A0413">
        <w:rPr>
          <w:sz w:val="21"/>
        </w:rPr>
        <w:t xml:space="preserve"> lor ca </w:t>
      </w:r>
      <w:proofErr w:type="spellStart"/>
      <w:r w:rsidRPr="007A0413">
        <w:rPr>
          <w:sz w:val="21"/>
        </w:rPr>
        <w:t>motiv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pentru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neexecutarea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cerințelor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contractuale</w:t>
      </w:r>
      <w:proofErr w:type="spellEnd"/>
      <w:r w:rsidRPr="007A0413">
        <w:rPr>
          <w:sz w:val="21"/>
        </w:rPr>
        <w:t>.</w:t>
      </w:r>
    </w:p>
    <w:p w14:paraId="0D2A8465" w14:textId="77777777" w:rsidR="005528C2" w:rsidRPr="007A0413" w:rsidRDefault="00A1736F">
      <w:pPr>
        <w:spacing w:after="60" w:line="240" w:lineRule="auto"/>
      </w:pPr>
      <w:r w:rsidRPr="007A0413">
        <w:rPr>
          <w:sz w:val="21"/>
        </w:rPr>
        <w:t xml:space="preserve">Data </w:t>
      </w:r>
      <w:proofErr w:type="spellStart"/>
      <w:r w:rsidRPr="007A0413">
        <w:rPr>
          <w:sz w:val="21"/>
        </w:rPr>
        <w:t>completării</w:t>
      </w:r>
      <w:proofErr w:type="spellEnd"/>
      <w:r w:rsidRPr="007A0413">
        <w:rPr>
          <w:sz w:val="21"/>
        </w:rPr>
        <w:t>: ____________________</w:t>
      </w:r>
    </w:p>
    <w:p w14:paraId="3325BDF4" w14:textId="77777777" w:rsidR="005528C2" w:rsidRPr="007A0413" w:rsidRDefault="00A1736F">
      <w:pPr>
        <w:spacing w:after="40" w:line="240" w:lineRule="auto"/>
      </w:pPr>
      <w:r w:rsidRPr="007A0413">
        <w:rPr>
          <w:sz w:val="21"/>
        </w:rPr>
        <w:t>Operator economic: ________________________________________________</w:t>
      </w:r>
    </w:p>
    <w:p w14:paraId="49F51A5F" w14:textId="77777777" w:rsidR="005528C2" w:rsidRPr="007A0413" w:rsidRDefault="00A1736F">
      <w:pPr>
        <w:spacing w:after="40" w:line="240" w:lineRule="auto"/>
      </w:pPr>
      <w:proofErr w:type="spellStart"/>
      <w:r w:rsidRPr="007A0413">
        <w:rPr>
          <w:sz w:val="21"/>
        </w:rPr>
        <w:t>Nume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prenume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reprezentant</w:t>
      </w:r>
      <w:proofErr w:type="spellEnd"/>
      <w:r w:rsidRPr="007A0413">
        <w:rPr>
          <w:sz w:val="21"/>
        </w:rPr>
        <w:t>/</w:t>
      </w:r>
      <w:proofErr w:type="spellStart"/>
      <w:r w:rsidRPr="007A0413">
        <w:rPr>
          <w:sz w:val="21"/>
        </w:rPr>
        <w:t>împuternicit</w:t>
      </w:r>
      <w:proofErr w:type="spellEnd"/>
      <w:r w:rsidRPr="007A0413">
        <w:rPr>
          <w:sz w:val="21"/>
        </w:rPr>
        <w:t>: ________________________________</w:t>
      </w:r>
    </w:p>
    <w:p w14:paraId="5B019B75" w14:textId="77777777" w:rsidR="005528C2" w:rsidRPr="007A0413" w:rsidRDefault="00A1736F">
      <w:pPr>
        <w:spacing w:after="40" w:line="240" w:lineRule="auto"/>
      </w:pPr>
      <w:proofErr w:type="spellStart"/>
      <w:r w:rsidRPr="007A0413">
        <w:rPr>
          <w:sz w:val="21"/>
        </w:rPr>
        <w:t>Funcția</w:t>
      </w:r>
      <w:proofErr w:type="spellEnd"/>
      <w:r w:rsidRPr="007A0413">
        <w:rPr>
          <w:sz w:val="21"/>
        </w:rPr>
        <w:t>: ________________________________</w:t>
      </w:r>
    </w:p>
    <w:p w14:paraId="67B5B563" w14:textId="77777777" w:rsidR="005528C2" w:rsidRPr="007A0413" w:rsidRDefault="00A1736F">
      <w:pPr>
        <w:spacing w:after="0" w:line="240" w:lineRule="auto"/>
      </w:pPr>
      <w:proofErr w:type="spellStart"/>
      <w:r w:rsidRPr="007A0413">
        <w:rPr>
          <w:sz w:val="21"/>
        </w:rPr>
        <w:t>Semnătura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autorizată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ștampila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dacă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este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cazul</w:t>
      </w:r>
      <w:proofErr w:type="spellEnd"/>
      <w:r w:rsidRPr="007A0413">
        <w:rPr>
          <w:sz w:val="21"/>
        </w:rPr>
        <w:t>: __________________________</w:t>
      </w:r>
    </w:p>
    <w:p w14:paraId="40FC87A8" w14:textId="77777777" w:rsidR="005528C2" w:rsidRPr="007A0413" w:rsidRDefault="00A1736F">
      <w:pPr>
        <w:pageBreakBefore/>
      </w:pPr>
      <w:proofErr w:type="spellStart"/>
      <w:r w:rsidRPr="007A0413">
        <w:rPr>
          <w:b/>
          <w:sz w:val="21"/>
        </w:rPr>
        <w:lastRenderedPageBreak/>
        <w:t>Denumire</w:t>
      </w:r>
      <w:proofErr w:type="spellEnd"/>
      <w:r w:rsidRPr="007A0413">
        <w:rPr>
          <w:b/>
          <w:sz w:val="21"/>
        </w:rPr>
        <w:t xml:space="preserve"> operator economic: </w:t>
      </w:r>
      <w:r w:rsidRPr="007A0413">
        <w:rPr>
          <w:sz w:val="21"/>
        </w:rPr>
        <w:t>____________________________________________</w:t>
      </w:r>
    </w:p>
    <w:p w14:paraId="1226EA14" w14:textId="77777777" w:rsidR="00B06084" w:rsidRPr="007A0413" w:rsidRDefault="00B06084">
      <w:pPr>
        <w:keepNext/>
        <w:spacing w:after="80"/>
        <w:jc w:val="center"/>
        <w:rPr>
          <w:b/>
          <w:sz w:val="24"/>
        </w:rPr>
      </w:pPr>
    </w:p>
    <w:p w14:paraId="32ED1911" w14:textId="3E45ADBC" w:rsidR="005528C2" w:rsidRPr="007A0413" w:rsidRDefault="00A1736F">
      <w:pPr>
        <w:keepNext/>
        <w:spacing w:after="80"/>
        <w:jc w:val="center"/>
      </w:pPr>
      <w:r w:rsidRPr="007A0413">
        <w:rPr>
          <w:b/>
          <w:sz w:val="24"/>
        </w:rPr>
        <w:t>FORMULARUL NR. 14</w:t>
      </w:r>
    </w:p>
    <w:p w14:paraId="4CE75D45" w14:textId="77777777" w:rsidR="005528C2" w:rsidRPr="007A0413" w:rsidRDefault="00A1736F">
      <w:pPr>
        <w:keepNext/>
        <w:spacing w:after="180"/>
        <w:jc w:val="center"/>
      </w:pPr>
      <w:r w:rsidRPr="007A0413">
        <w:rPr>
          <w:b/>
          <w:sz w:val="24"/>
        </w:rPr>
        <w:t>DECLARAȚIE PRIVIND CONFIDENȚIALITATEA INFORMAȚIILOR DIN OFERTĂ</w:t>
      </w:r>
    </w:p>
    <w:p w14:paraId="62F1ED77" w14:textId="77777777" w:rsidR="005528C2" w:rsidRPr="007A0413" w:rsidRDefault="00A1736F">
      <w:pPr>
        <w:spacing w:after="80" w:line="240" w:lineRule="auto"/>
      </w:pPr>
      <w:proofErr w:type="spellStart"/>
      <w:r w:rsidRPr="007A0413">
        <w:rPr>
          <w:b/>
          <w:sz w:val="21"/>
        </w:rPr>
        <w:t>Ofertantul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declară</w:t>
      </w:r>
      <w:proofErr w:type="spellEnd"/>
      <w:r w:rsidRPr="007A0413">
        <w:rPr>
          <w:b/>
          <w:sz w:val="21"/>
        </w:rPr>
        <w:t xml:space="preserve">, </w:t>
      </w:r>
      <w:proofErr w:type="spellStart"/>
      <w:r w:rsidRPr="007A0413">
        <w:rPr>
          <w:b/>
          <w:sz w:val="21"/>
        </w:rPr>
        <w:t>după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caz</w:t>
      </w:r>
      <w:proofErr w:type="spellEnd"/>
      <w:r w:rsidRPr="007A0413">
        <w:rPr>
          <w:b/>
          <w:sz w:val="21"/>
        </w:rPr>
        <w:t>:</w:t>
      </w:r>
    </w:p>
    <w:p w14:paraId="762FE06B" w14:textId="77777777" w:rsidR="005528C2" w:rsidRPr="007A0413" w:rsidRDefault="00A1736F">
      <w:pPr>
        <w:spacing w:after="80" w:line="240" w:lineRule="auto"/>
      </w:pPr>
      <w:r w:rsidRPr="007A0413">
        <w:rPr>
          <w:sz w:val="21"/>
        </w:rPr>
        <w:t xml:space="preserve">☐ </w:t>
      </w:r>
      <w:proofErr w:type="spellStart"/>
      <w:r w:rsidRPr="007A0413">
        <w:rPr>
          <w:sz w:val="21"/>
        </w:rPr>
        <w:t>Oferta</w:t>
      </w:r>
      <w:proofErr w:type="spellEnd"/>
      <w:r w:rsidRPr="007A0413">
        <w:rPr>
          <w:sz w:val="21"/>
        </w:rPr>
        <w:t xml:space="preserve"> NU </w:t>
      </w:r>
      <w:proofErr w:type="spellStart"/>
      <w:r w:rsidRPr="007A0413">
        <w:rPr>
          <w:sz w:val="21"/>
        </w:rPr>
        <w:t>conține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informații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pentru</w:t>
      </w:r>
      <w:proofErr w:type="spellEnd"/>
      <w:r w:rsidRPr="007A0413">
        <w:rPr>
          <w:sz w:val="21"/>
        </w:rPr>
        <w:t xml:space="preserve"> care </w:t>
      </w:r>
      <w:proofErr w:type="spellStart"/>
      <w:r w:rsidRPr="007A0413">
        <w:rPr>
          <w:sz w:val="21"/>
        </w:rPr>
        <w:t>solicităm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aplicarea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unui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regim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confidențialitate</w:t>
      </w:r>
      <w:proofErr w:type="spellEnd"/>
      <w:r w:rsidRPr="007A0413">
        <w:rPr>
          <w:sz w:val="21"/>
        </w:rPr>
        <w:t>.</w:t>
      </w:r>
    </w:p>
    <w:p w14:paraId="25C1622F" w14:textId="77777777" w:rsidR="005528C2" w:rsidRPr="007A0413" w:rsidRDefault="00A1736F">
      <w:pPr>
        <w:spacing w:after="80" w:line="240" w:lineRule="auto"/>
      </w:pPr>
      <w:r w:rsidRPr="007A0413">
        <w:rPr>
          <w:sz w:val="21"/>
        </w:rPr>
        <w:t xml:space="preserve">☐ </w:t>
      </w:r>
      <w:proofErr w:type="spellStart"/>
      <w:r w:rsidRPr="007A0413">
        <w:rPr>
          <w:sz w:val="21"/>
        </w:rPr>
        <w:t>Oferta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conține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informații</w:t>
      </w:r>
      <w:proofErr w:type="spellEnd"/>
      <w:r w:rsidRPr="007A0413">
        <w:rPr>
          <w:sz w:val="21"/>
        </w:rPr>
        <w:t xml:space="preserve"> pe care le </w:t>
      </w:r>
      <w:proofErr w:type="spellStart"/>
      <w:r w:rsidRPr="007A0413">
        <w:rPr>
          <w:sz w:val="21"/>
        </w:rPr>
        <w:t>considerăm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confidențiale</w:t>
      </w:r>
      <w:proofErr w:type="spellEnd"/>
      <w:r w:rsidRPr="007A0413">
        <w:rPr>
          <w:sz w:val="21"/>
        </w:rPr>
        <w:t xml:space="preserve">, indicate punctual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motivate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tabelul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mai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jos.</w:t>
      </w:r>
      <w:proofErr w:type="spellEnd"/>
    </w:p>
    <w:p w14:paraId="06E05B8D" w14:textId="77777777" w:rsidR="005528C2" w:rsidRPr="007A0413" w:rsidRDefault="00A1736F">
      <w:pPr>
        <w:spacing w:after="80" w:line="240" w:lineRule="auto"/>
        <w:jc w:val="both"/>
      </w:pP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cazul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care </w:t>
      </w:r>
      <w:proofErr w:type="spellStart"/>
      <w:r w:rsidRPr="007A0413">
        <w:rPr>
          <w:sz w:val="21"/>
        </w:rPr>
        <w:t>solicităm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protejarea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anumitor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informații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înțelegem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simpla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menționare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generică</w:t>
      </w:r>
      <w:proofErr w:type="spellEnd"/>
      <w:r w:rsidRPr="007A0413">
        <w:rPr>
          <w:sz w:val="21"/>
        </w:rPr>
        <w:t xml:space="preserve"> a </w:t>
      </w:r>
      <w:proofErr w:type="spellStart"/>
      <w:r w:rsidRPr="007A0413">
        <w:rPr>
          <w:sz w:val="21"/>
        </w:rPr>
        <w:t>caracterului</w:t>
      </w:r>
      <w:proofErr w:type="spellEnd"/>
      <w:r w:rsidRPr="007A0413">
        <w:rPr>
          <w:sz w:val="21"/>
        </w:rPr>
        <w:t xml:space="preserve"> „</w:t>
      </w:r>
      <w:proofErr w:type="spellStart"/>
      <w:r w:rsidRPr="007A0413">
        <w:rPr>
          <w:sz w:val="21"/>
        </w:rPr>
        <w:t>confidențial</w:t>
      </w:r>
      <w:proofErr w:type="spellEnd"/>
      <w:r w:rsidRPr="007A0413">
        <w:rPr>
          <w:sz w:val="21"/>
        </w:rPr>
        <w:t xml:space="preserve">” nu </w:t>
      </w:r>
      <w:proofErr w:type="spellStart"/>
      <w:r w:rsidRPr="007A0413">
        <w:rPr>
          <w:sz w:val="21"/>
        </w:rPr>
        <w:t>este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suficientă</w:t>
      </w:r>
      <w:proofErr w:type="spellEnd"/>
      <w:r w:rsidRPr="007A0413">
        <w:rPr>
          <w:sz w:val="21"/>
        </w:rPr>
        <w:t xml:space="preserve">. </w:t>
      </w:r>
      <w:proofErr w:type="spellStart"/>
      <w:r w:rsidRPr="007A0413">
        <w:rPr>
          <w:sz w:val="21"/>
        </w:rPr>
        <w:t>Pentru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fiecare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informație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indicată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vom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preciza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documentul</w:t>
      </w:r>
      <w:proofErr w:type="spellEnd"/>
      <w:r w:rsidRPr="007A0413">
        <w:rPr>
          <w:sz w:val="21"/>
        </w:rPr>
        <w:t>/</w:t>
      </w:r>
      <w:proofErr w:type="spellStart"/>
      <w:r w:rsidRPr="007A0413">
        <w:rPr>
          <w:sz w:val="21"/>
        </w:rPr>
        <w:t>pagina</w:t>
      </w:r>
      <w:proofErr w:type="spellEnd"/>
      <w:r w:rsidRPr="007A0413">
        <w:rPr>
          <w:sz w:val="21"/>
        </w:rPr>
        <w:t xml:space="preserve">, natura </w:t>
      </w:r>
      <w:proofErr w:type="spellStart"/>
      <w:r w:rsidRPr="007A0413">
        <w:rPr>
          <w:sz w:val="21"/>
        </w:rPr>
        <w:t>informației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protejate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temeiul</w:t>
      </w:r>
      <w:proofErr w:type="spellEnd"/>
      <w:r w:rsidRPr="007A0413">
        <w:rPr>
          <w:sz w:val="21"/>
        </w:rPr>
        <w:t>/</w:t>
      </w:r>
      <w:proofErr w:type="spellStart"/>
      <w:r w:rsidRPr="007A0413">
        <w:rPr>
          <w:sz w:val="21"/>
        </w:rPr>
        <w:t>motivarea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concretă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condițiile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legii</w:t>
      </w:r>
      <w:proofErr w:type="spellEnd"/>
      <w:r w:rsidRPr="007A0413">
        <w:rPr>
          <w:sz w:val="21"/>
        </w:rPr>
        <w:t>.</w:t>
      </w:r>
    </w:p>
    <w:tbl>
      <w:tblPr>
        <w:tblStyle w:val="Tabelgril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381"/>
        <w:gridCol w:w="3969"/>
        <w:gridCol w:w="3969"/>
      </w:tblGrid>
      <w:tr w:rsidR="005528C2" w:rsidRPr="007A0413" w14:paraId="48E5EFCC" w14:textId="77777777">
        <w:trPr>
          <w:cantSplit/>
          <w:tblHeader/>
          <w:jc w:val="center"/>
        </w:trPr>
        <w:tc>
          <w:tcPr>
            <w:tcW w:w="567" w:type="dxa"/>
            <w:shd w:val="clear" w:color="auto" w:fill="D9E8F5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824E5B8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b/>
                <w:sz w:val="17"/>
              </w:rPr>
              <w:t>Nr.</w:t>
            </w:r>
          </w:p>
        </w:tc>
        <w:tc>
          <w:tcPr>
            <w:tcW w:w="2381" w:type="dxa"/>
            <w:shd w:val="clear" w:color="auto" w:fill="D9E8F5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A8DB835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b/>
                <w:sz w:val="17"/>
              </w:rPr>
              <w:t xml:space="preserve">Document / </w:t>
            </w:r>
            <w:proofErr w:type="spellStart"/>
            <w:r w:rsidRPr="007A0413">
              <w:rPr>
                <w:b/>
                <w:sz w:val="17"/>
              </w:rPr>
              <w:t>pagină</w:t>
            </w:r>
            <w:proofErr w:type="spellEnd"/>
            <w:r w:rsidRPr="007A0413">
              <w:rPr>
                <w:b/>
                <w:sz w:val="17"/>
              </w:rPr>
              <w:t xml:space="preserve"> / </w:t>
            </w:r>
            <w:proofErr w:type="spellStart"/>
            <w:r w:rsidRPr="007A0413">
              <w:rPr>
                <w:b/>
                <w:sz w:val="17"/>
              </w:rPr>
              <w:t>secțiune</w:t>
            </w:r>
            <w:proofErr w:type="spellEnd"/>
          </w:p>
        </w:tc>
        <w:tc>
          <w:tcPr>
            <w:tcW w:w="3969" w:type="dxa"/>
            <w:shd w:val="clear" w:color="auto" w:fill="D9E8F5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9E0A677" w14:textId="77777777" w:rsidR="005528C2" w:rsidRPr="007A0413" w:rsidRDefault="00A1736F">
            <w:pPr>
              <w:spacing w:after="0" w:line="240" w:lineRule="auto"/>
              <w:jc w:val="center"/>
            </w:pPr>
            <w:proofErr w:type="spellStart"/>
            <w:r w:rsidRPr="007A0413">
              <w:rPr>
                <w:b/>
                <w:sz w:val="17"/>
              </w:rPr>
              <w:t>Informația</w:t>
            </w:r>
            <w:proofErr w:type="spellEnd"/>
            <w:r w:rsidRPr="007A0413">
              <w:rPr>
                <w:b/>
                <w:sz w:val="17"/>
              </w:rPr>
              <w:t xml:space="preserve"> </w:t>
            </w:r>
            <w:proofErr w:type="spellStart"/>
            <w:r w:rsidRPr="007A0413">
              <w:rPr>
                <w:b/>
                <w:sz w:val="17"/>
              </w:rPr>
              <w:t>pentru</w:t>
            </w:r>
            <w:proofErr w:type="spellEnd"/>
            <w:r w:rsidRPr="007A0413">
              <w:rPr>
                <w:b/>
                <w:sz w:val="17"/>
              </w:rPr>
              <w:t xml:space="preserve"> care se </w:t>
            </w:r>
            <w:proofErr w:type="spellStart"/>
            <w:r w:rsidRPr="007A0413">
              <w:rPr>
                <w:b/>
                <w:sz w:val="17"/>
              </w:rPr>
              <w:t>solicită</w:t>
            </w:r>
            <w:proofErr w:type="spellEnd"/>
            <w:r w:rsidRPr="007A0413">
              <w:rPr>
                <w:b/>
                <w:sz w:val="17"/>
              </w:rPr>
              <w:t xml:space="preserve"> </w:t>
            </w:r>
            <w:proofErr w:type="spellStart"/>
            <w:r w:rsidRPr="007A0413">
              <w:rPr>
                <w:b/>
                <w:sz w:val="17"/>
              </w:rPr>
              <w:t>confidențialitate</w:t>
            </w:r>
            <w:proofErr w:type="spellEnd"/>
          </w:p>
        </w:tc>
        <w:tc>
          <w:tcPr>
            <w:tcW w:w="3969" w:type="dxa"/>
            <w:shd w:val="clear" w:color="auto" w:fill="D9E8F5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A5EFB93" w14:textId="77777777" w:rsidR="005528C2" w:rsidRPr="007A0413" w:rsidRDefault="00A1736F">
            <w:pPr>
              <w:spacing w:after="0" w:line="240" w:lineRule="auto"/>
              <w:jc w:val="center"/>
            </w:pPr>
            <w:proofErr w:type="spellStart"/>
            <w:r w:rsidRPr="007A0413">
              <w:rPr>
                <w:b/>
                <w:sz w:val="17"/>
              </w:rPr>
              <w:t>Temei</w:t>
            </w:r>
            <w:proofErr w:type="spellEnd"/>
            <w:r w:rsidRPr="007A0413">
              <w:rPr>
                <w:b/>
                <w:sz w:val="17"/>
              </w:rPr>
              <w:t xml:space="preserve"> / </w:t>
            </w:r>
            <w:proofErr w:type="spellStart"/>
            <w:r w:rsidRPr="007A0413">
              <w:rPr>
                <w:b/>
                <w:sz w:val="17"/>
              </w:rPr>
              <w:t>motivare</w:t>
            </w:r>
            <w:proofErr w:type="spellEnd"/>
            <w:r w:rsidRPr="007A0413">
              <w:rPr>
                <w:b/>
                <w:sz w:val="17"/>
              </w:rPr>
              <w:t xml:space="preserve"> / document </w:t>
            </w:r>
            <w:proofErr w:type="spellStart"/>
            <w:r w:rsidRPr="007A0413">
              <w:rPr>
                <w:b/>
                <w:sz w:val="17"/>
              </w:rPr>
              <w:t>justificativ</w:t>
            </w:r>
            <w:proofErr w:type="spellEnd"/>
          </w:p>
        </w:tc>
      </w:tr>
      <w:tr w:rsidR="005528C2" w:rsidRPr="007A0413" w14:paraId="21735BEB" w14:textId="77777777">
        <w:trPr>
          <w:cantSplit/>
          <w:jc w:val="center"/>
        </w:trPr>
        <w:tc>
          <w:tcPr>
            <w:tcW w:w="56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82D4432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7"/>
              </w:rPr>
              <w:t>1</w:t>
            </w:r>
          </w:p>
        </w:tc>
        <w:tc>
          <w:tcPr>
            <w:tcW w:w="238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B9DF8E6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396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6625504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396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5643C89" w14:textId="77777777" w:rsidR="005528C2" w:rsidRPr="007A0413" w:rsidRDefault="005528C2">
            <w:pPr>
              <w:spacing w:after="0" w:line="240" w:lineRule="auto"/>
            </w:pPr>
          </w:p>
        </w:tc>
      </w:tr>
      <w:tr w:rsidR="005528C2" w:rsidRPr="007A0413" w14:paraId="5404F9D8" w14:textId="77777777">
        <w:trPr>
          <w:cantSplit/>
          <w:jc w:val="center"/>
        </w:trPr>
        <w:tc>
          <w:tcPr>
            <w:tcW w:w="56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199FB7E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7"/>
              </w:rPr>
              <w:t>2</w:t>
            </w:r>
          </w:p>
        </w:tc>
        <w:tc>
          <w:tcPr>
            <w:tcW w:w="238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B5208A8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396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52306D9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396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BCA895F" w14:textId="77777777" w:rsidR="005528C2" w:rsidRPr="007A0413" w:rsidRDefault="005528C2">
            <w:pPr>
              <w:spacing w:after="0" w:line="240" w:lineRule="auto"/>
            </w:pPr>
          </w:p>
        </w:tc>
      </w:tr>
      <w:tr w:rsidR="005528C2" w:rsidRPr="007A0413" w14:paraId="4FF32CFC" w14:textId="77777777">
        <w:trPr>
          <w:cantSplit/>
          <w:jc w:val="center"/>
        </w:trPr>
        <w:tc>
          <w:tcPr>
            <w:tcW w:w="56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DF1C8E1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7"/>
              </w:rPr>
              <w:t>3</w:t>
            </w:r>
          </w:p>
        </w:tc>
        <w:tc>
          <w:tcPr>
            <w:tcW w:w="238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FB451C8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396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3B22AAA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396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51BA0C3" w14:textId="77777777" w:rsidR="005528C2" w:rsidRPr="007A0413" w:rsidRDefault="005528C2">
            <w:pPr>
              <w:spacing w:after="0" w:line="240" w:lineRule="auto"/>
            </w:pPr>
          </w:p>
        </w:tc>
      </w:tr>
      <w:tr w:rsidR="005528C2" w:rsidRPr="007A0413" w14:paraId="1CA1CB34" w14:textId="77777777">
        <w:trPr>
          <w:cantSplit/>
          <w:jc w:val="center"/>
        </w:trPr>
        <w:tc>
          <w:tcPr>
            <w:tcW w:w="56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F1198B6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7"/>
              </w:rPr>
              <w:t>4</w:t>
            </w:r>
          </w:p>
        </w:tc>
        <w:tc>
          <w:tcPr>
            <w:tcW w:w="238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11C5DCE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396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8475996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396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444C0B5" w14:textId="77777777" w:rsidR="005528C2" w:rsidRPr="007A0413" w:rsidRDefault="005528C2">
            <w:pPr>
              <w:spacing w:after="0" w:line="240" w:lineRule="auto"/>
            </w:pPr>
          </w:p>
        </w:tc>
      </w:tr>
      <w:tr w:rsidR="005528C2" w:rsidRPr="007A0413" w14:paraId="568FD1BC" w14:textId="77777777">
        <w:trPr>
          <w:cantSplit/>
          <w:jc w:val="center"/>
        </w:trPr>
        <w:tc>
          <w:tcPr>
            <w:tcW w:w="56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5FD4F81" w14:textId="77777777" w:rsidR="005528C2" w:rsidRPr="007A0413" w:rsidRDefault="00A1736F">
            <w:pPr>
              <w:spacing w:after="0" w:line="240" w:lineRule="auto"/>
              <w:jc w:val="center"/>
            </w:pPr>
            <w:r w:rsidRPr="007A0413">
              <w:rPr>
                <w:sz w:val="17"/>
              </w:rPr>
              <w:t>5</w:t>
            </w:r>
          </w:p>
        </w:tc>
        <w:tc>
          <w:tcPr>
            <w:tcW w:w="238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1DFB186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396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DAA3B38" w14:textId="77777777" w:rsidR="005528C2" w:rsidRPr="007A0413" w:rsidRDefault="005528C2">
            <w:pPr>
              <w:spacing w:after="0" w:line="240" w:lineRule="auto"/>
            </w:pPr>
          </w:p>
        </w:tc>
        <w:tc>
          <w:tcPr>
            <w:tcW w:w="396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6AEAF81" w14:textId="77777777" w:rsidR="005528C2" w:rsidRPr="007A0413" w:rsidRDefault="005528C2">
            <w:pPr>
              <w:spacing w:after="0" w:line="240" w:lineRule="auto"/>
            </w:pPr>
          </w:p>
        </w:tc>
      </w:tr>
    </w:tbl>
    <w:p w14:paraId="666E0C62" w14:textId="77777777" w:rsidR="005528C2" w:rsidRPr="007A0413" w:rsidRDefault="005528C2">
      <w:pPr>
        <w:spacing w:after="20"/>
      </w:pPr>
    </w:p>
    <w:p w14:paraId="26DE0BCE" w14:textId="77777777" w:rsidR="005528C2" w:rsidRPr="007A0413" w:rsidRDefault="00A1736F">
      <w:pPr>
        <w:spacing w:after="80" w:line="240" w:lineRule="auto"/>
        <w:jc w:val="both"/>
      </w:pPr>
      <w:proofErr w:type="spellStart"/>
      <w:r w:rsidRPr="007A0413">
        <w:rPr>
          <w:sz w:val="21"/>
        </w:rPr>
        <w:t>Declarăm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informațiile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neindicate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prezentul</w:t>
      </w:r>
      <w:proofErr w:type="spellEnd"/>
      <w:r w:rsidRPr="007A0413">
        <w:rPr>
          <w:sz w:val="21"/>
        </w:rPr>
        <w:t xml:space="preserve"> formular nu sunt solicitate a fi </w:t>
      </w:r>
      <w:proofErr w:type="spellStart"/>
      <w:r w:rsidRPr="007A0413">
        <w:rPr>
          <w:sz w:val="21"/>
        </w:rPr>
        <w:t>tratate</w:t>
      </w:r>
      <w:proofErr w:type="spellEnd"/>
      <w:r w:rsidRPr="007A0413">
        <w:rPr>
          <w:sz w:val="21"/>
        </w:rPr>
        <w:t xml:space="preserve"> ca </w:t>
      </w:r>
      <w:proofErr w:type="spellStart"/>
      <w:r w:rsidRPr="007A0413">
        <w:rPr>
          <w:sz w:val="21"/>
        </w:rPr>
        <w:t>fiind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confidențiale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prin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prezenta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declarație</w:t>
      </w:r>
      <w:proofErr w:type="spellEnd"/>
      <w:r w:rsidRPr="007A0413">
        <w:rPr>
          <w:sz w:val="21"/>
        </w:rPr>
        <w:t xml:space="preserve">. Ne </w:t>
      </w:r>
      <w:proofErr w:type="spellStart"/>
      <w:r w:rsidRPr="007A0413">
        <w:rPr>
          <w:sz w:val="21"/>
        </w:rPr>
        <w:t>asumăm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exactitatea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caracterul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justificat</w:t>
      </w:r>
      <w:proofErr w:type="spellEnd"/>
      <w:r w:rsidRPr="007A0413">
        <w:rPr>
          <w:sz w:val="21"/>
        </w:rPr>
        <w:t xml:space="preserve"> al </w:t>
      </w:r>
      <w:proofErr w:type="spellStart"/>
      <w:r w:rsidRPr="007A0413">
        <w:rPr>
          <w:sz w:val="21"/>
        </w:rPr>
        <w:t>mențiunilor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efectuate</w:t>
      </w:r>
      <w:proofErr w:type="spellEnd"/>
      <w:r w:rsidRPr="007A0413">
        <w:rPr>
          <w:sz w:val="21"/>
        </w:rPr>
        <w:t>.</w:t>
      </w:r>
    </w:p>
    <w:p w14:paraId="2F77AF82" w14:textId="77777777" w:rsidR="005528C2" w:rsidRPr="007A0413" w:rsidRDefault="00A1736F">
      <w:pPr>
        <w:spacing w:after="60" w:line="240" w:lineRule="auto"/>
      </w:pPr>
      <w:r w:rsidRPr="007A0413">
        <w:rPr>
          <w:sz w:val="21"/>
        </w:rPr>
        <w:t xml:space="preserve">Data </w:t>
      </w:r>
      <w:proofErr w:type="spellStart"/>
      <w:r w:rsidRPr="007A0413">
        <w:rPr>
          <w:sz w:val="21"/>
        </w:rPr>
        <w:t>completării</w:t>
      </w:r>
      <w:proofErr w:type="spellEnd"/>
      <w:r w:rsidRPr="007A0413">
        <w:rPr>
          <w:sz w:val="21"/>
        </w:rPr>
        <w:t>: ____________________</w:t>
      </w:r>
    </w:p>
    <w:p w14:paraId="1D94E79E" w14:textId="77777777" w:rsidR="005528C2" w:rsidRPr="007A0413" w:rsidRDefault="00A1736F">
      <w:pPr>
        <w:spacing w:after="40" w:line="240" w:lineRule="auto"/>
      </w:pPr>
      <w:r w:rsidRPr="007A0413">
        <w:rPr>
          <w:sz w:val="21"/>
        </w:rPr>
        <w:t>Operator economic: ________________________________________________</w:t>
      </w:r>
    </w:p>
    <w:p w14:paraId="7486669F" w14:textId="77777777" w:rsidR="005528C2" w:rsidRPr="007A0413" w:rsidRDefault="00A1736F">
      <w:pPr>
        <w:spacing w:after="40" w:line="240" w:lineRule="auto"/>
      </w:pPr>
      <w:proofErr w:type="spellStart"/>
      <w:r w:rsidRPr="007A0413">
        <w:rPr>
          <w:sz w:val="21"/>
        </w:rPr>
        <w:t>Nume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prenume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reprezentant</w:t>
      </w:r>
      <w:proofErr w:type="spellEnd"/>
      <w:r w:rsidRPr="007A0413">
        <w:rPr>
          <w:sz w:val="21"/>
        </w:rPr>
        <w:t>/</w:t>
      </w:r>
      <w:proofErr w:type="spellStart"/>
      <w:r w:rsidRPr="007A0413">
        <w:rPr>
          <w:sz w:val="21"/>
        </w:rPr>
        <w:t>împuternicit</w:t>
      </w:r>
      <w:proofErr w:type="spellEnd"/>
      <w:r w:rsidRPr="007A0413">
        <w:rPr>
          <w:sz w:val="21"/>
        </w:rPr>
        <w:t>: ________________________________</w:t>
      </w:r>
    </w:p>
    <w:p w14:paraId="631BD3E0" w14:textId="77777777" w:rsidR="005528C2" w:rsidRPr="007A0413" w:rsidRDefault="00A1736F">
      <w:pPr>
        <w:spacing w:after="40" w:line="240" w:lineRule="auto"/>
      </w:pPr>
      <w:proofErr w:type="spellStart"/>
      <w:r w:rsidRPr="007A0413">
        <w:rPr>
          <w:sz w:val="21"/>
        </w:rPr>
        <w:t>Funcția</w:t>
      </w:r>
      <w:proofErr w:type="spellEnd"/>
      <w:r w:rsidRPr="007A0413">
        <w:rPr>
          <w:sz w:val="21"/>
        </w:rPr>
        <w:t>: ________________________________</w:t>
      </w:r>
    </w:p>
    <w:p w14:paraId="3D9C2ACA" w14:textId="77777777" w:rsidR="005528C2" w:rsidRPr="007A0413" w:rsidRDefault="00A1736F">
      <w:pPr>
        <w:spacing w:after="0" w:line="240" w:lineRule="auto"/>
      </w:pPr>
      <w:proofErr w:type="spellStart"/>
      <w:r w:rsidRPr="007A0413">
        <w:rPr>
          <w:sz w:val="21"/>
        </w:rPr>
        <w:t>Semnătura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autorizată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ștampila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dacă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este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cazul</w:t>
      </w:r>
      <w:proofErr w:type="spellEnd"/>
      <w:r w:rsidRPr="007A0413">
        <w:rPr>
          <w:sz w:val="21"/>
        </w:rPr>
        <w:t>: __________________________</w:t>
      </w:r>
    </w:p>
    <w:p w14:paraId="2B226F3C" w14:textId="77777777" w:rsidR="005528C2" w:rsidRPr="007A0413" w:rsidRDefault="00A1736F">
      <w:pPr>
        <w:keepNext/>
        <w:pageBreakBefore/>
        <w:spacing w:after="80"/>
        <w:jc w:val="center"/>
      </w:pPr>
      <w:r w:rsidRPr="007A0413">
        <w:rPr>
          <w:b/>
          <w:sz w:val="24"/>
        </w:rPr>
        <w:lastRenderedPageBreak/>
        <w:t>FORMULARUL NR. 15</w:t>
      </w:r>
    </w:p>
    <w:p w14:paraId="63122131" w14:textId="77777777" w:rsidR="005528C2" w:rsidRPr="007A0413" w:rsidRDefault="00A1736F">
      <w:pPr>
        <w:keepNext/>
        <w:spacing w:after="180"/>
        <w:jc w:val="center"/>
      </w:pPr>
      <w:r w:rsidRPr="007A0413">
        <w:rPr>
          <w:b/>
          <w:sz w:val="24"/>
        </w:rPr>
        <w:t>ÎMPUTERNICIRE - MODEL</w:t>
      </w:r>
    </w:p>
    <w:p w14:paraId="4990512E" w14:textId="77777777" w:rsidR="005528C2" w:rsidRPr="007A0413" w:rsidRDefault="00A1736F">
      <w:pPr>
        <w:spacing w:after="80" w:line="240" w:lineRule="auto"/>
        <w:jc w:val="both"/>
      </w:pPr>
      <w:proofErr w:type="spellStart"/>
      <w:r w:rsidRPr="007A0413">
        <w:rPr>
          <w:sz w:val="21"/>
        </w:rPr>
        <w:t>Subscrisa</w:t>
      </w:r>
      <w:proofErr w:type="spellEnd"/>
      <w:r w:rsidRPr="007A0413">
        <w:rPr>
          <w:sz w:val="21"/>
        </w:rPr>
        <w:t xml:space="preserve"> ____________________________________________, cu </w:t>
      </w:r>
      <w:proofErr w:type="spellStart"/>
      <w:r w:rsidRPr="007A0413">
        <w:rPr>
          <w:sz w:val="21"/>
        </w:rPr>
        <w:t>sediul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____________________________________________, CUI ____________________, </w:t>
      </w:r>
      <w:proofErr w:type="spellStart"/>
      <w:r w:rsidRPr="007A0413">
        <w:rPr>
          <w:sz w:val="21"/>
        </w:rPr>
        <w:t>înregistrată</w:t>
      </w:r>
      <w:proofErr w:type="spellEnd"/>
      <w:r w:rsidRPr="007A0413">
        <w:rPr>
          <w:sz w:val="21"/>
        </w:rPr>
        <w:t xml:space="preserve"> la </w:t>
      </w:r>
      <w:proofErr w:type="spellStart"/>
      <w:r w:rsidRPr="007A0413">
        <w:rPr>
          <w:sz w:val="21"/>
        </w:rPr>
        <w:t>registrul</w:t>
      </w:r>
      <w:proofErr w:type="spellEnd"/>
      <w:r w:rsidRPr="007A0413">
        <w:rPr>
          <w:sz w:val="21"/>
        </w:rPr>
        <w:t xml:space="preserve"> competent sub nr. ____________________, </w:t>
      </w:r>
      <w:proofErr w:type="spellStart"/>
      <w:r w:rsidRPr="007A0413">
        <w:rPr>
          <w:sz w:val="21"/>
        </w:rPr>
        <w:t>reprezentată</w:t>
      </w:r>
      <w:proofErr w:type="spellEnd"/>
      <w:r w:rsidRPr="007A0413">
        <w:rPr>
          <w:sz w:val="21"/>
        </w:rPr>
        <w:t xml:space="preserve"> legal </w:t>
      </w:r>
      <w:proofErr w:type="spellStart"/>
      <w:r w:rsidRPr="007A0413">
        <w:rPr>
          <w:sz w:val="21"/>
        </w:rPr>
        <w:t>prin</w:t>
      </w:r>
      <w:proofErr w:type="spellEnd"/>
      <w:r w:rsidRPr="007A0413">
        <w:rPr>
          <w:sz w:val="21"/>
        </w:rPr>
        <w:t xml:space="preserve"> ____________________________________________,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calitate</w:t>
      </w:r>
      <w:proofErr w:type="spellEnd"/>
      <w:r w:rsidRPr="007A0413">
        <w:rPr>
          <w:sz w:val="21"/>
        </w:rPr>
        <w:t xml:space="preserve"> de ____________________,</w:t>
      </w:r>
    </w:p>
    <w:p w14:paraId="40873FA2" w14:textId="77777777" w:rsidR="005528C2" w:rsidRPr="007A0413" w:rsidRDefault="00A1736F">
      <w:pPr>
        <w:spacing w:before="120" w:after="120" w:line="240" w:lineRule="auto"/>
        <w:jc w:val="center"/>
      </w:pPr>
      <w:r w:rsidRPr="007A0413">
        <w:rPr>
          <w:b/>
          <w:sz w:val="21"/>
        </w:rPr>
        <w:t>ÎMPUTERNICEȘTE</w:t>
      </w:r>
    </w:p>
    <w:p w14:paraId="1FA0EF3D" w14:textId="77777777" w:rsidR="005528C2" w:rsidRPr="007A0413" w:rsidRDefault="00A1736F">
      <w:pPr>
        <w:spacing w:after="80" w:line="240" w:lineRule="auto"/>
        <w:jc w:val="both"/>
      </w:pPr>
      <w:r w:rsidRPr="007A0413">
        <w:rPr>
          <w:sz w:val="21"/>
        </w:rPr>
        <w:t xml:space="preserve">pe </w:t>
      </w:r>
      <w:proofErr w:type="spellStart"/>
      <w:r w:rsidRPr="007A0413">
        <w:rPr>
          <w:sz w:val="21"/>
        </w:rPr>
        <w:t>domnul</w:t>
      </w:r>
      <w:proofErr w:type="spellEnd"/>
      <w:r w:rsidRPr="007A0413">
        <w:rPr>
          <w:sz w:val="21"/>
        </w:rPr>
        <w:t>/</w:t>
      </w:r>
      <w:proofErr w:type="spellStart"/>
      <w:r w:rsidRPr="007A0413">
        <w:rPr>
          <w:sz w:val="21"/>
        </w:rPr>
        <w:t>doamna</w:t>
      </w:r>
      <w:proofErr w:type="spellEnd"/>
      <w:r w:rsidRPr="007A0413">
        <w:rPr>
          <w:sz w:val="21"/>
        </w:rPr>
        <w:t xml:space="preserve"> ____________________________________________, </w:t>
      </w:r>
      <w:proofErr w:type="spellStart"/>
      <w:r w:rsidRPr="007A0413">
        <w:rPr>
          <w:sz w:val="21"/>
        </w:rPr>
        <w:t>identificat</w:t>
      </w:r>
      <w:proofErr w:type="spellEnd"/>
      <w:r w:rsidRPr="007A0413">
        <w:rPr>
          <w:sz w:val="21"/>
        </w:rPr>
        <w:t>(ă) cu CI/</w:t>
      </w:r>
      <w:proofErr w:type="spellStart"/>
      <w:r w:rsidRPr="007A0413">
        <w:rPr>
          <w:sz w:val="21"/>
        </w:rPr>
        <w:t>pașaport</w:t>
      </w:r>
      <w:proofErr w:type="spellEnd"/>
      <w:r w:rsidRPr="007A0413">
        <w:rPr>
          <w:sz w:val="21"/>
        </w:rPr>
        <w:t xml:space="preserve"> seria ____ nr. ____________, CNP/</w:t>
      </w:r>
      <w:proofErr w:type="spellStart"/>
      <w:r w:rsidRPr="007A0413">
        <w:rPr>
          <w:sz w:val="21"/>
        </w:rPr>
        <w:t>identificator</w:t>
      </w:r>
      <w:proofErr w:type="spellEnd"/>
      <w:r w:rsidRPr="007A0413">
        <w:rPr>
          <w:sz w:val="21"/>
        </w:rPr>
        <w:t xml:space="preserve"> __________________________, </w:t>
      </w:r>
      <w:proofErr w:type="spellStart"/>
      <w:r w:rsidRPr="007A0413">
        <w:rPr>
          <w:sz w:val="21"/>
        </w:rPr>
        <w:t>având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funcția</w:t>
      </w:r>
      <w:proofErr w:type="spellEnd"/>
      <w:r w:rsidRPr="007A0413">
        <w:rPr>
          <w:sz w:val="21"/>
        </w:rPr>
        <w:t>/</w:t>
      </w:r>
      <w:proofErr w:type="spellStart"/>
      <w:r w:rsidRPr="007A0413">
        <w:rPr>
          <w:sz w:val="21"/>
        </w:rPr>
        <w:t>calitatea</w:t>
      </w:r>
      <w:proofErr w:type="spellEnd"/>
      <w:r w:rsidRPr="007A0413">
        <w:rPr>
          <w:sz w:val="21"/>
        </w:rPr>
        <w:t xml:space="preserve"> de ____________________________, </w:t>
      </w:r>
      <w:proofErr w:type="spellStart"/>
      <w:r w:rsidRPr="007A0413">
        <w:rPr>
          <w:sz w:val="21"/>
        </w:rPr>
        <w:t>să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reprezinte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operatorul</w:t>
      </w:r>
      <w:proofErr w:type="spellEnd"/>
      <w:r w:rsidRPr="007A0413">
        <w:rPr>
          <w:sz w:val="21"/>
        </w:rPr>
        <w:t xml:space="preserve"> economic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cadrul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procedurii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atribuire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având</w:t>
      </w:r>
      <w:proofErr w:type="spellEnd"/>
      <w:r w:rsidRPr="007A0413">
        <w:rPr>
          <w:sz w:val="21"/>
        </w:rPr>
        <w:t xml:space="preserve"> ca </w:t>
      </w:r>
      <w:proofErr w:type="spellStart"/>
      <w:r w:rsidRPr="007A0413">
        <w:rPr>
          <w:sz w:val="21"/>
        </w:rPr>
        <w:t>obiect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b/>
          <w:sz w:val="21"/>
        </w:rPr>
        <w:t>servicii</w:t>
      </w:r>
      <w:proofErr w:type="spellEnd"/>
      <w:r w:rsidRPr="007A0413">
        <w:rPr>
          <w:b/>
          <w:sz w:val="21"/>
        </w:rPr>
        <w:t xml:space="preserve"> integrate </w:t>
      </w:r>
      <w:proofErr w:type="spellStart"/>
      <w:r w:rsidRPr="007A0413">
        <w:rPr>
          <w:b/>
          <w:sz w:val="21"/>
        </w:rPr>
        <w:t>pentru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organizarea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și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desfășurarea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evenimentului</w:t>
      </w:r>
      <w:proofErr w:type="spellEnd"/>
      <w:r w:rsidRPr="007A0413">
        <w:rPr>
          <w:b/>
          <w:sz w:val="21"/>
        </w:rPr>
        <w:t xml:space="preserve"> „</w:t>
      </w:r>
      <w:proofErr w:type="spellStart"/>
      <w:r w:rsidRPr="007A0413">
        <w:rPr>
          <w:b/>
          <w:sz w:val="21"/>
        </w:rPr>
        <w:t>Prietenii</w:t>
      </w:r>
      <w:proofErr w:type="spellEnd"/>
      <w:r w:rsidRPr="007A0413">
        <w:rPr>
          <w:b/>
          <w:sz w:val="21"/>
        </w:rPr>
        <w:t xml:space="preserve"> </w:t>
      </w:r>
      <w:proofErr w:type="spellStart"/>
      <w:r w:rsidRPr="007A0413">
        <w:rPr>
          <w:b/>
          <w:sz w:val="21"/>
        </w:rPr>
        <w:t>Pufoși</w:t>
      </w:r>
      <w:proofErr w:type="spellEnd"/>
      <w:r w:rsidRPr="007A0413">
        <w:rPr>
          <w:b/>
          <w:sz w:val="21"/>
        </w:rPr>
        <w:t xml:space="preserve"> – </w:t>
      </w:r>
      <w:proofErr w:type="spellStart"/>
      <w:r w:rsidRPr="007A0413">
        <w:rPr>
          <w:b/>
          <w:sz w:val="21"/>
        </w:rPr>
        <w:t>Ediția</w:t>
      </w:r>
      <w:proofErr w:type="spellEnd"/>
      <w:r w:rsidRPr="007A0413">
        <w:rPr>
          <w:b/>
          <w:sz w:val="21"/>
        </w:rPr>
        <w:t xml:space="preserve"> </w:t>
      </w:r>
      <w:proofErr w:type="gramStart"/>
      <w:r w:rsidRPr="007A0413">
        <w:rPr>
          <w:b/>
          <w:sz w:val="21"/>
        </w:rPr>
        <w:t>a</w:t>
      </w:r>
      <w:proofErr w:type="gramEnd"/>
      <w:r w:rsidRPr="007A0413">
        <w:rPr>
          <w:b/>
          <w:sz w:val="21"/>
        </w:rPr>
        <w:t xml:space="preserve"> II-a”</w:t>
      </w:r>
      <w:r w:rsidRPr="007A0413">
        <w:rPr>
          <w:sz w:val="21"/>
        </w:rPr>
        <w:t>.</w:t>
      </w:r>
    </w:p>
    <w:p w14:paraId="7C06B246" w14:textId="77777777" w:rsidR="005528C2" w:rsidRPr="007A0413" w:rsidRDefault="00A1736F">
      <w:pPr>
        <w:keepNext/>
        <w:spacing w:after="80" w:line="240" w:lineRule="auto"/>
        <w:jc w:val="both"/>
      </w:pPr>
      <w:proofErr w:type="spellStart"/>
      <w:r w:rsidRPr="007A0413">
        <w:rPr>
          <w:sz w:val="21"/>
        </w:rPr>
        <w:t>Mandatul</w:t>
      </w:r>
      <w:proofErr w:type="spellEnd"/>
      <w:r w:rsidRPr="007A0413">
        <w:rPr>
          <w:sz w:val="21"/>
        </w:rPr>
        <w:t xml:space="preserve"> include,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limitele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stabilite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prin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prezenta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împuternicire</w:t>
      </w:r>
      <w:proofErr w:type="spellEnd"/>
      <w:r w:rsidRPr="007A0413">
        <w:rPr>
          <w:sz w:val="21"/>
        </w:rPr>
        <w:t>:</w:t>
      </w:r>
    </w:p>
    <w:p w14:paraId="27F233B2" w14:textId="77777777" w:rsidR="005528C2" w:rsidRPr="007A0413" w:rsidRDefault="00A1736F">
      <w:pPr>
        <w:spacing w:after="40" w:line="240" w:lineRule="auto"/>
        <w:ind w:left="312" w:hanging="312"/>
        <w:jc w:val="both"/>
      </w:pPr>
      <w:r w:rsidRPr="007A0413">
        <w:rPr>
          <w:sz w:val="21"/>
        </w:rPr>
        <w:t xml:space="preserve">a) </w:t>
      </w:r>
      <w:proofErr w:type="spellStart"/>
      <w:r w:rsidRPr="007A0413">
        <w:rPr>
          <w:sz w:val="21"/>
        </w:rPr>
        <w:t>semnarea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depunerea</w:t>
      </w:r>
      <w:proofErr w:type="spellEnd"/>
      <w:r w:rsidRPr="007A0413">
        <w:rPr>
          <w:sz w:val="21"/>
        </w:rPr>
        <w:t>/</w:t>
      </w:r>
      <w:proofErr w:type="spellStart"/>
      <w:r w:rsidRPr="007A0413">
        <w:rPr>
          <w:sz w:val="21"/>
        </w:rPr>
        <w:t>transmiterea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ofertei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a </w:t>
      </w:r>
      <w:proofErr w:type="spellStart"/>
      <w:r w:rsidRPr="007A0413">
        <w:rPr>
          <w:sz w:val="21"/>
        </w:rPr>
        <w:t>documentelor</w:t>
      </w:r>
      <w:proofErr w:type="spellEnd"/>
      <w:r w:rsidRPr="007A0413">
        <w:rPr>
          <w:sz w:val="21"/>
        </w:rPr>
        <w:t xml:space="preserve"> care o </w:t>
      </w:r>
      <w:proofErr w:type="spellStart"/>
      <w:r w:rsidRPr="007A0413">
        <w:rPr>
          <w:sz w:val="21"/>
        </w:rPr>
        <w:t>însoțesc</w:t>
      </w:r>
      <w:proofErr w:type="spellEnd"/>
      <w:r w:rsidRPr="007A0413">
        <w:rPr>
          <w:sz w:val="21"/>
        </w:rPr>
        <w:t>;</w:t>
      </w:r>
    </w:p>
    <w:p w14:paraId="11B60EB5" w14:textId="77777777" w:rsidR="005528C2" w:rsidRPr="007A0413" w:rsidRDefault="00A1736F">
      <w:pPr>
        <w:spacing w:after="40" w:line="240" w:lineRule="auto"/>
        <w:ind w:left="312" w:hanging="312"/>
        <w:jc w:val="both"/>
      </w:pPr>
      <w:r w:rsidRPr="007A0413">
        <w:rPr>
          <w:sz w:val="21"/>
        </w:rPr>
        <w:t xml:space="preserve">b) </w:t>
      </w:r>
      <w:proofErr w:type="spellStart"/>
      <w:r w:rsidRPr="007A0413">
        <w:rPr>
          <w:sz w:val="21"/>
        </w:rPr>
        <w:t>semnarea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declarațiilor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formularelor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documentelor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calificare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pentru</w:t>
      </w:r>
      <w:proofErr w:type="spellEnd"/>
      <w:r w:rsidRPr="007A0413">
        <w:rPr>
          <w:sz w:val="21"/>
        </w:rPr>
        <w:t xml:space="preserve"> care </w:t>
      </w:r>
      <w:proofErr w:type="spellStart"/>
      <w:r w:rsidRPr="007A0413">
        <w:rPr>
          <w:sz w:val="21"/>
        </w:rPr>
        <w:t>este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permisă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reprezentarea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prin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împuternicit</w:t>
      </w:r>
      <w:proofErr w:type="spellEnd"/>
      <w:r w:rsidRPr="007A0413">
        <w:rPr>
          <w:sz w:val="21"/>
        </w:rPr>
        <w:t>;</w:t>
      </w:r>
    </w:p>
    <w:p w14:paraId="105EDD78" w14:textId="77777777" w:rsidR="005528C2" w:rsidRPr="007A0413" w:rsidRDefault="00A1736F">
      <w:pPr>
        <w:spacing w:after="40" w:line="240" w:lineRule="auto"/>
        <w:ind w:left="312" w:hanging="312"/>
        <w:jc w:val="both"/>
      </w:pPr>
      <w:r w:rsidRPr="007A0413">
        <w:rPr>
          <w:sz w:val="21"/>
        </w:rPr>
        <w:t xml:space="preserve">c) </w:t>
      </w:r>
      <w:proofErr w:type="spellStart"/>
      <w:r w:rsidRPr="007A0413">
        <w:rPr>
          <w:sz w:val="21"/>
        </w:rPr>
        <w:t>primirea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transmiterea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clarificărilor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completărilor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răspunsurilor</w:t>
      </w:r>
      <w:proofErr w:type="spellEnd"/>
      <w:r w:rsidRPr="007A0413">
        <w:rPr>
          <w:sz w:val="21"/>
        </w:rPr>
        <w:t xml:space="preserve"> solicitate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cadrul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evaluării</w:t>
      </w:r>
      <w:proofErr w:type="spellEnd"/>
      <w:r w:rsidRPr="007A0413">
        <w:rPr>
          <w:sz w:val="21"/>
        </w:rPr>
        <w:t>;</w:t>
      </w:r>
    </w:p>
    <w:p w14:paraId="22630269" w14:textId="77777777" w:rsidR="005528C2" w:rsidRPr="007A0413" w:rsidRDefault="00A1736F">
      <w:pPr>
        <w:spacing w:after="40" w:line="240" w:lineRule="auto"/>
        <w:ind w:left="312" w:hanging="312"/>
        <w:jc w:val="both"/>
      </w:pPr>
      <w:r w:rsidRPr="007A0413">
        <w:rPr>
          <w:sz w:val="21"/>
        </w:rPr>
        <w:t xml:space="preserve">d) </w:t>
      </w:r>
      <w:proofErr w:type="spellStart"/>
      <w:r w:rsidRPr="007A0413">
        <w:rPr>
          <w:sz w:val="21"/>
        </w:rPr>
        <w:t>semnarea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adreselor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comunicărilor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către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autoritatea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contractantă</w:t>
      </w:r>
      <w:proofErr w:type="spellEnd"/>
      <w:r w:rsidRPr="007A0413">
        <w:rPr>
          <w:sz w:val="21"/>
        </w:rPr>
        <w:t>;</w:t>
      </w:r>
    </w:p>
    <w:p w14:paraId="4B604A5D" w14:textId="77777777" w:rsidR="005528C2" w:rsidRPr="007A0413" w:rsidRDefault="00A1736F">
      <w:pPr>
        <w:spacing w:after="40" w:line="240" w:lineRule="auto"/>
        <w:ind w:left="312" w:hanging="312"/>
        <w:jc w:val="both"/>
      </w:pPr>
      <w:r w:rsidRPr="007A0413">
        <w:rPr>
          <w:sz w:val="21"/>
        </w:rPr>
        <w:t xml:space="preserve">e) </w:t>
      </w:r>
      <w:proofErr w:type="spellStart"/>
      <w:r w:rsidRPr="007A0413">
        <w:rPr>
          <w:sz w:val="21"/>
        </w:rPr>
        <w:t>îndeplinirea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celorlalte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acte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procedurale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necesare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participării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operatorului</w:t>
      </w:r>
      <w:proofErr w:type="spellEnd"/>
      <w:r w:rsidRPr="007A0413">
        <w:rPr>
          <w:sz w:val="21"/>
        </w:rPr>
        <w:t xml:space="preserve"> economic,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limitele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legii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ale </w:t>
      </w:r>
      <w:proofErr w:type="spellStart"/>
      <w:r w:rsidRPr="007A0413">
        <w:rPr>
          <w:sz w:val="21"/>
        </w:rPr>
        <w:t>prezentului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mandat</w:t>
      </w:r>
      <w:proofErr w:type="spellEnd"/>
      <w:r w:rsidRPr="007A0413">
        <w:rPr>
          <w:sz w:val="21"/>
        </w:rPr>
        <w:t>.</w:t>
      </w:r>
    </w:p>
    <w:p w14:paraId="4811B1EB" w14:textId="77777777" w:rsidR="005528C2" w:rsidRPr="007A0413" w:rsidRDefault="00A1736F">
      <w:pPr>
        <w:spacing w:after="80" w:line="240" w:lineRule="auto"/>
        <w:jc w:val="both"/>
      </w:pPr>
      <w:proofErr w:type="spellStart"/>
      <w:r w:rsidRPr="007A0413">
        <w:rPr>
          <w:sz w:val="21"/>
        </w:rPr>
        <w:t>Prezenta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împuternicire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este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valabilă</w:t>
      </w:r>
      <w:proofErr w:type="spellEnd"/>
      <w:r w:rsidRPr="007A0413">
        <w:rPr>
          <w:sz w:val="21"/>
        </w:rPr>
        <w:t xml:space="preserve"> de la data </w:t>
      </w:r>
      <w:proofErr w:type="spellStart"/>
      <w:r w:rsidRPr="007A0413">
        <w:rPr>
          <w:sz w:val="21"/>
        </w:rPr>
        <w:t>semnării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până</w:t>
      </w:r>
      <w:proofErr w:type="spellEnd"/>
      <w:r w:rsidRPr="007A0413">
        <w:rPr>
          <w:sz w:val="21"/>
        </w:rPr>
        <w:t xml:space="preserve"> la </w:t>
      </w:r>
      <w:proofErr w:type="spellStart"/>
      <w:r w:rsidRPr="007A0413">
        <w:rPr>
          <w:sz w:val="21"/>
        </w:rPr>
        <w:t>finalizarea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procedurii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atribuire</w:t>
      </w:r>
      <w:proofErr w:type="spellEnd"/>
      <w:r w:rsidRPr="007A0413">
        <w:rPr>
          <w:sz w:val="21"/>
        </w:rPr>
        <w:t xml:space="preserve"> / </w:t>
      </w:r>
      <w:proofErr w:type="spellStart"/>
      <w:r w:rsidRPr="007A0413">
        <w:rPr>
          <w:sz w:val="21"/>
        </w:rPr>
        <w:t>până</w:t>
      </w:r>
      <w:proofErr w:type="spellEnd"/>
      <w:r w:rsidRPr="007A0413">
        <w:rPr>
          <w:sz w:val="21"/>
        </w:rPr>
        <w:t xml:space="preserve"> la data de ____________________, </w:t>
      </w:r>
      <w:proofErr w:type="spellStart"/>
      <w:r w:rsidRPr="007A0413">
        <w:rPr>
          <w:sz w:val="21"/>
        </w:rPr>
        <w:t>dacă</w:t>
      </w:r>
      <w:proofErr w:type="spellEnd"/>
      <w:r w:rsidRPr="007A0413">
        <w:rPr>
          <w:sz w:val="21"/>
        </w:rPr>
        <w:t xml:space="preserve"> nu </w:t>
      </w:r>
      <w:proofErr w:type="spellStart"/>
      <w:r w:rsidRPr="007A0413">
        <w:rPr>
          <w:sz w:val="21"/>
        </w:rPr>
        <w:t>este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revocată</w:t>
      </w:r>
      <w:proofErr w:type="spellEnd"/>
      <w:r w:rsidRPr="007A0413">
        <w:rPr>
          <w:sz w:val="21"/>
        </w:rPr>
        <w:t xml:space="preserve"> anterior </w:t>
      </w:r>
      <w:proofErr w:type="spellStart"/>
      <w:r w:rsidRPr="007A0413">
        <w:rPr>
          <w:sz w:val="21"/>
        </w:rPr>
        <w:t>în</w:t>
      </w:r>
      <w:proofErr w:type="spellEnd"/>
      <w:r w:rsidRPr="007A0413">
        <w:rPr>
          <w:sz w:val="21"/>
        </w:rPr>
        <w:t xml:space="preserve"> mod </w:t>
      </w:r>
      <w:proofErr w:type="spellStart"/>
      <w:r w:rsidRPr="007A0413">
        <w:rPr>
          <w:sz w:val="21"/>
        </w:rPr>
        <w:t>valabil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comunicat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autorității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contractante</w:t>
      </w:r>
      <w:proofErr w:type="spellEnd"/>
      <w:r w:rsidRPr="007A0413">
        <w:rPr>
          <w:sz w:val="21"/>
        </w:rPr>
        <w:t>.</w:t>
      </w:r>
    </w:p>
    <w:p w14:paraId="69E35FEE" w14:textId="77777777" w:rsidR="005528C2" w:rsidRPr="007A0413" w:rsidRDefault="00A1736F">
      <w:pPr>
        <w:spacing w:after="80" w:line="240" w:lineRule="auto"/>
        <w:jc w:val="both"/>
      </w:pPr>
      <w:proofErr w:type="spellStart"/>
      <w:r w:rsidRPr="007A0413">
        <w:rPr>
          <w:sz w:val="21"/>
        </w:rPr>
        <w:t>Împuternicitul</w:t>
      </w:r>
      <w:proofErr w:type="spellEnd"/>
      <w:r w:rsidRPr="007A0413">
        <w:rPr>
          <w:sz w:val="21"/>
        </w:rPr>
        <w:t xml:space="preserve"> nu </w:t>
      </w:r>
      <w:proofErr w:type="spellStart"/>
      <w:r w:rsidRPr="007A0413">
        <w:rPr>
          <w:sz w:val="21"/>
        </w:rPr>
        <w:t>poate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transmite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mandatul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unei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alte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persoane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decât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dacă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această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posibilitate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este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autorizată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expres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reprezentantul</w:t>
      </w:r>
      <w:proofErr w:type="spellEnd"/>
      <w:r w:rsidRPr="007A0413">
        <w:rPr>
          <w:sz w:val="21"/>
        </w:rPr>
        <w:t xml:space="preserve"> legal </w:t>
      </w:r>
      <w:proofErr w:type="spellStart"/>
      <w:r w:rsidRPr="007A0413">
        <w:rPr>
          <w:sz w:val="21"/>
        </w:rPr>
        <w:t>și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este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permisă</w:t>
      </w:r>
      <w:proofErr w:type="spellEnd"/>
      <w:r w:rsidRPr="007A0413">
        <w:rPr>
          <w:sz w:val="21"/>
        </w:rPr>
        <w:t xml:space="preserve"> de </w:t>
      </w:r>
      <w:proofErr w:type="spellStart"/>
      <w:r w:rsidRPr="007A0413">
        <w:rPr>
          <w:sz w:val="21"/>
        </w:rPr>
        <w:t>lege</w:t>
      </w:r>
      <w:proofErr w:type="spellEnd"/>
      <w:r w:rsidRPr="007A0413">
        <w:rPr>
          <w:sz w:val="21"/>
        </w:rPr>
        <w:t>.</w:t>
      </w:r>
    </w:p>
    <w:p w14:paraId="52E42C50" w14:textId="77777777" w:rsidR="005528C2" w:rsidRPr="007A0413" w:rsidRDefault="00A1736F">
      <w:pPr>
        <w:spacing w:after="80" w:line="240" w:lineRule="auto"/>
        <w:jc w:val="both"/>
      </w:pPr>
      <w:proofErr w:type="spellStart"/>
      <w:r w:rsidRPr="007A0413">
        <w:rPr>
          <w:sz w:val="21"/>
        </w:rPr>
        <w:t>Anexe</w:t>
      </w:r>
      <w:proofErr w:type="spellEnd"/>
      <w:r w:rsidRPr="007A0413">
        <w:rPr>
          <w:sz w:val="21"/>
        </w:rPr>
        <w:t xml:space="preserve">, </w:t>
      </w:r>
      <w:proofErr w:type="spellStart"/>
      <w:r w:rsidRPr="007A0413">
        <w:rPr>
          <w:sz w:val="21"/>
        </w:rPr>
        <w:t>după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caz</w:t>
      </w:r>
      <w:proofErr w:type="spellEnd"/>
      <w:r w:rsidRPr="007A0413">
        <w:rPr>
          <w:sz w:val="21"/>
        </w:rPr>
        <w:t xml:space="preserve">: </w:t>
      </w:r>
      <w:proofErr w:type="spellStart"/>
      <w:r w:rsidRPr="007A0413">
        <w:rPr>
          <w:sz w:val="21"/>
        </w:rPr>
        <w:t>copie</w:t>
      </w:r>
      <w:proofErr w:type="spellEnd"/>
      <w:r w:rsidRPr="007A0413">
        <w:rPr>
          <w:sz w:val="21"/>
        </w:rPr>
        <w:t xml:space="preserve"> act de </w:t>
      </w:r>
      <w:proofErr w:type="spellStart"/>
      <w:r w:rsidRPr="007A0413">
        <w:rPr>
          <w:sz w:val="21"/>
        </w:rPr>
        <w:t>identitate</w:t>
      </w:r>
      <w:proofErr w:type="spellEnd"/>
      <w:r w:rsidRPr="007A0413">
        <w:rPr>
          <w:sz w:val="21"/>
        </w:rPr>
        <w:t xml:space="preserve"> al </w:t>
      </w:r>
      <w:proofErr w:type="spellStart"/>
      <w:r w:rsidRPr="007A0413">
        <w:rPr>
          <w:sz w:val="21"/>
        </w:rPr>
        <w:t>împuternicitului</w:t>
      </w:r>
      <w:proofErr w:type="spellEnd"/>
      <w:r w:rsidRPr="007A0413">
        <w:rPr>
          <w:sz w:val="21"/>
        </w:rPr>
        <w:t xml:space="preserve">; </w:t>
      </w:r>
      <w:proofErr w:type="spellStart"/>
      <w:r w:rsidRPr="007A0413">
        <w:rPr>
          <w:sz w:val="21"/>
        </w:rPr>
        <w:t>documente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privind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calitatea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semnatarului</w:t>
      </w:r>
      <w:proofErr w:type="spellEnd"/>
      <w:r w:rsidRPr="007A0413">
        <w:rPr>
          <w:sz w:val="21"/>
        </w:rPr>
        <w:t xml:space="preserve">; </w:t>
      </w:r>
      <w:proofErr w:type="spellStart"/>
      <w:r w:rsidRPr="007A0413">
        <w:rPr>
          <w:sz w:val="21"/>
        </w:rPr>
        <w:t>alte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documente</w:t>
      </w:r>
      <w:proofErr w:type="spellEnd"/>
      <w:r w:rsidRPr="007A0413">
        <w:rPr>
          <w:sz w:val="21"/>
        </w:rPr>
        <w:t xml:space="preserve"> </w:t>
      </w:r>
      <w:proofErr w:type="spellStart"/>
      <w:r w:rsidRPr="007A0413">
        <w:rPr>
          <w:sz w:val="21"/>
        </w:rPr>
        <w:t>relevante</w:t>
      </w:r>
      <w:proofErr w:type="spellEnd"/>
      <w:r w:rsidRPr="007A0413">
        <w:rPr>
          <w:sz w:val="21"/>
        </w:rPr>
        <w:t>.</w:t>
      </w:r>
    </w:p>
    <w:p w14:paraId="1684E6C3" w14:textId="77777777" w:rsidR="005528C2" w:rsidRPr="007A0413" w:rsidRDefault="00A1736F">
      <w:pPr>
        <w:spacing w:after="80" w:line="240" w:lineRule="auto"/>
      </w:pPr>
      <w:r w:rsidRPr="007A0413">
        <w:rPr>
          <w:sz w:val="21"/>
        </w:rPr>
        <w:t>Data: ____________________</w:t>
      </w:r>
    </w:p>
    <w:p w14:paraId="03957753" w14:textId="77777777" w:rsidR="005528C2" w:rsidRPr="007A0413" w:rsidRDefault="00A1736F">
      <w:pPr>
        <w:spacing w:after="80" w:line="240" w:lineRule="auto"/>
        <w:jc w:val="center"/>
      </w:pPr>
      <w:r w:rsidRPr="007A0413">
        <w:rPr>
          <w:b/>
          <w:sz w:val="21"/>
        </w:rPr>
        <w:t>REPREZENTANT LEGAL                                           ÎMPUTERNICIT</w:t>
      </w:r>
    </w:p>
    <w:p w14:paraId="180F4C46" w14:textId="77777777" w:rsidR="005528C2" w:rsidRPr="007A0413" w:rsidRDefault="00A1736F">
      <w:pPr>
        <w:spacing w:after="80" w:line="240" w:lineRule="auto"/>
        <w:jc w:val="center"/>
      </w:pPr>
      <w:proofErr w:type="spellStart"/>
      <w:r w:rsidRPr="007A0413">
        <w:rPr>
          <w:sz w:val="21"/>
        </w:rPr>
        <w:t>Nume</w:t>
      </w:r>
      <w:proofErr w:type="spellEnd"/>
      <w:r w:rsidRPr="007A0413">
        <w:rPr>
          <w:sz w:val="21"/>
        </w:rPr>
        <w:t xml:space="preserve">: __________________________                               </w:t>
      </w:r>
      <w:proofErr w:type="spellStart"/>
      <w:r w:rsidRPr="007A0413">
        <w:rPr>
          <w:sz w:val="21"/>
        </w:rPr>
        <w:t>Nume</w:t>
      </w:r>
      <w:proofErr w:type="spellEnd"/>
      <w:r w:rsidRPr="007A0413">
        <w:rPr>
          <w:sz w:val="21"/>
        </w:rPr>
        <w:t>: __________________________</w:t>
      </w:r>
    </w:p>
    <w:p w14:paraId="1DEDD7D9" w14:textId="77777777" w:rsidR="005528C2" w:rsidRPr="007A0413" w:rsidRDefault="00A1736F">
      <w:pPr>
        <w:spacing w:after="80" w:line="240" w:lineRule="auto"/>
        <w:jc w:val="center"/>
      </w:pPr>
      <w:proofErr w:type="spellStart"/>
      <w:r w:rsidRPr="007A0413">
        <w:rPr>
          <w:sz w:val="21"/>
        </w:rPr>
        <w:t>Funcție</w:t>
      </w:r>
      <w:proofErr w:type="spellEnd"/>
      <w:r w:rsidRPr="007A0413">
        <w:rPr>
          <w:sz w:val="21"/>
        </w:rPr>
        <w:t xml:space="preserve">: ________________________                               </w:t>
      </w:r>
      <w:proofErr w:type="spellStart"/>
      <w:r w:rsidRPr="007A0413">
        <w:rPr>
          <w:sz w:val="21"/>
        </w:rPr>
        <w:t>Semnătură</w:t>
      </w:r>
      <w:proofErr w:type="spellEnd"/>
      <w:r w:rsidRPr="007A0413">
        <w:rPr>
          <w:sz w:val="21"/>
        </w:rPr>
        <w:t xml:space="preserve"> specimen: ______________</w:t>
      </w:r>
    </w:p>
    <w:p w14:paraId="487E5F12" w14:textId="77777777" w:rsidR="005528C2" w:rsidRDefault="00A1736F">
      <w:pPr>
        <w:spacing w:after="80" w:line="240" w:lineRule="auto"/>
      </w:pPr>
      <w:proofErr w:type="spellStart"/>
      <w:r w:rsidRPr="007A0413">
        <w:rPr>
          <w:sz w:val="21"/>
        </w:rPr>
        <w:t>Semnătură</w:t>
      </w:r>
      <w:proofErr w:type="spellEnd"/>
      <w:r w:rsidRPr="007A0413">
        <w:rPr>
          <w:sz w:val="21"/>
        </w:rPr>
        <w:t>: _____________________</w:t>
      </w:r>
    </w:p>
    <w:sectPr w:rsidR="005528C2" w:rsidSect="00034616">
      <w:headerReference w:type="default" r:id="rId10"/>
      <w:footerReference w:type="default" r:id="rId11"/>
      <w:pgSz w:w="12240" w:h="15840"/>
      <w:pgMar w:top="935" w:right="1020" w:bottom="935" w:left="1134" w:header="198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55986" w14:textId="77777777" w:rsidR="004374AF" w:rsidRDefault="004374AF">
      <w:pPr>
        <w:spacing w:after="0" w:line="240" w:lineRule="auto"/>
      </w:pPr>
      <w:r>
        <w:separator/>
      </w:r>
    </w:p>
  </w:endnote>
  <w:endnote w:type="continuationSeparator" w:id="0">
    <w:p w14:paraId="005D82C3" w14:textId="77777777" w:rsidR="004374AF" w:rsidRDefault="00437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F8F3D" w14:textId="77777777" w:rsidR="00EE76A8" w:rsidRDefault="00EE76A8">
    <w:pPr>
      <w:pStyle w:val="Subsol"/>
    </w:pPr>
    <w:r>
      <w:rPr>
        <w:noProof/>
        <w:lang w:val="ro-RO" w:eastAsia="ro-RO"/>
      </w:rPr>
      <w:drawing>
        <wp:anchor distT="0" distB="0" distL="114300" distR="114300" simplePos="0" relativeHeight="251665408" behindDoc="0" locked="0" layoutInCell="1" allowOverlap="1" wp14:anchorId="178572FB" wp14:editId="7598C5AC">
          <wp:simplePos x="0" y="0"/>
          <wp:positionH relativeFrom="column">
            <wp:posOffset>3743325</wp:posOffset>
          </wp:positionH>
          <wp:positionV relativeFrom="paragraph">
            <wp:posOffset>-428625</wp:posOffset>
          </wp:positionV>
          <wp:extent cx="114300" cy="238125"/>
          <wp:effectExtent l="19050" t="0" r="0" b="0"/>
          <wp:wrapThrough wrapText="bothSides">
            <wp:wrapPolygon edited="0">
              <wp:start x="-3600" y="0"/>
              <wp:lineTo x="-3600" y="20736"/>
              <wp:lineTo x="21600" y="20736"/>
              <wp:lineTo x="21600" y="0"/>
              <wp:lineTo x="-3600" y="0"/>
            </wp:wrapPolygon>
          </wp:wrapThrough>
          <wp:docPr id="4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160839" name="Picture 2501608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2432"/>
                  <a:stretch>
                    <a:fillRect/>
                  </a:stretch>
                </pic:blipFill>
                <pic:spPr>
                  <a:xfrm>
                    <a:off x="0" y="0"/>
                    <a:ext cx="114300" cy="238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0E4440F" wp14:editId="5013AE91">
              <wp:simplePos x="0" y="0"/>
              <wp:positionH relativeFrom="column">
                <wp:posOffset>3816350</wp:posOffset>
              </wp:positionH>
              <wp:positionV relativeFrom="paragraph">
                <wp:posOffset>-473075</wp:posOffset>
              </wp:positionV>
              <wp:extent cx="1638935" cy="386080"/>
              <wp:effectExtent l="0" t="0" r="0" b="0"/>
              <wp:wrapNone/>
              <wp:docPr id="8544940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8935" cy="386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C50B02" w14:textId="77777777" w:rsidR="00EE76A8" w:rsidRPr="009545CE" w:rsidRDefault="00EE76A8" w:rsidP="000654B9">
                          <w:pPr>
                            <w:rPr>
                              <w:rFonts w:ascii="Arial" w:hAnsi="Arial" w:cs="Arial"/>
                              <w:color w:val="0A447B"/>
                              <w:sz w:val="16"/>
                              <w:szCs w:val="16"/>
                              <w:lang w:val="ro-RO"/>
                            </w:rPr>
                          </w:pPr>
                          <w:r w:rsidRPr="009545CE">
                            <w:rPr>
                              <w:rFonts w:ascii="Arial" w:hAnsi="Arial" w:cs="Arial"/>
                              <w:color w:val="0A447B"/>
                              <w:sz w:val="16"/>
                              <w:szCs w:val="16"/>
                              <w:lang w:val="ro-RO"/>
                            </w:rPr>
                            <w:t xml:space="preserve">Email: </w:t>
                          </w:r>
                          <w:r>
                            <w:rPr>
                              <w:rFonts w:ascii="Arial" w:hAnsi="Arial" w:cs="Arial"/>
                              <w:color w:val="0A447B"/>
                              <w:sz w:val="16"/>
                              <w:szCs w:val="16"/>
                              <w:lang w:val="ro-RO"/>
                            </w:rPr>
                            <w:t>infopublice</w:t>
                          </w:r>
                          <w:r w:rsidRPr="009545CE">
                            <w:rPr>
                              <w:rFonts w:ascii="Arial" w:hAnsi="Arial" w:cs="Arial"/>
                              <w:color w:val="0A447B"/>
                              <w:sz w:val="16"/>
                              <w:szCs w:val="16"/>
                              <w:lang w:val="ro-RO"/>
                            </w:rPr>
                            <w:t>@ps2.ro</w:t>
                          </w:r>
                        </w:p>
                        <w:p w14:paraId="1D441E26" w14:textId="77777777" w:rsidR="00EE76A8" w:rsidRPr="009545CE" w:rsidRDefault="00EE76A8" w:rsidP="000654B9">
                          <w:pPr>
                            <w:rPr>
                              <w:rFonts w:ascii="Arial" w:hAnsi="Arial" w:cs="Arial"/>
                              <w:color w:val="0A447B"/>
                              <w:sz w:val="16"/>
                              <w:szCs w:val="16"/>
                              <w:lang w:val="ro-RO"/>
                            </w:rPr>
                          </w:pPr>
                          <w:r w:rsidRPr="009545CE">
                            <w:rPr>
                              <w:rFonts w:ascii="Arial" w:hAnsi="Arial" w:cs="Arial"/>
                              <w:color w:val="0A447B"/>
                              <w:sz w:val="16"/>
                              <w:szCs w:val="16"/>
                              <w:lang w:val="ro-RO"/>
                            </w:rPr>
                            <w:t>Tel: 021.209.60.00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E4440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00.5pt;margin-top:-37.25pt;width:129.05pt;height:3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" filled="f" stroked="f" strokeweight=".5pt">
              <v:textbox>
                <w:txbxContent>
                  <w:p w14:paraId="37C50B02" w14:textId="77777777" w:rsidR="00EE76A8" w:rsidRPr="009545CE" w:rsidRDefault="00EE76A8" w:rsidP="000654B9">
                    <w:pPr>
                      <w:rPr>
                        <w:rFonts w:ascii="Arial" w:hAnsi="Arial" w:cs="Arial"/>
                        <w:color w:val="0A447B"/>
                        <w:sz w:val="16"/>
                        <w:szCs w:val="16"/>
                        <w:lang w:val="ro-RO"/>
                      </w:rPr>
                    </w:pPr>
                    <w:r w:rsidRPr="009545CE">
                      <w:rPr>
                        <w:rFonts w:ascii="Arial" w:hAnsi="Arial" w:cs="Arial"/>
                        <w:color w:val="0A447B"/>
                        <w:sz w:val="16"/>
                        <w:szCs w:val="16"/>
                        <w:lang w:val="ro-RO"/>
                      </w:rPr>
                      <w:t xml:space="preserve">Email: </w:t>
                    </w:r>
                    <w:r>
                      <w:rPr>
                        <w:rFonts w:ascii="Arial" w:hAnsi="Arial" w:cs="Arial"/>
                        <w:color w:val="0A447B"/>
                        <w:sz w:val="16"/>
                        <w:szCs w:val="16"/>
                        <w:lang w:val="ro-RO"/>
                      </w:rPr>
                      <w:t>infopublice</w:t>
                    </w:r>
                    <w:r w:rsidRPr="009545CE">
                      <w:rPr>
                        <w:rFonts w:ascii="Arial" w:hAnsi="Arial" w:cs="Arial"/>
                        <w:color w:val="0A447B"/>
                        <w:sz w:val="16"/>
                        <w:szCs w:val="16"/>
                        <w:lang w:val="ro-RO"/>
                      </w:rPr>
                      <w:t>@ps2.ro</w:t>
                    </w:r>
                  </w:p>
                  <w:p w14:paraId="1D441E26" w14:textId="77777777" w:rsidR="00EE76A8" w:rsidRPr="009545CE" w:rsidRDefault="00EE76A8" w:rsidP="000654B9">
                    <w:pPr>
                      <w:rPr>
                        <w:rFonts w:ascii="Arial" w:hAnsi="Arial" w:cs="Arial"/>
                        <w:color w:val="0A447B"/>
                        <w:sz w:val="16"/>
                        <w:szCs w:val="16"/>
                        <w:lang w:val="ro-RO"/>
                      </w:rPr>
                    </w:pPr>
                    <w:r w:rsidRPr="009545CE">
                      <w:rPr>
                        <w:rFonts w:ascii="Arial" w:hAnsi="Arial" w:cs="Arial"/>
                        <w:color w:val="0A447B"/>
                        <w:sz w:val="16"/>
                        <w:szCs w:val="16"/>
                        <w:lang w:val="ro-RO"/>
                      </w:rPr>
                      <w:t>Tel: 021.209.60.00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1CD695" wp14:editId="5360D244">
              <wp:simplePos x="0" y="0"/>
              <wp:positionH relativeFrom="column">
                <wp:posOffset>-352425</wp:posOffset>
              </wp:positionH>
              <wp:positionV relativeFrom="paragraph">
                <wp:posOffset>-657225</wp:posOffset>
              </wp:positionV>
              <wp:extent cx="3295650" cy="828675"/>
              <wp:effectExtent l="0" t="0" r="0" b="0"/>
              <wp:wrapNone/>
              <wp:docPr id="40966268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95650" cy="8286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706258B" w14:textId="77777777" w:rsidR="00EE76A8" w:rsidRPr="001A6F65" w:rsidRDefault="00EE76A8" w:rsidP="001A6F65">
                          <w:pPr>
                            <w:rPr>
                              <w:rFonts w:ascii="Arial" w:hAnsi="Arial" w:cs="Arial"/>
                              <w:b/>
                              <w:color w:val="0B447B"/>
                              <w:lang w:val="ro-RO"/>
                            </w:rPr>
                          </w:pPr>
                          <w:r w:rsidRPr="001A6F65">
                            <w:rPr>
                              <w:rFonts w:ascii="Arial" w:hAnsi="Arial" w:cs="Arial"/>
                              <w:b/>
                              <w:color w:val="0B447B"/>
                              <w:lang w:val="ro-RO"/>
                            </w:rPr>
                            <w:t xml:space="preserve">Direcția </w:t>
                          </w:r>
                          <w:r>
                            <w:rPr>
                              <w:rFonts w:ascii="Arial" w:hAnsi="Arial" w:cs="Arial"/>
                              <w:b/>
                              <w:color w:val="0B447B"/>
                              <w:lang w:val="ro-RO"/>
                            </w:rPr>
                            <w:t>Achiziții Publice</w:t>
                          </w:r>
                        </w:p>
                        <w:p w14:paraId="21DB3B5C" w14:textId="77777777" w:rsidR="00EE76A8" w:rsidRDefault="00EE76A8" w:rsidP="001A6F65">
                          <w:pPr>
                            <w:rPr>
                              <w:rFonts w:ascii="Arial" w:hAnsi="Arial" w:cs="Arial"/>
                              <w:i/>
                              <w:color w:val="0B447B"/>
                              <w:lang w:val="ro-RO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color w:val="0B447B"/>
                              <w:lang w:val="ro-RO"/>
                            </w:rPr>
                            <w:t>Compartiment Caiete de Sarcini</w:t>
                          </w:r>
                        </w:p>
                        <w:p w14:paraId="7281078B" w14:textId="77777777" w:rsidR="00EE76A8" w:rsidRPr="001A6F65" w:rsidRDefault="00EE76A8" w:rsidP="001A6F65">
                          <w:pPr>
                            <w:rPr>
                              <w:rFonts w:ascii="Arial" w:hAnsi="Arial" w:cs="Arial"/>
                              <w:i/>
                              <w:color w:val="0B447B"/>
                              <w:lang w:val="ro-RO"/>
                            </w:rPr>
                          </w:pPr>
                        </w:p>
                        <w:p w14:paraId="5B0B5881" w14:textId="77777777" w:rsidR="00EE76A8" w:rsidRPr="009545CE" w:rsidRDefault="00EE76A8" w:rsidP="000654B9">
                          <w:pPr>
                            <w:rPr>
                              <w:rFonts w:ascii="Arial" w:hAnsi="Arial" w:cs="Arial"/>
                              <w:color w:val="0B447B"/>
                              <w:sz w:val="16"/>
                              <w:szCs w:val="16"/>
                              <w:lang w:val="ro-RO"/>
                            </w:rPr>
                          </w:pPr>
                          <w:r w:rsidRPr="009545CE">
                            <w:rPr>
                              <w:rFonts w:ascii="Arial" w:hAnsi="Arial" w:cs="Arial"/>
                              <w:color w:val="0B447B"/>
                              <w:sz w:val="16"/>
                              <w:szCs w:val="16"/>
                              <w:lang w:val="ro-RO"/>
                            </w:rPr>
                            <w:t>Str. Chiristigiilor nr. 11-13</w:t>
                          </w:r>
                        </w:p>
                        <w:p w14:paraId="5D4F3430" w14:textId="77777777" w:rsidR="00EE76A8" w:rsidRPr="009545CE" w:rsidRDefault="00EE76A8" w:rsidP="000654B9">
                          <w:pPr>
                            <w:rPr>
                              <w:rFonts w:ascii="Arial" w:hAnsi="Arial" w:cs="Arial"/>
                              <w:color w:val="0B447B"/>
                              <w:sz w:val="16"/>
                              <w:szCs w:val="16"/>
                              <w:lang w:val="ro-RO"/>
                            </w:rPr>
                          </w:pPr>
                          <w:r w:rsidRPr="009545CE">
                            <w:rPr>
                              <w:rFonts w:ascii="Arial" w:hAnsi="Arial" w:cs="Arial"/>
                              <w:color w:val="0B447B"/>
                              <w:sz w:val="16"/>
                              <w:szCs w:val="16"/>
                              <w:lang w:val="ro-RO"/>
                            </w:rPr>
                            <w:t>București, Sector 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1CD695" id="_x0000_s1027" type="#_x0000_t202" style="position:absolute;margin-left:-27.75pt;margin-top:-51.75pt;width:259.5pt;height:6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" filled="f" stroked="f" strokeweight=".5pt">
              <v:textbox>
                <w:txbxContent>
                  <w:p w14:paraId="5706258B" w14:textId="77777777" w:rsidR="00EE76A8" w:rsidRPr="001A6F65" w:rsidRDefault="00EE76A8" w:rsidP="001A6F65">
                    <w:pPr>
                      <w:rPr>
                        <w:rFonts w:ascii="Arial" w:hAnsi="Arial" w:cs="Arial"/>
                        <w:b/>
                        <w:color w:val="0B447B"/>
                        <w:lang w:val="ro-RO"/>
                      </w:rPr>
                    </w:pPr>
                    <w:r w:rsidRPr="001A6F65">
                      <w:rPr>
                        <w:rFonts w:ascii="Arial" w:hAnsi="Arial" w:cs="Arial"/>
                        <w:b/>
                        <w:color w:val="0B447B"/>
                        <w:lang w:val="ro-RO"/>
                      </w:rPr>
                      <w:t xml:space="preserve">Direcția </w:t>
                    </w:r>
                    <w:r>
                      <w:rPr>
                        <w:rFonts w:ascii="Arial" w:hAnsi="Arial" w:cs="Arial"/>
                        <w:b/>
                        <w:color w:val="0B447B"/>
                        <w:lang w:val="ro-RO"/>
                      </w:rPr>
                      <w:t>Achiziții Publice</w:t>
                    </w:r>
                  </w:p>
                  <w:p w14:paraId="21DB3B5C" w14:textId="77777777" w:rsidR="00EE76A8" w:rsidRDefault="00EE76A8" w:rsidP="001A6F65">
                    <w:pPr>
                      <w:rPr>
                        <w:rFonts w:ascii="Arial" w:hAnsi="Arial" w:cs="Arial"/>
                        <w:i/>
                        <w:color w:val="0B447B"/>
                        <w:lang w:val="ro-RO"/>
                      </w:rPr>
                    </w:pPr>
                    <w:r>
                      <w:rPr>
                        <w:rFonts w:ascii="Arial" w:hAnsi="Arial" w:cs="Arial"/>
                        <w:i/>
                        <w:color w:val="0B447B"/>
                        <w:lang w:val="ro-RO"/>
                      </w:rPr>
                      <w:t>Compartiment Caiete de Sarcini</w:t>
                    </w:r>
                  </w:p>
                  <w:p w14:paraId="7281078B" w14:textId="77777777" w:rsidR="00EE76A8" w:rsidRPr="001A6F65" w:rsidRDefault="00EE76A8" w:rsidP="001A6F65">
                    <w:pPr>
                      <w:rPr>
                        <w:rFonts w:ascii="Arial" w:hAnsi="Arial" w:cs="Arial"/>
                        <w:i/>
                        <w:color w:val="0B447B"/>
                        <w:lang w:val="ro-RO"/>
                      </w:rPr>
                    </w:pPr>
                  </w:p>
                  <w:p w14:paraId="5B0B5881" w14:textId="77777777" w:rsidR="00EE76A8" w:rsidRPr="009545CE" w:rsidRDefault="00EE76A8" w:rsidP="000654B9">
                    <w:pPr>
                      <w:rPr>
                        <w:rFonts w:ascii="Arial" w:hAnsi="Arial" w:cs="Arial"/>
                        <w:color w:val="0B447B"/>
                        <w:sz w:val="16"/>
                        <w:szCs w:val="16"/>
                        <w:lang w:val="ro-RO"/>
                      </w:rPr>
                    </w:pPr>
                    <w:r w:rsidRPr="009545CE">
                      <w:rPr>
                        <w:rFonts w:ascii="Arial" w:hAnsi="Arial" w:cs="Arial"/>
                        <w:color w:val="0B447B"/>
                        <w:sz w:val="16"/>
                        <w:szCs w:val="16"/>
                        <w:lang w:val="ro-RO"/>
                      </w:rPr>
                      <w:t>Str. Chiristigiilor nr. 11-13</w:t>
                    </w:r>
                  </w:p>
                  <w:p w14:paraId="5D4F3430" w14:textId="77777777" w:rsidR="00EE76A8" w:rsidRPr="009545CE" w:rsidRDefault="00EE76A8" w:rsidP="000654B9">
                    <w:pPr>
                      <w:rPr>
                        <w:rFonts w:ascii="Arial" w:hAnsi="Arial" w:cs="Arial"/>
                        <w:color w:val="0B447B"/>
                        <w:sz w:val="16"/>
                        <w:szCs w:val="16"/>
                        <w:lang w:val="ro-RO"/>
                      </w:rPr>
                    </w:pPr>
                    <w:r w:rsidRPr="009545CE">
                      <w:rPr>
                        <w:rFonts w:ascii="Arial" w:hAnsi="Arial" w:cs="Arial"/>
                        <w:color w:val="0B447B"/>
                        <w:sz w:val="16"/>
                        <w:szCs w:val="16"/>
                        <w:lang w:val="ro-RO"/>
                      </w:rPr>
                      <w:t>București, Sector 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446F6720" wp14:editId="00D40A19">
              <wp:simplePos x="0" y="0"/>
              <wp:positionH relativeFrom="column">
                <wp:posOffset>-263525</wp:posOffset>
              </wp:positionH>
              <wp:positionV relativeFrom="paragraph">
                <wp:posOffset>-703581</wp:posOffset>
              </wp:positionV>
              <wp:extent cx="6313805" cy="0"/>
              <wp:effectExtent l="0" t="0" r="0" b="0"/>
              <wp:wrapNone/>
              <wp:docPr id="219238990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313805" cy="0"/>
                      </a:xfrm>
                      <a:prstGeom prst="line">
                        <a:avLst/>
                      </a:prstGeom>
                      <a:ln>
                        <a:solidFill>
                          <a:srgbClr val="0A447B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440032" id="Straight Connector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20.75pt,-55.4pt" to="476.4pt,-5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" strokecolor="#0a447b">
              <o:lock v:ext="edit" shapetype="f"/>
            </v:lin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19421E5" wp14:editId="0AE52C9B">
              <wp:simplePos x="0" y="0"/>
              <wp:positionH relativeFrom="column">
                <wp:posOffset>4256405</wp:posOffset>
              </wp:positionH>
              <wp:positionV relativeFrom="paragraph">
                <wp:posOffset>-976630</wp:posOffset>
              </wp:positionV>
              <wp:extent cx="1919605" cy="747395"/>
              <wp:effectExtent l="0" t="0" r="0" b="0"/>
              <wp:wrapNone/>
              <wp:docPr id="3139283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9605" cy="7473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65B4885" w14:textId="77777777" w:rsidR="00EE76A8" w:rsidRPr="009545CE" w:rsidRDefault="00EE76A8" w:rsidP="000654B9">
                          <w:pPr>
                            <w:spacing w:line="360" w:lineRule="auto"/>
                            <w:rPr>
                              <w:rFonts w:ascii="Arial" w:hAnsi="Arial" w:cs="Arial"/>
                              <w:i/>
                              <w:iCs/>
                              <w:color w:val="0A447B"/>
                              <w:lang w:val="ro-RO"/>
                            </w:rPr>
                          </w:pPr>
                          <w:r w:rsidRPr="009545CE">
                            <w:rPr>
                              <w:rFonts w:ascii="Arial" w:hAnsi="Arial" w:cs="Arial"/>
                              <w:i/>
                              <w:iCs/>
                              <w:color w:val="0A447B"/>
                              <w:lang w:val="ro-RO"/>
                            </w:rPr>
                            <w:t>Respect pentru comunitate.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9421E5" id="_x0000_s1028" type="#_x0000_t202" style="position:absolute;margin-left:335.15pt;margin-top:-76.9pt;width:151.15pt;height:58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" filled="f" stroked="f" strokeweight=".5pt">
              <v:textbox>
                <w:txbxContent>
                  <w:p w14:paraId="765B4885" w14:textId="77777777" w:rsidR="00EE76A8" w:rsidRPr="009545CE" w:rsidRDefault="00EE76A8" w:rsidP="000654B9">
                    <w:pPr>
                      <w:spacing w:line="360" w:lineRule="auto"/>
                      <w:rPr>
                        <w:rFonts w:ascii="Arial" w:hAnsi="Arial" w:cs="Arial"/>
                        <w:i/>
                        <w:iCs/>
                        <w:color w:val="0A447B"/>
                        <w:lang w:val="ro-RO"/>
                      </w:rPr>
                    </w:pPr>
                    <w:r w:rsidRPr="009545CE">
                      <w:rPr>
                        <w:rFonts w:ascii="Arial" w:hAnsi="Arial" w:cs="Arial"/>
                        <w:i/>
                        <w:iCs/>
                        <w:color w:val="0A447B"/>
                        <w:lang w:val="ro-RO"/>
                      </w:rPr>
                      <w:t>Respect pentru comunitate.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4ECF028" wp14:editId="60C5EAB2">
              <wp:simplePos x="0" y="0"/>
              <wp:positionH relativeFrom="column">
                <wp:posOffset>5242560</wp:posOffset>
              </wp:positionH>
              <wp:positionV relativeFrom="paragraph">
                <wp:posOffset>-414655</wp:posOffset>
              </wp:positionV>
              <wp:extent cx="891540" cy="523240"/>
              <wp:effectExtent l="0" t="0" r="0" b="0"/>
              <wp:wrapNone/>
              <wp:docPr id="17952330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1540" cy="5232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1CC212" w14:textId="77777777" w:rsidR="00EE76A8" w:rsidRPr="009545CE" w:rsidRDefault="00EE76A8" w:rsidP="000654B9">
                          <w:pPr>
                            <w:jc w:val="right"/>
                            <w:rPr>
                              <w:rFonts w:ascii="Arial" w:hAnsi="Arial" w:cs="Arial"/>
                              <w:color w:val="0A447B"/>
                              <w:sz w:val="16"/>
                              <w:szCs w:val="16"/>
                              <w:lang w:val="ro-RO"/>
                            </w:rPr>
                          </w:pPr>
                          <w:r w:rsidRPr="009545CE">
                            <w:rPr>
                              <w:rFonts w:ascii="Arial" w:hAnsi="Arial" w:cs="Arial"/>
                              <w:color w:val="0A447B"/>
                              <w:sz w:val="16"/>
                              <w:szCs w:val="16"/>
                              <w:lang w:val="ro-RO"/>
                            </w:rPr>
                            <w:t>www.ps2.ro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ECF028" id="_x0000_s1029" type="#_x0000_t202" style="position:absolute;margin-left:412.8pt;margin-top:-32.65pt;width:70.2pt;height:4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" filled="f" stroked="f" strokeweight=".5pt">
              <v:textbox>
                <w:txbxContent>
                  <w:p w14:paraId="601CC212" w14:textId="77777777" w:rsidR="00EE76A8" w:rsidRPr="009545CE" w:rsidRDefault="00EE76A8" w:rsidP="000654B9">
                    <w:pPr>
                      <w:jc w:val="right"/>
                      <w:rPr>
                        <w:rFonts w:ascii="Arial" w:hAnsi="Arial" w:cs="Arial"/>
                        <w:color w:val="0A447B"/>
                        <w:sz w:val="16"/>
                        <w:szCs w:val="16"/>
                        <w:lang w:val="ro-RO"/>
                      </w:rPr>
                    </w:pPr>
                    <w:r w:rsidRPr="009545CE">
                      <w:rPr>
                        <w:rFonts w:ascii="Arial" w:hAnsi="Arial" w:cs="Arial"/>
                        <w:color w:val="0A447B"/>
                        <w:sz w:val="16"/>
                        <w:szCs w:val="16"/>
                        <w:lang w:val="ro-RO"/>
                      </w:rPr>
                      <w:t>www.ps2.ro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8ADBD" w14:textId="77777777" w:rsidR="00AE28BA" w:rsidRDefault="00AE28BA">
    <w:pPr>
      <w:pStyle w:val="Subsol"/>
      <w:pBdr>
        <w:top w:val="single" w:sz="10" w:space="2" w:color="6F8494"/>
      </w:pBdr>
      <w:jc w:val="right"/>
    </w:pPr>
    <w:r>
      <w:rPr>
        <w:i/>
        <w:color w:val="466073"/>
        <w:sz w:val="17"/>
      </w:rPr>
      <w:t xml:space="preserve">Respect </w:t>
    </w:r>
    <w:proofErr w:type="spellStart"/>
    <w:r>
      <w:rPr>
        <w:i/>
        <w:color w:val="466073"/>
        <w:sz w:val="17"/>
      </w:rPr>
      <w:t>pentru</w:t>
    </w:r>
    <w:proofErr w:type="spellEnd"/>
    <w:r>
      <w:rPr>
        <w:i/>
        <w:color w:val="466073"/>
        <w:sz w:val="17"/>
      </w:rPr>
      <w:t xml:space="preserve"> </w:t>
    </w:r>
    <w:proofErr w:type="spellStart"/>
    <w:r>
      <w:rPr>
        <w:i/>
        <w:color w:val="466073"/>
        <w:sz w:val="17"/>
      </w:rPr>
      <w:t>comunitate</w:t>
    </w:r>
    <w:proofErr w:type="spellEnd"/>
    <w:r>
      <w:rPr>
        <w:i/>
        <w:color w:val="466073"/>
        <w:sz w:val="17"/>
      </w:rPr>
      <w:t>.</w:t>
    </w: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4876"/>
    </w:tblGrid>
    <w:tr w:rsidR="00401D01" w14:paraId="524B8E1B" w14:textId="77777777">
      <w:trPr>
        <w:jc w:val="center"/>
      </w:trPr>
      <w:tc>
        <w:tcPr>
          <w:tcW w:w="4876" w:type="dxa"/>
          <w:tcBorders>
            <w:top w:val="nil"/>
            <w:left w:val="nil"/>
            <w:bottom w:val="nil"/>
            <w:right w:val="nil"/>
          </w:tcBorders>
        </w:tcPr>
        <w:p w14:paraId="686DFED4" w14:textId="77777777" w:rsidR="00401D01" w:rsidRDefault="00401D01">
          <w:proofErr w:type="spellStart"/>
          <w:r>
            <w:rPr>
              <w:b/>
              <w:color w:val="2E5675"/>
              <w:sz w:val="15"/>
            </w:rPr>
            <w:t>Direcția</w:t>
          </w:r>
          <w:proofErr w:type="spellEnd"/>
          <w:r>
            <w:rPr>
              <w:b/>
              <w:color w:val="2E5675"/>
              <w:sz w:val="15"/>
            </w:rPr>
            <w:t xml:space="preserve"> </w:t>
          </w:r>
          <w:proofErr w:type="spellStart"/>
          <w:r>
            <w:rPr>
              <w:b/>
              <w:color w:val="2E5675"/>
              <w:sz w:val="15"/>
            </w:rPr>
            <w:t>Achiziții</w:t>
          </w:r>
          <w:proofErr w:type="spellEnd"/>
          <w:r>
            <w:rPr>
              <w:b/>
              <w:color w:val="2E5675"/>
              <w:sz w:val="15"/>
            </w:rPr>
            <w:t xml:space="preserve"> </w:t>
          </w:r>
          <w:proofErr w:type="spellStart"/>
          <w:r>
            <w:rPr>
              <w:b/>
              <w:color w:val="2E5675"/>
              <w:sz w:val="15"/>
            </w:rPr>
            <w:t>Publice</w:t>
          </w:r>
          <w:proofErr w:type="spellEnd"/>
          <w:r>
            <w:rPr>
              <w:b/>
              <w:color w:val="2E5675"/>
              <w:sz w:val="15"/>
            </w:rPr>
            <w:br/>
          </w:r>
          <w:proofErr w:type="spellStart"/>
          <w:r>
            <w:rPr>
              <w:b/>
              <w:color w:val="2E5675"/>
              <w:sz w:val="15"/>
            </w:rPr>
            <w:t>Serviciul</w:t>
          </w:r>
          <w:proofErr w:type="spellEnd"/>
          <w:r>
            <w:rPr>
              <w:b/>
              <w:color w:val="2E5675"/>
              <w:sz w:val="15"/>
            </w:rPr>
            <w:t xml:space="preserve"> </w:t>
          </w:r>
          <w:proofErr w:type="spellStart"/>
          <w:r>
            <w:rPr>
              <w:b/>
              <w:color w:val="2E5675"/>
              <w:sz w:val="15"/>
            </w:rPr>
            <w:t>Achiziții</w:t>
          </w:r>
          <w:proofErr w:type="spellEnd"/>
          <w:r>
            <w:rPr>
              <w:b/>
              <w:color w:val="2E5675"/>
              <w:sz w:val="15"/>
            </w:rPr>
            <w:t xml:space="preserve"> </w:t>
          </w:r>
          <w:proofErr w:type="spellStart"/>
          <w:r>
            <w:rPr>
              <w:b/>
              <w:color w:val="2E5675"/>
              <w:sz w:val="15"/>
            </w:rPr>
            <w:t>Publice</w:t>
          </w:r>
          <w:proofErr w:type="spellEnd"/>
          <w:r>
            <w:rPr>
              <w:b/>
              <w:color w:val="2E5675"/>
              <w:sz w:val="15"/>
            </w:rPr>
            <w:br/>
            <w:t xml:space="preserve">Str. </w:t>
          </w:r>
          <w:proofErr w:type="spellStart"/>
          <w:r>
            <w:rPr>
              <w:b/>
              <w:color w:val="2E5675"/>
              <w:sz w:val="15"/>
            </w:rPr>
            <w:t>Chiristigiilor</w:t>
          </w:r>
          <w:proofErr w:type="spellEnd"/>
          <w:r>
            <w:rPr>
              <w:b/>
              <w:color w:val="2E5675"/>
              <w:sz w:val="15"/>
            </w:rPr>
            <w:t xml:space="preserve"> nr. 11-13, </w:t>
          </w:r>
          <w:proofErr w:type="spellStart"/>
          <w:r>
            <w:rPr>
              <w:b/>
              <w:color w:val="2E5675"/>
              <w:sz w:val="15"/>
            </w:rPr>
            <w:t>București</w:t>
          </w:r>
          <w:proofErr w:type="spellEnd"/>
          <w:r>
            <w:rPr>
              <w:b/>
              <w:color w:val="2E5675"/>
              <w:sz w:val="15"/>
            </w:rPr>
            <w:t>, Sector 2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A5068" w14:textId="77777777" w:rsidR="004374AF" w:rsidRDefault="004374AF">
      <w:pPr>
        <w:spacing w:after="0" w:line="240" w:lineRule="auto"/>
      </w:pPr>
      <w:r>
        <w:separator/>
      </w:r>
    </w:p>
  </w:footnote>
  <w:footnote w:type="continuationSeparator" w:id="0">
    <w:p w14:paraId="735F2F15" w14:textId="77777777" w:rsidR="004374AF" w:rsidRDefault="00437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B2BA1" w14:textId="77777777" w:rsidR="00EE76A8" w:rsidRDefault="00EE76A8">
    <w:pPr>
      <w:pStyle w:val="Antet"/>
    </w:pPr>
    <w:r>
      <w:rPr>
        <w:noProof/>
        <w:lang w:val="ro-RO" w:eastAsia="ro-RO"/>
      </w:rPr>
      <w:drawing>
        <wp:anchor distT="0" distB="0" distL="114300" distR="114300" simplePos="0" relativeHeight="251664384" behindDoc="1" locked="0" layoutInCell="1" allowOverlap="1" wp14:anchorId="7AD19BC4" wp14:editId="5651B479">
          <wp:simplePos x="0" y="0"/>
          <wp:positionH relativeFrom="page">
            <wp:align>left</wp:align>
          </wp:positionH>
          <wp:positionV relativeFrom="paragraph">
            <wp:posOffset>-476250</wp:posOffset>
          </wp:positionV>
          <wp:extent cx="7630795" cy="2333625"/>
          <wp:effectExtent l="0" t="0" r="8255" b="9525"/>
          <wp:wrapNone/>
          <wp:docPr id="3" name="Picture 3" descr="O imagine care conține text, captură de ecran, proiectare&#10;&#10;Conținutul generat de inteligența artificială poate fi inco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5380355" name="Picture 3" descr="O imagine care conține text, captură de ecran, proiectare&#10;&#10;Conținutul generat de inteligența artificială poate fi inco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8205"/>
                  <a:stretch>
                    <a:fillRect/>
                  </a:stretch>
                </pic:blipFill>
                <pic:spPr bwMode="auto">
                  <a:xfrm>
                    <a:off x="0" y="0"/>
                    <a:ext cx="7630795" cy="2333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550E4" w14:textId="77777777" w:rsidR="00AE28BA" w:rsidRDefault="00AE28BA">
    <w:pPr>
      <w:pStyle w:val="Antet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4876"/>
      <w:gridCol w:w="4876"/>
    </w:tblGrid>
    <w:tr w:rsidR="00AE28BA" w14:paraId="05BBBCF1" w14:textId="77777777">
      <w:trPr>
        <w:jc w:val="center"/>
      </w:trPr>
      <w:tc>
        <w:tcPr>
          <w:tcW w:w="4876" w:type="dxa"/>
          <w:tcBorders>
            <w:top w:val="nil"/>
            <w:left w:val="nil"/>
            <w:bottom w:val="nil"/>
            <w:right w:val="nil"/>
          </w:tcBorders>
        </w:tcPr>
        <w:p w14:paraId="7BED0933" w14:textId="77777777" w:rsidR="00AE28BA" w:rsidRDefault="00AE28BA">
          <w:r>
            <w:rPr>
              <w:noProof/>
              <w:lang w:val="ro-RO" w:eastAsia="ro-RO"/>
            </w:rPr>
            <w:drawing>
              <wp:inline distT="0" distB="0" distL="0" distR="0" wp14:anchorId="68B3C9D4" wp14:editId="5452C3FF">
                <wp:extent cx="1440000" cy="741818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ps2_left_trim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7418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76" w:type="dxa"/>
          <w:tcBorders>
            <w:top w:val="nil"/>
            <w:left w:val="nil"/>
            <w:bottom w:val="nil"/>
            <w:right w:val="nil"/>
          </w:tcBorders>
        </w:tcPr>
        <w:p w14:paraId="4F86E994" w14:textId="77777777" w:rsidR="00AE28BA" w:rsidRDefault="00AE28BA">
          <w:pPr>
            <w:jc w:val="right"/>
          </w:pPr>
          <w:r>
            <w:rPr>
              <w:noProof/>
              <w:lang w:val="ro-RO" w:eastAsia="ro-RO"/>
            </w:rPr>
            <w:drawing>
              <wp:inline distT="0" distB="0" distL="0" distR="0" wp14:anchorId="063602C1" wp14:editId="611455EA">
                <wp:extent cx="1314000" cy="444441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sector2_right_trim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4000" cy="4444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9B3170"/>
    <w:multiLevelType w:val="multilevel"/>
    <w:tmpl w:val="4DECC11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lfaen" w:hAnsi="Sylfae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5F2D92"/>
    <w:multiLevelType w:val="multilevel"/>
    <w:tmpl w:val="D6AE8BC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lfaen" w:hAnsi="Sylfae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9B5BC5"/>
    <w:multiLevelType w:val="multilevel"/>
    <w:tmpl w:val="184C766A"/>
    <w:styleLink w:val="lista-eml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eastAsia="Noto Sans Symbols" w:hAnsi="Times New Roman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63F5C61"/>
    <w:multiLevelType w:val="multilevel"/>
    <w:tmpl w:val="C19C157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lfaen" w:hAnsi="Sylfae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7C71CA"/>
    <w:multiLevelType w:val="multilevel"/>
    <w:tmpl w:val="69F8EBA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lfaen" w:hAnsi="Sylfae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AF0B2C"/>
    <w:multiLevelType w:val="hybridMultilevel"/>
    <w:tmpl w:val="A9BABF0A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4C22C8"/>
    <w:multiLevelType w:val="multilevel"/>
    <w:tmpl w:val="730C27F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lfaen" w:hAnsi="Sylfae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180F52"/>
    <w:multiLevelType w:val="multilevel"/>
    <w:tmpl w:val="B21ED10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lfaen" w:hAnsi="Sylfae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7B5CB6"/>
    <w:multiLevelType w:val="multilevel"/>
    <w:tmpl w:val="614C2D4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lfaen" w:hAnsi="Sylfae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3A606C"/>
    <w:multiLevelType w:val="multilevel"/>
    <w:tmpl w:val="D0807E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lfaen" w:hAnsi="Sylfae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6D293D"/>
    <w:multiLevelType w:val="multilevel"/>
    <w:tmpl w:val="871A5EF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lfaen" w:hAnsi="Sylfae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04692E"/>
    <w:multiLevelType w:val="multilevel"/>
    <w:tmpl w:val="B156D84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lfaen" w:hAnsi="Sylfae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6F7833"/>
    <w:multiLevelType w:val="multilevel"/>
    <w:tmpl w:val="6682E67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lfaen" w:hAnsi="Sylfae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BD4AF1"/>
    <w:multiLevelType w:val="multilevel"/>
    <w:tmpl w:val="5F7A30F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lfaen" w:hAnsi="Sylfae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E94064"/>
    <w:multiLevelType w:val="multilevel"/>
    <w:tmpl w:val="55FC00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lfaen" w:hAnsi="Sylfae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4E7945"/>
    <w:multiLevelType w:val="multilevel"/>
    <w:tmpl w:val="FC04C39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lfaen" w:hAnsi="Sylfae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0D2899"/>
    <w:multiLevelType w:val="multilevel"/>
    <w:tmpl w:val="C7FEE3C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lfaen" w:hAnsi="Sylfae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79772B"/>
    <w:multiLevelType w:val="multilevel"/>
    <w:tmpl w:val="F6CA5DB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lfaen" w:hAnsi="Sylfae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260A61"/>
    <w:multiLevelType w:val="multilevel"/>
    <w:tmpl w:val="CCA8E66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lfaen" w:hAnsi="Sylfae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DE09A7"/>
    <w:multiLevelType w:val="multilevel"/>
    <w:tmpl w:val="E49278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lfaen" w:hAnsi="Sylfae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437289766">
    <w:abstractNumId w:val="8"/>
  </w:num>
  <w:num w:numId="2" w16cid:durableId="402803197">
    <w:abstractNumId w:val="6"/>
  </w:num>
  <w:num w:numId="3" w16cid:durableId="1422949403">
    <w:abstractNumId w:val="5"/>
  </w:num>
  <w:num w:numId="4" w16cid:durableId="295141055">
    <w:abstractNumId w:val="4"/>
  </w:num>
  <w:num w:numId="5" w16cid:durableId="409928495">
    <w:abstractNumId w:val="7"/>
  </w:num>
  <w:num w:numId="6" w16cid:durableId="931159244">
    <w:abstractNumId w:val="3"/>
  </w:num>
  <w:num w:numId="7" w16cid:durableId="531191448">
    <w:abstractNumId w:val="2"/>
  </w:num>
  <w:num w:numId="8" w16cid:durableId="1351568118">
    <w:abstractNumId w:val="1"/>
  </w:num>
  <w:num w:numId="9" w16cid:durableId="732704874">
    <w:abstractNumId w:val="0"/>
  </w:num>
  <w:num w:numId="10" w16cid:durableId="2007778839">
    <w:abstractNumId w:val="14"/>
  </w:num>
  <w:num w:numId="11" w16cid:durableId="902255434">
    <w:abstractNumId w:val="11"/>
  </w:num>
  <w:num w:numId="12" w16cid:durableId="1009336960">
    <w:abstractNumId w:val="20"/>
  </w:num>
  <w:num w:numId="13" w16cid:durableId="504325857">
    <w:abstractNumId w:val="12"/>
  </w:num>
  <w:num w:numId="14" w16cid:durableId="362942347">
    <w:abstractNumId w:val="28"/>
  </w:num>
  <w:num w:numId="15" w16cid:durableId="1134955333">
    <w:abstractNumId w:val="19"/>
  </w:num>
  <w:num w:numId="16" w16cid:durableId="1633555766">
    <w:abstractNumId w:val="23"/>
  </w:num>
  <w:num w:numId="17" w16cid:durableId="1677341876">
    <w:abstractNumId w:val="15"/>
  </w:num>
  <w:num w:numId="18" w16cid:durableId="1915163519">
    <w:abstractNumId w:val="21"/>
  </w:num>
  <w:num w:numId="19" w16cid:durableId="859396018">
    <w:abstractNumId w:val="25"/>
  </w:num>
  <w:num w:numId="20" w16cid:durableId="108159435">
    <w:abstractNumId w:val="17"/>
  </w:num>
  <w:num w:numId="21" w16cid:durableId="787774485">
    <w:abstractNumId w:val="13"/>
  </w:num>
  <w:num w:numId="22" w16cid:durableId="1480919679">
    <w:abstractNumId w:val="9"/>
  </w:num>
  <w:num w:numId="23" w16cid:durableId="1221091781">
    <w:abstractNumId w:val="26"/>
  </w:num>
  <w:num w:numId="24" w16cid:durableId="1021780734">
    <w:abstractNumId w:val="27"/>
  </w:num>
  <w:num w:numId="25" w16cid:durableId="1433893616">
    <w:abstractNumId w:val="16"/>
  </w:num>
  <w:num w:numId="26" w16cid:durableId="1715081749">
    <w:abstractNumId w:val="22"/>
  </w:num>
  <w:num w:numId="27" w16cid:durableId="830951104">
    <w:abstractNumId w:val="18"/>
  </w:num>
  <w:num w:numId="28" w16cid:durableId="545603054">
    <w:abstractNumId w:val="24"/>
  </w:num>
  <w:num w:numId="29" w16cid:durableId="10953976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245F"/>
    <w:rsid w:val="0006063C"/>
    <w:rsid w:val="00071321"/>
    <w:rsid w:val="001114DF"/>
    <w:rsid w:val="0015074B"/>
    <w:rsid w:val="002301AE"/>
    <w:rsid w:val="0029639D"/>
    <w:rsid w:val="002C5FAB"/>
    <w:rsid w:val="00306829"/>
    <w:rsid w:val="00326F90"/>
    <w:rsid w:val="003B57DB"/>
    <w:rsid w:val="003B7C42"/>
    <w:rsid w:val="00401D01"/>
    <w:rsid w:val="004374AF"/>
    <w:rsid w:val="004824A7"/>
    <w:rsid w:val="005528C2"/>
    <w:rsid w:val="005554FC"/>
    <w:rsid w:val="00613150"/>
    <w:rsid w:val="00736ED1"/>
    <w:rsid w:val="00751A5F"/>
    <w:rsid w:val="007A0413"/>
    <w:rsid w:val="00841FF9"/>
    <w:rsid w:val="00871908"/>
    <w:rsid w:val="0087600D"/>
    <w:rsid w:val="0095446D"/>
    <w:rsid w:val="00A1736F"/>
    <w:rsid w:val="00AA1D8D"/>
    <w:rsid w:val="00AA71D0"/>
    <w:rsid w:val="00AB6134"/>
    <w:rsid w:val="00AD65D9"/>
    <w:rsid w:val="00AE28BA"/>
    <w:rsid w:val="00B06084"/>
    <w:rsid w:val="00B47730"/>
    <w:rsid w:val="00C0431D"/>
    <w:rsid w:val="00C304C2"/>
    <w:rsid w:val="00C55115"/>
    <w:rsid w:val="00CB0664"/>
    <w:rsid w:val="00E10285"/>
    <w:rsid w:val="00EE76A8"/>
    <w:rsid w:val="00EF328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221ACA"/>
  <w14:defaultImageDpi w14:val="330"/>
  <w15:docId w15:val="{641F4A15-8CA7-427B-BB87-9767AD752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2" w:lineRule="auto"/>
    </w:pPr>
    <w:rPr>
      <w:rFonts w:ascii="Times New Roman" w:eastAsia="Times New Roman" w:hAnsi="Times New Roman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/>
      <w:b/>
      <w:bCs/>
      <w:color w:val="000000"/>
      <w:sz w:val="26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000000"/>
      <w:sz w:val="24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000000"/>
      <w:sz w:val="23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aliases w:val="Normal bullet 2,List Paragraph1,List1,Forth level,Akapit z listą BS,Outlines a.b.c.,List_Paragraph,Multilevel para_II,Akapit z lista BS"/>
    <w:basedOn w:val="Normal"/>
    <w:link w:val="ListparagrafCaracter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Legal">
    <w:name w:val="Small Legal"/>
    <w:pPr>
      <w:spacing w:after="60"/>
    </w:pPr>
    <w:rPr>
      <w:rFonts w:ascii="Times New Roman" w:eastAsia="Times New Roman" w:hAnsi="Times New Roman"/>
      <w:sz w:val="19"/>
    </w:rPr>
  </w:style>
  <w:style w:type="paragraph" w:customStyle="1" w:styleId="pdq2pgselectionanchorcontainer">
    <w:name w:val="pdq2pg_selectionanchorcontainer"/>
    <w:basedOn w:val="Normal"/>
    <w:rsid w:val="00306829"/>
    <w:pPr>
      <w:spacing w:before="100" w:beforeAutospacing="1" w:afterAutospacing="1" w:line="240" w:lineRule="auto"/>
    </w:pPr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306829"/>
    <w:pPr>
      <w:spacing w:before="100" w:beforeAutospacing="1" w:afterAutospacing="1" w:line="240" w:lineRule="auto"/>
    </w:pPr>
    <w:rPr>
      <w:rFonts w:cs="Times New Roman"/>
      <w:sz w:val="24"/>
      <w:szCs w:val="24"/>
    </w:rPr>
  </w:style>
  <w:style w:type="character" w:styleId="Hyperlink">
    <w:name w:val="Hyperlink"/>
    <w:uiPriority w:val="99"/>
    <w:rsid w:val="00AE28BA"/>
    <w:rPr>
      <w:color w:val="0000FF"/>
      <w:u w:val="single"/>
    </w:rPr>
  </w:style>
  <w:style w:type="character" w:customStyle="1" w:styleId="ListparagrafCaracter">
    <w:name w:val="Listă paragraf Caracter"/>
    <w:aliases w:val="Normal bullet 2 Caracter,List Paragraph1 Caracter,List1 Caracter,Forth level Caracter,Akapit z listą BS Caracter,Outlines a.b.c. Caracter,List_Paragraph Caracter,Multilevel para_II Caracter,Akapit z lista BS Caracter"/>
    <w:link w:val="Listparagraf"/>
    <w:locked/>
    <w:rsid w:val="00AE28BA"/>
    <w:rPr>
      <w:rFonts w:ascii="Times New Roman" w:eastAsia="Times New Roman" w:hAnsi="Times New Roman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B61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B6134"/>
    <w:rPr>
      <w:rFonts w:ascii="Segoe UI" w:eastAsia="Times New Roman" w:hAnsi="Segoe UI" w:cs="Segoe UI"/>
      <w:sz w:val="18"/>
      <w:szCs w:val="18"/>
    </w:rPr>
  </w:style>
  <w:style w:type="numbering" w:customStyle="1" w:styleId="lista-eml">
    <w:name w:val="lista-eml"/>
    <w:basedOn w:val="FrListare"/>
    <w:uiPriority w:val="99"/>
    <w:rsid w:val="00EE76A8"/>
    <w:pPr>
      <w:numPr>
        <w:numId w:val="11"/>
      </w:numPr>
    </w:pPr>
  </w:style>
  <w:style w:type="paragraph" w:customStyle="1" w:styleId="Heading31">
    <w:name w:val="Heading 31"/>
    <w:autoRedefine/>
    <w:qFormat/>
    <w:rsid w:val="00EE76A8"/>
    <w:pPr>
      <w:keepNext/>
      <w:suppressAutoHyphens/>
      <w:spacing w:before="396" w:after="283" w:line="440" w:lineRule="atLeast"/>
      <w:outlineLvl w:val="2"/>
    </w:pPr>
    <w:rPr>
      <w:rFonts w:ascii="Times New Roman" w:eastAsia="Helvetica Neue" w:hAnsi="Times New Roman" w:cs="Times New Roman"/>
      <w:b/>
      <w:color w:val="000000"/>
      <w:sz w:val="24"/>
      <w:szCs w:val="20"/>
      <w:u w:color="000000"/>
      <w:lang w:val="ro-RO"/>
    </w:rPr>
  </w:style>
  <w:style w:type="character" w:customStyle="1" w:styleId="vkekvd">
    <w:name w:val="vkekvd"/>
    <w:basedOn w:val="Fontdeparagrafimplicit"/>
    <w:rsid w:val="00EE76A8"/>
  </w:style>
  <w:style w:type="character" w:customStyle="1" w:styleId="ln2tsectiune">
    <w:name w:val="ln2tsectiune"/>
    <w:basedOn w:val="Fontdeparagrafimplicit"/>
    <w:rsid w:val="00EE7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2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s2.r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63</Pages>
  <Words>18036</Words>
  <Characters>104614</Characters>
  <Application>Microsoft Office Word</Application>
  <DocSecurity>0</DocSecurity>
  <Lines>871</Lines>
  <Paragraphs>244</Paragraphs>
  <ScaleCrop>false</ScaleCrop>
  <Manager/>
  <Company/>
  <LinksUpToDate>false</LinksUpToDate>
  <CharactersWithSpaces>122406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Valentin Ifrim</cp:lastModifiedBy>
  <cp:revision>3</cp:revision>
  <dcterms:created xsi:type="dcterms:W3CDTF">2026-08-13T13:36:00Z</dcterms:created>
  <dcterms:modified xsi:type="dcterms:W3CDTF">2026-08-13T13:45:00Z</dcterms:modified>
  <cp:category/>
</cp:coreProperties>
</file>